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22B8A8" w14:textId="77777777" w:rsidR="009F14C8" w:rsidRDefault="00000000">
      <w:pPr>
        <w:jc w:val="center"/>
      </w:pPr>
      <w:r>
        <w:rPr>
          <w:b/>
          <w:sz w:val="28"/>
        </w:rPr>
        <w:t>T.C.</w:t>
      </w:r>
    </w:p>
    <w:p w14:paraId="5012F952" w14:textId="77777777" w:rsidR="009F14C8" w:rsidRDefault="00000000">
      <w:pPr>
        <w:jc w:val="center"/>
      </w:pPr>
      <w:r>
        <w:rPr>
          <w:b/>
          <w:sz w:val="28"/>
        </w:rPr>
        <w:t>SİİRT ÜNİVERSİTESİ</w:t>
      </w:r>
    </w:p>
    <w:p w14:paraId="02F39509" w14:textId="77777777" w:rsidR="009F14C8" w:rsidRDefault="00000000">
      <w:pPr>
        <w:jc w:val="center"/>
      </w:pPr>
      <w:r>
        <w:rPr>
          <w:b/>
          <w:sz w:val="28"/>
        </w:rPr>
        <w:t>VETERİNER FAKÜLTESİ</w:t>
      </w:r>
    </w:p>
    <w:p w14:paraId="55A9305E" w14:textId="77777777" w:rsidR="009F14C8" w:rsidRDefault="00000000">
      <w:r>
        <w:br/>
      </w:r>
      <w:r>
        <w:br/>
      </w:r>
    </w:p>
    <w:p w14:paraId="56B16589" w14:textId="77777777" w:rsidR="009F14C8" w:rsidRDefault="00000000">
      <w:pPr>
        <w:jc w:val="center"/>
      </w:pPr>
      <w:r>
        <w:rPr>
          <w:b/>
          <w:sz w:val="32"/>
        </w:rPr>
        <w:t>AKADEMİK PERSONEL MEMNUNİYET ANKETİ</w:t>
      </w:r>
    </w:p>
    <w:p w14:paraId="6E910C03" w14:textId="77777777" w:rsidR="009F14C8" w:rsidRDefault="00000000">
      <w:pPr>
        <w:jc w:val="center"/>
      </w:pPr>
      <w:r>
        <w:rPr>
          <w:b/>
          <w:sz w:val="32"/>
        </w:rPr>
        <w:t>DEĞERLENDİRME RAPORU</w:t>
      </w:r>
    </w:p>
    <w:p w14:paraId="4D86C7B9" w14:textId="77777777" w:rsidR="009F14C8" w:rsidRDefault="00000000">
      <w:r>
        <w:br/>
      </w:r>
      <w:r>
        <w:br/>
      </w:r>
      <w:r>
        <w:br/>
      </w:r>
    </w:p>
    <w:p w14:paraId="46A8EF21" w14:textId="77777777" w:rsidR="009F14C8" w:rsidRDefault="00000000">
      <w:pPr>
        <w:jc w:val="center"/>
      </w:pPr>
      <w:r>
        <w:rPr>
          <w:b/>
          <w:sz w:val="24"/>
        </w:rPr>
        <w:t>2026</w:t>
      </w:r>
    </w:p>
    <w:p w14:paraId="59EAA68B" w14:textId="77777777" w:rsidR="009F14C8" w:rsidRDefault="00000000">
      <w:r>
        <w:br w:type="page"/>
      </w:r>
    </w:p>
    <w:sdt>
      <w:sdtPr>
        <w:rPr>
          <w:lang w:val="tr-TR"/>
        </w:rPr>
        <w:id w:val="582958954"/>
        <w:docPartObj>
          <w:docPartGallery w:val="Table of Contents"/>
          <w:docPartUnique/>
        </w:docPartObj>
      </w:sdtPr>
      <w:sdtEndPr>
        <w:rPr>
          <w:rFonts w:ascii="Times New Roman" w:eastAsia="Times New Roman" w:hAnsi="Times New Roman" w:cstheme="minorBidi"/>
          <w:color w:val="auto"/>
          <w:sz w:val="22"/>
          <w:szCs w:val="22"/>
          <w:lang w:val="en-US"/>
        </w:rPr>
      </w:sdtEndPr>
      <w:sdtContent>
        <w:p w14:paraId="4BF0B4BE" w14:textId="05CC102F" w:rsidR="00474FA9" w:rsidRDefault="00474FA9">
          <w:pPr>
            <w:pStyle w:val="TBal"/>
          </w:pPr>
          <w:r>
            <w:rPr>
              <w:lang w:val="tr-TR"/>
            </w:rPr>
            <w:t>İçindekiler</w:t>
          </w:r>
        </w:p>
        <w:p w14:paraId="11B9C32F" w14:textId="7151DF7C" w:rsidR="00474FA9" w:rsidRDefault="00474FA9">
          <w:pPr>
            <w:pStyle w:val="T1"/>
            <w:tabs>
              <w:tab w:val="right" w:leader="dot" w:pos="9508"/>
            </w:tabs>
            <w:rPr>
              <w:noProof/>
            </w:rPr>
          </w:pPr>
          <w:r>
            <w:fldChar w:fldCharType="begin"/>
          </w:r>
          <w:r>
            <w:instrText xml:space="preserve"> TOC \o "1-3" \h \z \u </w:instrText>
          </w:r>
          <w:r>
            <w:fldChar w:fldCharType="separate"/>
          </w:r>
          <w:hyperlink w:anchor="_Toc232111703" w:history="1">
            <w:r w:rsidRPr="00A33AA6">
              <w:rPr>
                <w:rStyle w:val="Kpr"/>
                <w:noProof/>
              </w:rPr>
              <w:t>1. Giriş</w:t>
            </w:r>
            <w:r>
              <w:rPr>
                <w:noProof/>
                <w:webHidden/>
              </w:rPr>
              <w:tab/>
            </w:r>
            <w:r>
              <w:rPr>
                <w:noProof/>
                <w:webHidden/>
              </w:rPr>
              <w:fldChar w:fldCharType="begin"/>
            </w:r>
            <w:r>
              <w:rPr>
                <w:noProof/>
                <w:webHidden/>
              </w:rPr>
              <w:instrText xml:space="preserve"> PAGEREF _Toc232111703 \h </w:instrText>
            </w:r>
            <w:r>
              <w:rPr>
                <w:noProof/>
                <w:webHidden/>
              </w:rPr>
            </w:r>
            <w:r>
              <w:rPr>
                <w:noProof/>
                <w:webHidden/>
              </w:rPr>
              <w:fldChar w:fldCharType="separate"/>
            </w:r>
            <w:r>
              <w:rPr>
                <w:noProof/>
                <w:webHidden/>
              </w:rPr>
              <w:t>3</w:t>
            </w:r>
            <w:r>
              <w:rPr>
                <w:noProof/>
                <w:webHidden/>
              </w:rPr>
              <w:fldChar w:fldCharType="end"/>
            </w:r>
          </w:hyperlink>
        </w:p>
        <w:p w14:paraId="1E818E23" w14:textId="6E7984F2" w:rsidR="00474FA9" w:rsidRDefault="00474FA9">
          <w:pPr>
            <w:pStyle w:val="T1"/>
            <w:tabs>
              <w:tab w:val="right" w:leader="dot" w:pos="9508"/>
            </w:tabs>
            <w:rPr>
              <w:noProof/>
            </w:rPr>
          </w:pPr>
          <w:hyperlink w:anchor="_Toc232111704" w:history="1">
            <w:r w:rsidRPr="00A33AA6">
              <w:rPr>
                <w:rStyle w:val="Kpr"/>
                <w:noProof/>
              </w:rPr>
              <w:t>2. Değerlendirme Yöntemi</w:t>
            </w:r>
            <w:r>
              <w:rPr>
                <w:noProof/>
                <w:webHidden/>
              </w:rPr>
              <w:tab/>
            </w:r>
            <w:r>
              <w:rPr>
                <w:noProof/>
                <w:webHidden/>
              </w:rPr>
              <w:fldChar w:fldCharType="begin"/>
            </w:r>
            <w:r>
              <w:rPr>
                <w:noProof/>
                <w:webHidden/>
              </w:rPr>
              <w:instrText xml:space="preserve"> PAGEREF _Toc232111704 \h </w:instrText>
            </w:r>
            <w:r>
              <w:rPr>
                <w:noProof/>
                <w:webHidden/>
              </w:rPr>
            </w:r>
            <w:r>
              <w:rPr>
                <w:noProof/>
                <w:webHidden/>
              </w:rPr>
              <w:fldChar w:fldCharType="separate"/>
            </w:r>
            <w:r>
              <w:rPr>
                <w:noProof/>
                <w:webHidden/>
              </w:rPr>
              <w:t>3</w:t>
            </w:r>
            <w:r>
              <w:rPr>
                <w:noProof/>
                <w:webHidden/>
              </w:rPr>
              <w:fldChar w:fldCharType="end"/>
            </w:r>
          </w:hyperlink>
        </w:p>
        <w:p w14:paraId="6B3697B3" w14:textId="3C1F6651" w:rsidR="00474FA9" w:rsidRDefault="00474FA9">
          <w:pPr>
            <w:pStyle w:val="T1"/>
            <w:tabs>
              <w:tab w:val="right" w:leader="dot" w:pos="9508"/>
            </w:tabs>
            <w:rPr>
              <w:noProof/>
            </w:rPr>
          </w:pPr>
          <w:hyperlink w:anchor="_Toc232111705" w:history="1">
            <w:r w:rsidRPr="00A33AA6">
              <w:rPr>
                <w:rStyle w:val="Kpr"/>
                <w:noProof/>
              </w:rPr>
              <w:t>3. Verilerin Analizi</w:t>
            </w:r>
            <w:r>
              <w:rPr>
                <w:noProof/>
                <w:webHidden/>
              </w:rPr>
              <w:tab/>
            </w:r>
            <w:r>
              <w:rPr>
                <w:noProof/>
                <w:webHidden/>
              </w:rPr>
              <w:fldChar w:fldCharType="begin"/>
            </w:r>
            <w:r>
              <w:rPr>
                <w:noProof/>
                <w:webHidden/>
              </w:rPr>
              <w:instrText xml:space="preserve"> PAGEREF _Toc232111705 \h </w:instrText>
            </w:r>
            <w:r>
              <w:rPr>
                <w:noProof/>
                <w:webHidden/>
              </w:rPr>
            </w:r>
            <w:r>
              <w:rPr>
                <w:noProof/>
                <w:webHidden/>
              </w:rPr>
              <w:fldChar w:fldCharType="separate"/>
            </w:r>
            <w:r>
              <w:rPr>
                <w:noProof/>
                <w:webHidden/>
              </w:rPr>
              <w:t>3</w:t>
            </w:r>
            <w:r>
              <w:rPr>
                <w:noProof/>
                <w:webHidden/>
              </w:rPr>
              <w:fldChar w:fldCharType="end"/>
            </w:r>
          </w:hyperlink>
        </w:p>
        <w:p w14:paraId="286696B4" w14:textId="2709D1BA" w:rsidR="00474FA9" w:rsidRDefault="00474FA9">
          <w:pPr>
            <w:pStyle w:val="T1"/>
            <w:tabs>
              <w:tab w:val="right" w:leader="dot" w:pos="9508"/>
            </w:tabs>
            <w:rPr>
              <w:noProof/>
            </w:rPr>
          </w:pPr>
          <w:hyperlink w:anchor="_Toc232111706" w:history="1">
            <w:r w:rsidRPr="00A33AA6">
              <w:rPr>
                <w:rStyle w:val="Kpr"/>
                <w:noProof/>
              </w:rPr>
              <w:t>4. Paydaş Dağılımının Değerlendirilmesi</w:t>
            </w:r>
            <w:r>
              <w:rPr>
                <w:noProof/>
                <w:webHidden/>
              </w:rPr>
              <w:tab/>
            </w:r>
            <w:r>
              <w:rPr>
                <w:noProof/>
                <w:webHidden/>
              </w:rPr>
              <w:fldChar w:fldCharType="begin"/>
            </w:r>
            <w:r>
              <w:rPr>
                <w:noProof/>
                <w:webHidden/>
              </w:rPr>
              <w:instrText xml:space="preserve"> PAGEREF _Toc232111706 \h </w:instrText>
            </w:r>
            <w:r>
              <w:rPr>
                <w:noProof/>
                <w:webHidden/>
              </w:rPr>
            </w:r>
            <w:r>
              <w:rPr>
                <w:noProof/>
                <w:webHidden/>
              </w:rPr>
              <w:fldChar w:fldCharType="separate"/>
            </w:r>
            <w:r>
              <w:rPr>
                <w:noProof/>
                <w:webHidden/>
              </w:rPr>
              <w:t>4</w:t>
            </w:r>
            <w:r>
              <w:rPr>
                <w:noProof/>
                <w:webHidden/>
              </w:rPr>
              <w:fldChar w:fldCharType="end"/>
            </w:r>
          </w:hyperlink>
        </w:p>
        <w:p w14:paraId="02B047CB" w14:textId="59517C76" w:rsidR="00474FA9" w:rsidRDefault="00474FA9">
          <w:pPr>
            <w:pStyle w:val="T1"/>
            <w:tabs>
              <w:tab w:val="right" w:leader="dot" w:pos="9508"/>
            </w:tabs>
            <w:rPr>
              <w:noProof/>
            </w:rPr>
          </w:pPr>
          <w:hyperlink w:anchor="_Toc232111707" w:history="1">
            <w:r w:rsidRPr="00A33AA6">
              <w:rPr>
                <w:rStyle w:val="Kpr"/>
                <w:noProof/>
              </w:rPr>
              <w:t>5. Akademik Personel Memnuniyet Bulgularının Değerlendirilmesi</w:t>
            </w:r>
            <w:r>
              <w:rPr>
                <w:noProof/>
                <w:webHidden/>
              </w:rPr>
              <w:tab/>
            </w:r>
            <w:r>
              <w:rPr>
                <w:noProof/>
                <w:webHidden/>
              </w:rPr>
              <w:fldChar w:fldCharType="begin"/>
            </w:r>
            <w:r>
              <w:rPr>
                <w:noProof/>
                <w:webHidden/>
              </w:rPr>
              <w:instrText xml:space="preserve"> PAGEREF _Toc232111707 \h </w:instrText>
            </w:r>
            <w:r>
              <w:rPr>
                <w:noProof/>
                <w:webHidden/>
              </w:rPr>
            </w:r>
            <w:r>
              <w:rPr>
                <w:noProof/>
                <w:webHidden/>
              </w:rPr>
              <w:fldChar w:fldCharType="separate"/>
            </w:r>
            <w:r>
              <w:rPr>
                <w:noProof/>
                <w:webHidden/>
              </w:rPr>
              <w:t>5</w:t>
            </w:r>
            <w:r>
              <w:rPr>
                <w:noProof/>
                <w:webHidden/>
              </w:rPr>
              <w:fldChar w:fldCharType="end"/>
            </w:r>
          </w:hyperlink>
        </w:p>
        <w:p w14:paraId="3FBEE667" w14:textId="4DFAF2A3" w:rsidR="00474FA9" w:rsidRDefault="00474FA9">
          <w:pPr>
            <w:pStyle w:val="T2"/>
            <w:tabs>
              <w:tab w:val="right" w:leader="dot" w:pos="9508"/>
            </w:tabs>
            <w:rPr>
              <w:noProof/>
            </w:rPr>
          </w:pPr>
          <w:hyperlink w:anchor="_Toc232111708" w:history="1">
            <w:r w:rsidRPr="00A33AA6">
              <w:rPr>
                <w:rStyle w:val="Kpr"/>
                <w:noProof/>
              </w:rPr>
              <w:t>5.1. Program Tasarımı ve Eğitim Süreçlerine İlişkin Bulgular</w:t>
            </w:r>
            <w:r>
              <w:rPr>
                <w:noProof/>
                <w:webHidden/>
              </w:rPr>
              <w:tab/>
            </w:r>
            <w:r>
              <w:rPr>
                <w:noProof/>
                <w:webHidden/>
              </w:rPr>
              <w:fldChar w:fldCharType="begin"/>
            </w:r>
            <w:r>
              <w:rPr>
                <w:noProof/>
                <w:webHidden/>
              </w:rPr>
              <w:instrText xml:space="preserve"> PAGEREF _Toc232111708 \h </w:instrText>
            </w:r>
            <w:r>
              <w:rPr>
                <w:noProof/>
                <w:webHidden/>
              </w:rPr>
            </w:r>
            <w:r>
              <w:rPr>
                <w:noProof/>
                <w:webHidden/>
              </w:rPr>
              <w:fldChar w:fldCharType="separate"/>
            </w:r>
            <w:r>
              <w:rPr>
                <w:noProof/>
                <w:webHidden/>
              </w:rPr>
              <w:t>6</w:t>
            </w:r>
            <w:r>
              <w:rPr>
                <w:noProof/>
                <w:webHidden/>
              </w:rPr>
              <w:fldChar w:fldCharType="end"/>
            </w:r>
          </w:hyperlink>
        </w:p>
        <w:p w14:paraId="1999C4FB" w14:textId="0D5CD1AF" w:rsidR="00474FA9" w:rsidRDefault="00474FA9">
          <w:pPr>
            <w:pStyle w:val="T3"/>
            <w:tabs>
              <w:tab w:val="right" w:leader="dot" w:pos="9508"/>
            </w:tabs>
            <w:rPr>
              <w:noProof/>
            </w:rPr>
          </w:pPr>
          <w:hyperlink w:anchor="_Toc232111709" w:history="1">
            <w:r w:rsidRPr="00A33AA6">
              <w:rPr>
                <w:rStyle w:val="Kpr"/>
                <w:noProof/>
              </w:rPr>
              <w:t>5.1. Madde 1’e İlişkin Bulgular</w:t>
            </w:r>
            <w:r>
              <w:rPr>
                <w:noProof/>
                <w:webHidden/>
              </w:rPr>
              <w:tab/>
            </w:r>
            <w:r>
              <w:rPr>
                <w:noProof/>
                <w:webHidden/>
              </w:rPr>
              <w:fldChar w:fldCharType="begin"/>
            </w:r>
            <w:r>
              <w:rPr>
                <w:noProof/>
                <w:webHidden/>
              </w:rPr>
              <w:instrText xml:space="preserve"> PAGEREF _Toc232111709 \h </w:instrText>
            </w:r>
            <w:r>
              <w:rPr>
                <w:noProof/>
                <w:webHidden/>
              </w:rPr>
            </w:r>
            <w:r>
              <w:rPr>
                <w:noProof/>
                <w:webHidden/>
              </w:rPr>
              <w:fldChar w:fldCharType="separate"/>
            </w:r>
            <w:r>
              <w:rPr>
                <w:noProof/>
                <w:webHidden/>
              </w:rPr>
              <w:t>6</w:t>
            </w:r>
            <w:r>
              <w:rPr>
                <w:noProof/>
                <w:webHidden/>
              </w:rPr>
              <w:fldChar w:fldCharType="end"/>
            </w:r>
          </w:hyperlink>
        </w:p>
        <w:p w14:paraId="3B268735" w14:textId="3234DA68" w:rsidR="00474FA9" w:rsidRDefault="00474FA9">
          <w:pPr>
            <w:pStyle w:val="T3"/>
            <w:tabs>
              <w:tab w:val="right" w:leader="dot" w:pos="9508"/>
            </w:tabs>
            <w:rPr>
              <w:noProof/>
            </w:rPr>
          </w:pPr>
          <w:hyperlink w:anchor="_Toc232111710" w:history="1">
            <w:r w:rsidRPr="00A33AA6">
              <w:rPr>
                <w:rStyle w:val="Kpr"/>
                <w:noProof/>
              </w:rPr>
              <w:t>5.2. Madde 2’e İlişkin Bulgular</w:t>
            </w:r>
            <w:r>
              <w:rPr>
                <w:noProof/>
                <w:webHidden/>
              </w:rPr>
              <w:tab/>
            </w:r>
            <w:r>
              <w:rPr>
                <w:noProof/>
                <w:webHidden/>
              </w:rPr>
              <w:fldChar w:fldCharType="begin"/>
            </w:r>
            <w:r>
              <w:rPr>
                <w:noProof/>
                <w:webHidden/>
              </w:rPr>
              <w:instrText xml:space="preserve"> PAGEREF _Toc232111710 \h </w:instrText>
            </w:r>
            <w:r>
              <w:rPr>
                <w:noProof/>
                <w:webHidden/>
              </w:rPr>
            </w:r>
            <w:r>
              <w:rPr>
                <w:noProof/>
                <w:webHidden/>
              </w:rPr>
              <w:fldChar w:fldCharType="separate"/>
            </w:r>
            <w:r>
              <w:rPr>
                <w:noProof/>
                <w:webHidden/>
              </w:rPr>
              <w:t>6</w:t>
            </w:r>
            <w:r>
              <w:rPr>
                <w:noProof/>
                <w:webHidden/>
              </w:rPr>
              <w:fldChar w:fldCharType="end"/>
            </w:r>
          </w:hyperlink>
        </w:p>
        <w:p w14:paraId="501DD4AB" w14:textId="3F78EF92" w:rsidR="00474FA9" w:rsidRDefault="00474FA9">
          <w:pPr>
            <w:pStyle w:val="T3"/>
            <w:tabs>
              <w:tab w:val="right" w:leader="dot" w:pos="9508"/>
            </w:tabs>
            <w:rPr>
              <w:noProof/>
            </w:rPr>
          </w:pPr>
          <w:hyperlink w:anchor="_Toc232111711" w:history="1">
            <w:r w:rsidRPr="00A33AA6">
              <w:rPr>
                <w:rStyle w:val="Kpr"/>
                <w:noProof/>
              </w:rPr>
              <w:t>5.3. Madde 3’e İlişkin Bulgular</w:t>
            </w:r>
            <w:r>
              <w:rPr>
                <w:noProof/>
                <w:webHidden/>
              </w:rPr>
              <w:tab/>
            </w:r>
            <w:r>
              <w:rPr>
                <w:noProof/>
                <w:webHidden/>
              </w:rPr>
              <w:fldChar w:fldCharType="begin"/>
            </w:r>
            <w:r>
              <w:rPr>
                <w:noProof/>
                <w:webHidden/>
              </w:rPr>
              <w:instrText xml:space="preserve"> PAGEREF _Toc232111711 \h </w:instrText>
            </w:r>
            <w:r>
              <w:rPr>
                <w:noProof/>
                <w:webHidden/>
              </w:rPr>
            </w:r>
            <w:r>
              <w:rPr>
                <w:noProof/>
                <w:webHidden/>
              </w:rPr>
              <w:fldChar w:fldCharType="separate"/>
            </w:r>
            <w:r>
              <w:rPr>
                <w:noProof/>
                <w:webHidden/>
              </w:rPr>
              <w:t>7</w:t>
            </w:r>
            <w:r>
              <w:rPr>
                <w:noProof/>
                <w:webHidden/>
              </w:rPr>
              <w:fldChar w:fldCharType="end"/>
            </w:r>
          </w:hyperlink>
        </w:p>
        <w:p w14:paraId="23748ADA" w14:textId="0ACF44F2" w:rsidR="00474FA9" w:rsidRDefault="00474FA9">
          <w:pPr>
            <w:pStyle w:val="T3"/>
            <w:tabs>
              <w:tab w:val="right" w:leader="dot" w:pos="9508"/>
            </w:tabs>
            <w:rPr>
              <w:noProof/>
            </w:rPr>
          </w:pPr>
          <w:hyperlink w:anchor="_Toc232111712" w:history="1">
            <w:r w:rsidRPr="00A33AA6">
              <w:rPr>
                <w:rStyle w:val="Kpr"/>
                <w:noProof/>
              </w:rPr>
              <w:t>5.4. Madde 4’e İlişkin Bulgular</w:t>
            </w:r>
            <w:r>
              <w:rPr>
                <w:noProof/>
                <w:webHidden/>
              </w:rPr>
              <w:tab/>
            </w:r>
            <w:r>
              <w:rPr>
                <w:noProof/>
                <w:webHidden/>
              </w:rPr>
              <w:fldChar w:fldCharType="begin"/>
            </w:r>
            <w:r>
              <w:rPr>
                <w:noProof/>
                <w:webHidden/>
              </w:rPr>
              <w:instrText xml:space="preserve"> PAGEREF _Toc232111712 \h </w:instrText>
            </w:r>
            <w:r>
              <w:rPr>
                <w:noProof/>
                <w:webHidden/>
              </w:rPr>
            </w:r>
            <w:r>
              <w:rPr>
                <w:noProof/>
                <w:webHidden/>
              </w:rPr>
              <w:fldChar w:fldCharType="separate"/>
            </w:r>
            <w:r>
              <w:rPr>
                <w:noProof/>
                <w:webHidden/>
              </w:rPr>
              <w:t>8</w:t>
            </w:r>
            <w:r>
              <w:rPr>
                <w:noProof/>
                <w:webHidden/>
              </w:rPr>
              <w:fldChar w:fldCharType="end"/>
            </w:r>
          </w:hyperlink>
        </w:p>
        <w:p w14:paraId="48FF81CB" w14:textId="7C9A22DA" w:rsidR="00474FA9" w:rsidRDefault="00474FA9">
          <w:pPr>
            <w:pStyle w:val="T3"/>
            <w:tabs>
              <w:tab w:val="right" w:leader="dot" w:pos="9508"/>
            </w:tabs>
            <w:rPr>
              <w:noProof/>
            </w:rPr>
          </w:pPr>
          <w:hyperlink w:anchor="_Toc232111713" w:history="1">
            <w:r w:rsidRPr="00A33AA6">
              <w:rPr>
                <w:rStyle w:val="Kpr"/>
                <w:noProof/>
              </w:rPr>
              <w:t>5.5. Madde 5’e İlişkin Bulgular</w:t>
            </w:r>
            <w:r>
              <w:rPr>
                <w:noProof/>
                <w:webHidden/>
              </w:rPr>
              <w:tab/>
            </w:r>
            <w:r>
              <w:rPr>
                <w:noProof/>
                <w:webHidden/>
              </w:rPr>
              <w:fldChar w:fldCharType="begin"/>
            </w:r>
            <w:r>
              <w:rPr>
                <w:noProof/>
                <w:webHidden/>
              </w:rPr>
              <w:instrText xml:space="preserve"> PAGEREF _Toc232111713 \h </w:instrText>
            </w:r>
            <w:r>
              <w:rPr>
                <w:noProof/>
                <w:webHidden/>
              </w:rPr>
            </w:r>
            <w:r>
              <w:rPr>
                <w:noProof/>
                <w:webHidden/>
              </w:rPr>
              <w:fldChar w:fldCharType="separate"/>
            </w:r>
            <w:r>
              <w:rPr>
                <w:noProof/>
                <w:webHidden/>
              </w:rPr>
              <w:t>9</w:t>
            </w:r>
            <w:r>
              <w:rPr>
                <w:noProof/>
                <w:webHidden/>
              </w:rPr>
              <w:fldChar w:fldCharType="end"/>
            </w:r>
          </w:hyperlink>
        </w:p>
        <w:p w14:paraId="0D233638" w14:textId="4105C249" w:rsidR="00474FA9" w:rsidRDefault="00474FA9">
          <w:pPr>
            <w:pStyle w:val="T3"/>
            <w:tabs>
              <w:tab w:val="right" w:leader="dot" w:pos="9508"/>
            </w:tabs>
            <w:rPr>
              <w:noProof/>
            </w:rPr>
          </w:pPr>
          <w:hyperlink w:anchor="_Toc232111714" w:history="1">
            <w:r w:rsidRPr="00A33AA6">
              <w:rPr>
                <w:rStyle w:val="Kpr"/>
                <w:noProof/>
              </w:rPr>
              <w:t>5.6. Madde 6’e İlişkin Bulgular</w:t>
            </w:r>
            <w:r>
              <w:rPr>
                <w:noProof/>
                <w:webHidden/>
              </w:rPr>
              <w:tab/>
            </w:r>
            <w:r>
              <w:rPr>
                <w:noProof/>
                <w:webHidden/>
              </w:rPr>
              <w:fldChar w:fldCharType="begin"/>
            </w:r>
            <w:r>
              <w:rPr>
                <w:noProof/>
                <w:webHidden/>
              </w:rPr>
              <w:instrText xml:space="preserve"> PAGEREF _Toc232111714 \h </w:instrText>
            </w:r>
            <w:r>
              <w:rPr>
                <w:noProof/>
                <w:webHidden/>
              </w:rPr>
            </w:r>
            <w:r>
              <w:rPr>
                <w:noProof/>
                <w:webHidden/>
              </w:rPr>
              <w:fldChar w:fldCharType="separate"/>
            </w:r>
            <w:r>
              <w:rPr>
                <w:noProof/>
                <w:webHidden/>
              </w:rPr>
              <w:t>9</w:t>
            </w:r>
            <w:r>
              <w:rPr>
                <w:noProof/>
                <w:webHidden/>
              </w:rPr>
              <w:fldChar w:fldCharType="end"/>
            </w:r>
          </w:hyperlink>
        </w:p>
        <w:p w14:paraId="1AE3C449" w14:textId="0751E566" w:rsidR="00474FA9" w:rsidRDefault="00474FA9">
          <w:pPr>
            <w:pStyle w:val="T3"/>
            <w:tabs>
              <w:tab w:val="right" w:leader="dot" w:pos="9508"/>
            </w:tabs>
            <w:rPr>
              <w:noProof/>
            </w:rPr>
          </w:pPr>
          <w:hyperlink w:anchor="_Toc232111715" w:history="1">
            <w:r w:rsidRPr="00A33AA6">
              <w:rPr>
                <w:rStyle w:val="Kpr"/>
                <w:noProof/>
              </w:rPr>
              <w:t>5.7. Madde 7’e İlişkin Bulgular</w:t>
            </w:r>
            <w:r>
              <w:rPr>
                <w:noProof/>
                <w:webHidden/>
              </w:rPr>
              <w:tab/>
            </w:r>
            <w:r>
              <w:rPr>
                <w:noProof/>
                <w:webHidden/>
              </w:rPr>
              <w:fldChar w:fldCharType="begin"/>
            </w:r>
            <w:r>
              <w:rPr>
                <w:noProof/>
                <w:webHidden/>
              </w:rPr>
              <w:instrText xml:space="preserve"> PAGEREF _Toc232111715 \h </w:instrText>
            </w:r>
            <w:r>
              <w:rPr>
                <w:noProof/>
                <w:webHidden/>
              </w:rPr>
            </w:r>
            <w:r>
              <w:rPr>
                <w:noProof/>
                <w:webHidden/>
              </w:rPr>
              <w:fldChar w:fldCharType="separate"/>
            </w:r>
            <w:r>
              <w:rPr>
                <w:noProof/>
                <w:webHidden/>
              </w:rPr>
              <w:t>10</w:t>
            </w:r>
            <w:r>
              <w:rPr>
                <w:noProof/>
                <w:webHidden/>
              </w:rPr>
              <w:fldChar w:fldCharType="end"/>
            </w:r>
          </w:hyperlink>
        </w:p>
        <w:p w14:paraId="2EEDD201" w14:textId="2BACF09B" w:rsidR="00474FA9" w:rsidRDefault="00474FA9">
          <w:pPr>
            <w:pStyle w:val="T3"/>
            <w:tabs>
              <w:tab w:val="right" w:leader="dot" w:pos="9508"/>
            </w:tabs>
            <w:rPr>
              <w:noProof/>
            </w:rPr>
          </w:pPr>
          <w:hyperlink w:anchor="_Toc232111716" w:history="1">
            <w:r w:rsidRPr="00A33AA6">
              <w:rPr>
                <w:rStyle w:val="Kpr"/>
                <w:noProof/>
              </w:rPr>
              <w:t>5.8. Madde 8’e İlişkin Bulgular</w:t>
            </w:r>
            <w:r>
              <w:rPr>
                <w:noProof/>
                <w:webHidden/>
              </w:rPr>
              <w:tab/>
            </w:r>
            <w:r>
              <w:rPr>
                <w:noProof/>
                <w:webHidden/>
              </w:rPr>
              <w:fldChar w:fldCharType="begin"/>
            </w:r>
            <w:r>
              <w:rPr>
                <w:noProof/>
                <w:webHidden/>
              </w:rPr>
              <w:instrText xml:space="preserve"> PAGEREF _Toc232111716 \h </w:instrText>
            </w:r>
            <w:r>
              <w:rPr>
                <w:noProof/>
                <w:webHidden/>
              </w:rPr>
            </w:r>
            <w:r>
              <w:rPr>
                <w:noProof/>
                <w:webHidden/>
              </w:rPr>
              <w:fldChar w:fldCharType="separate"/>
            </w:r>
            <w:r>
              <w:rPr>
                <w:noProof/>
                <w:webHidden/>
              </w:rPr>
              <w:t>11</w:t>
            </w:r>
            <w:r>
              <w:rPr>
                <w:noProof/>
                <w:webHidden/>
              </w:rPr>
              <w:fldChar w:fldCharType="end"/>
            </w:r>
          </w:hyperlink>
        </w:p>
        <w:p w14:paraId="749E2DA7" w14:textId="58AE4807" w:rsidR="00474FA9" w:rsidRDefault="00474FA9">
          <w:pPr>
            <w:pStyle w:val="T2"/>
            <w:tabs>
              <w:tab w:val="right" w:leader="dot" w:pos="9508"/>
            </w:tabs>
            <w:rPr>
              <w:noProof/>
            </w:rPr>
          </w:pPr>
          <w:hyperlink w:anchor="_Toc232111717" w:history="1">
            <w:r w:rsidRPr="00A33AA6">
              <w:rPr>
                <w:rStyle w:val="Kpr"/>
                <w:noProof/>
              </w:rPr>
              <w:t>5.2. Ders Yükü, Program Dağılımı ve Öğretim Süreçlerine İlişkin Bulgular</w:t>
            </w:r>
            <w:r>
              <w:rPr>
                <w:noProof/>
                <w:webHidden/>
              </w:rPr>
              <w:tab/>
            </w:r>
            <w:r>
              <w:rPr>
                <w:noProof/>
                <w:webHidden/>
              </w:rPr>
              <w:fldChar w:fldCharType="begin"/>
            </w:r>
            <w:r>
              <w:rPr>
                <w:noProof/>
                <w:webHidden/>
              </w:rPr>
              <w:instrText xml:space="preserve"> PAGEREF _Toc232111717 \h </w:instrText>
            </w:r>
            <w:r>
              <w:rPr>
                <w:noProof/>
                <w:webHidden/>
              </w:rPr>
            </w:r>
            <w:r>
              <w:rPr>
                <w:noProof/>
                <w:webHidden/>
              </w:rPr>
              <w:fldChar w:fldCharType="separate"/>
            </w:r>
            <w:r>
              <w:rPr>
                <w:noProof/>
                <w:webHidden/>
              </w:rPr>
              <w:t>11</w:t>
            </w:r>
            <w:r>
              <w:rPr>
                <w:noProof/>
                <w:webHidden/>
              </w:rPr>
              <w:fldChar w:fldCharType="end"/>
            </w:r>
          </w:hyperlink>
        </w:p>
        <w:p w14:paraId="734A4FD5" w14:textId="07892664" w:rsidR="00474FA9" w:rsidRDefault="00474FA9">
          <w:pPr>
            <w:pStyle w:val="T3"/>
            <w:tabs>
              <w:tab w:val="right" w:leader="dot" w:pos="9508"/>
            </w:tabs>
            <w:rPr>
              <w:noProof/>
            </w:rPr>
          </w:pPr>
          <w:hyperlink w:anchor="_Toc232111718" w:history="1">
            <w:r w:rsidRPr="00A33AA6">
              <w:rPr>
                <w:rStyle w:val="Kpr"/>
                <w:noProof/>
              </w:rPr>
              <w:t>5.9. Madde 9’e İlişkin Bulgular</w:t>
            </w:r>
            <w:r>
              <w:rPr>
                <w:noProof/>
                <w:webHidden/>
              </w:rPr>
              <w:tab/>
            </w:r>
            <w:r>
              <w:rPr>
                <w:noProof/>
                <w:webHidden/>
              </w:rPr>
              <w:fldChar w:fldCharType="begin"/>
            </w:r>
            <w:r>
              <w:rPr>
                <w:noProof/>
                <w:webHidden/>
              </w:rPr>
              <w:instrText xml:space="preserve"> PAGEREF _Toc232111718 \h </w:instrText>
            </w:r>
            <w:r>
              <w:rPr>
                <w:noProof/>
                <w:webHidden/>
              </w:rPr>
            </w:r>
            <w:r>
              <w:rPr>
                <w:noProof/>
                <w:webHidden/>
              </w:rPr>
              <w:fldChar w:fldCharType="separate"/>
            </w:r>
            <w:r>
              <w:rPr>
                <w:noProof/>
                <w:webHidden/>
              </w:rPr>
              <w:t>11</w:t>
            </w:r>
            <w:r>
              <w:rPr>
                <w:noProof/>
                <w:webHidden/>
              </w:rPr>
              <w:fldChar w:fldCharType="end"/>
            </w:r>
          </w:hyperlink>
        </w:p>
        <w:p w14:paraId="04E59B70" w14:textId="1824802A" w:rsidR="00474FA9" w:rsidRDefault="00474FA9">
          <w:pPr>
            <w:pStyle w:val="T3"/>
            <w:tabs>
              <w:tab w:val="right" w:leader="dot" w:pos="9508"/>
            </w:tabs>
            <w:rPr>
              <w:noProof/>
            </w:rPr>
          </w:pPr>
          <w:hyperlink w:anchor="_Toc232111719" w:history="1">
            <w:r w:rsidRPr="00A33AA6">
              <w:rPr>
                <w:rStyle w:val="Kpr"/>
                <w:noProof/>
              </w:rPr>
              <w:t>5.10. Madde 10’e İlişkin Bulgular</w:t>
            </w:r>
            <w:r>
              <w:rPr>
                <w:noProof/>
                <w:webHidden/>
              </w:rPr>
              <w:tab/>
            </w:r>
            <w:r>
              <w:rPr>
                <w:noProof/>
                <w:webHidden/>
              </w:rPr>
              <w:fldChar w:fldCharType="begin"/>
            </w:r>
            <w:r>
              <w:rPr>
                <w:noProof/>
                <w:webHidden/>
              </w:rPr>
              <w:instrText xml:space="preserve"> PAGEREF _Toc232111719 \h </w:instrText>
            </w:r>
            <w:r>
              <w:rPr>
                <w:noProof/>
                <w:webHidden/>
              </w:rPr>
            </w:r>
            <w:r>
              <w:rPr>
                <w:noProof/>
                <w:webHidden/>
              </w:rPr>
              <w:fldChar w:fldCharType="separate"/>
            </w:r>
            <w:r>
              <w:rPr>
                <w:noProof/>
                <w:webHidden/>
              </w:rPr>
              <w:t>12</w:t>
            </w:r>
            <w:r>
              <w:rPr>
                <w:noProof/>
                <w:webHidden/>
              </w:rPr>
              <w:fldChar w:fldCharType="end"/>
            </w:r>
          </w:hyperlink>
        </w:p>
        <w:p w14:paraId="7788D14E" w14:textId="298A085E" w:rsidR="00474FA9" w:rsidRDefault="00474FA9">
          <w:pPr>
            <w:pStyle w:val="T3"/>
            <w:tabs>
              <w:tab w:val="right" w:leader="dot" w:pos="9508"/>
            </w:tabs>
            <w:rPr>
              <w:noProof/>
            </w:rPr>
          </w:pPr>
          <w:hyperlink w:anchor="_Toc232111720" w:history="1">
            <w:r w:rsidRPr="00A33AA6">
              <w:rPr>
                <w:rStyle w:val="Kpr"/>
                <w:noProof/>
              </w:rPr>
              <w:t>5.11. Madde 11’e İlişkin Bulgular</w:t>
            </w:r>
            <w:r>
              <w:rPr>
                <w:noProof/>
                <w:webHidden/>
              </w:rPr>
              <w:tab/>
            </w:r>
            <w:r>
              <w:rPr>
                <w:noProof/>
                <w:webHidden/>
              </w:rPr>
              <w:fldChar w:fldCharType="begin"/>
            </w:r>
            <w:r>
              <w:rPr>
                <w:noProof/>
                <w:webHidden/>
              </w:rPr>
              <w:instrText xml:space="preserve"> PAGEREF _Toc232111720 \h </w:instrText>
            </w:r>
            <w:r>
              <w:rPr>
                <w:noProof/>
                <w:webHidden/>
              </w:rPr>
            </w:r>
            <w:r>
              <w:rPr>
                <w:noProof/>
                <w:webHidden/>
              </w:rPr>
              <w:fldChar w:fldCharType="separate"/>
            </w:r>
            <w:r>
              <w:rPr>
                <w:noProof/>
                <w:webHidden/>
              </w:rPr>
              <w:t>13</w:t>
            </w:r>
            <w:r>
              <w:rPr>
                <w:noProof/>
                <w:webHidden/>
              </w:rPr>
              <w:fldChar w:fldCharType="end"/>
            </w:r>
          </w:hyperlink>
        </w:p>
        <w:p w14:paraId="56D29153" w14:textId="6EACEE60" w:rsidR="00474FA9" w:rsidRDefault="00474FA9">
          <w:pPr>
            <w:pStyle w:val="T3"/>
            <w:tabs>
              <w:tab w:val="right" w:leader="dot" w:pos="9508"/>
            </w:tabs>
            <w:rPr>
              <w:noProof/>
            </w:rPr>
          </w:pPr>
          <w:hyperlink w:anchor="_Toc232111721" w:history="1">
            <w:r w:rsidRPr="00A33AA6">
              <w:rPr>
                <w:rStyle w:val="Kpr"/>
                <w:noProof/>
              </w:rPr>
              <w:t>5.12. Madde 12’e İlişkin Bulgular</w:t>
            </w:r>
            <w:r>
              <w:rPr>
                <w:noProof/>
                <w:webHidden/>
              </w:rPr>
              <w:tab/>
            </w:r>
            <w:r>
              <w:rPr>
                <w:noProof/>
                <w:webHidden/>
              </w:rPr>
              <w:fldChar w:fldCharType="begin"/>
            </w:r>
            <w:r>
              <w:rPr>
                <w:noProof/>
                <w:webHidden/>
              </w:rPr>
              <w:instrText xml:space="preserve"> PAGEREF _Toc232111721 \h </w:instrText>
            </w:r>
            <w:r>
              <w:rPr>
                <w:noProof/>
                <w:webHidden/>
              </w:rPr>
            </w:r>
            <w:r>
              <w:rPr>
                <w:noProof/>
                <w:webHidden/>
              </w:rPr>
              <w:fldChar w:fldCharType="separate"/>
            </w:r>
            <w:r>
              <w:rPr>
                <w:noProof/>
                <w:webHidden/>
              </w:rPr>
              <w:t>14</w:t>
            </w:r>
            <w:r>
              <w:rPr>
                <w:noProof/>
                <w:webHidden/>
              </w:rPr>
              <w:fldChar w:fldCharType="end"/>
            </w:r>
          </w:hyperlink>
        </w:p>
        <w:p w14:paraId="671DFDE2" w14:textId="26C7764F" w:rsidR="00474FA9" w:rsidRDefault="00474FA9">
          <w:pPr>
            <w:pStyle w:val="T3"/>
            <w:tabs>
              <w:tab w:val="right" w:leader="dot" w:pos="9508"/>
            </w:tabs>
            <w:rPr>
              <w:noProof/>
            </w:rPr>
          </w:pPr>
          <w:hyperlink w:anchor="_Toc232111722" w:history="1">
            <w:r w:rsidRPr="00A33AA6">
              <w:rPr>
                <w:rStyle w:val="Kpr"/>
                <w:noProof/>
              </w:rPr>
              <w:t>5.13. Madde 13’e İlişkin Bulgular</w:t>
            </w:r>
            <w:r>
              <w:rPr>
                <w:noProof/>
                <w:webHidden/>
              </w:rPr>
              <w:tab/>
            </w:r>
            <w:r>
              <w:rPr>
                <w:noProof/>
                <w:webHidden/>
              </w:rPr>
              <w:fldChar w:fldCharType="begin"/>
            </w:r>
            <w:r>
              <w:rPr>
                <w:noProof/>
                <w:webHidden/>
              </w:rPr>
              <w:instrText xml:space="preserve"> PAGEREF _Toc232111722 \h </w:instrText>
            </w:r>
            <w:r>
              <w:rPr>
                <w:noProof/>
                <w:webHidden/>
              </w:rPr>
            </w:r>
            <w:r>
              <w:rPr>
                <w:noProof/>
                <w:webHidden/>
              </w:rPr>
              <w:fldChar w:fldCharType="separate"/>
            </w:r>
            <w:r>
              <w:rPr>
                <w:noProof/>
                <w:webHidden/>
              </w:rPr>
              <w:t>14</w:t>
            </w:r>
            <w:r>
              <w:rPr>
                <w:noProof/>
                <w:webHidden/>
              </w:rPr>
              <w:fldChar w:fldCharType="end"/>
            </w:r>
          </w:hyperlink>
        </w:p>
        <w:p w14:paraId="04A1B40D" w14:textId="5A43E934" w:rsidR="00474FA9" w:rsidRDefault="00474FA9">
          <w:pPr>
            <w:pStyle w:val="T3"/>
            <w:tabs>
              <w:tab w:val="right" w:leader="dot" w:pos="9508"/>
            </w:tabs>
            <w:rPr>
              <w:noProof/>
            </w:rPr>
          </w:pPr>
          <w:hyperlink w:anchor="_Toc232111723" w:history="1">
            <w:r w:rsidRPr="00A33AA6">
              <w:rPr>
                <w:rStyle w:val="Kpr"/>
                <w:noProof/>
              </w:rPr>
              <w:t>5.14. Madde 14’e İlişkin Bulgular</w:t>
            </w:r>
            <w:r>
              <w:rPr>
                <w:noProof/>
                <w:webHidden/>
              </w:rPr>
              <w:tab/>
            </w:r>
            <w:r>
              <w:rPr>
                <w:noProof/>
                <w:webHidden/>
              </w:rPr>
              <w:fldChar w:fldCharType="begin"/>
            </w:r>
            <w:r>
              <w:rPr>
                <w:noProof/>
                <w:webHidden/>
              </w:rPr>
              <w:instrText xml:space="preserve"> PAGEREF _Toc232111723 \h </w:instrText>
            </w:r>
            <w:r>
              <w:rPr>
                <w:noProof/>
                <w:webHidden/>
              </w:rPr>
            </w:r>
            <w:r>
              <w:rPr>
                <w:noProof/>
                <w:webHidden/>
              </w:rPr>
              <w:fldChar w:fldCharType="separate"/>
            </w:r>
            <w:r>
              <w:rPr>
                <w:noProof/>
                <w:webHidden/>
              </w:rPr>
              <w:t>15</w:t>
            </w:r>
            <w:r>
              <w:rPr>
                <w:noProof/>
                <w:webHidden/>
              </w:rPr>
              <w:fldChar w:fldCharType="end"/>
            </w:r>
          </w:hyperlink>
        </w:p>
        <w:p w14:paraId="4A850E3F" w14:textId="5BECD5E1" w:rsidR="00474FA9" w:rsidRDefault="00474FA9">
          <w:pPr>
            <w:pStyle w:val="T3"/>
            <w:tabs>
              <w:tab w:val="right" w:leader="dot" w:pos="9508"/>
            </w:tabs>
            <w:rPr>
              <w:noProof/>
            </w:rPr>
          </w:pPr>
          <w:hyperlink w:anchor="_Toc232111724" w:history="1">
            <w:r w:rsidRPr="00A33AA6">
              <w:rPr>
                <w:rStyle w:val="Kpr"/>
                <w:noProof/>
              </w:rPr>
              <w:t>5.15. Madde 15’e İlişkin Bulgular</w:t>
            </w:r>
            <w:r>
              <w:rPr>
                <w:noProof/>
                <w:webHidden/>
              </w:rPr>
              <w:tab/>
            </w:r>
            <w:r>
              <w:rPr>
                <w:noProof/>
                <w:webHidden/>
              </w:rPr>
              <w:fldChar w:fldCharType="begin"/>
            </w:r>
            <w:r>
              <w:rPr>
                <w:noProof/>
                <w:webHidden/>
              </w:rPr>
              <w:instrText xml:space="preserve"> PAGEREF _Toc232111724 \h </w:instrText>
            </w:r>
            <w:r>
              <w:rPr>
                <w:noProof/>
                <w:webHidden/>
              </w:rPr>
            </w:r>
            <w:r>
              <w:rPr>
                <w:noProof/>
                <w:webHidden/>
              </w:rPr>
              <w:fldChar w:fldCharType="separate"/>
            </w:r>
            <w:r>
              <w:rPr>
                <w:noProof/>
                <w:webHidden/>
              </w:rPr>
              <w:t>16</w:t>
            </w:r>
            <w:r>
              <w:rPr>
                <w:noProof/>
                <w:webHidden/>
              </w:rPr>
              <w:fldChar w:fldCharType="end"/>
            </w:r>
          </w:hyperlink>
        </w:p>
        <w:p w14:paraId="6D805137" w14:textId="581DCE89" w:rsidR="00474FA9" w:rsidRDefault="00474FA9">
          <w:pPr>
            <w:pStyle w:val="T3"/>
            <w:tabs>
              <w:tab w:val="right" w:leader="dot" w:pos="9508"/>
            </w:tabs>
            <w:rPr>
              <w:noProof/>
            </w:rPr>
          </w:pPr>
          <w:hyperlink w:anchor="_Toc232111725" w:history="1">
            <w:r w:rsidRPr="00A33AA6">
              <w:rPr>
                <w:rStyle w:val="Kpr"/>
                <w:noProof/>
              </w:rPr>
              <w:t>5.16. Madde 16’e İlişkin Bulgular</w:t>
            </w:r>
            <w:r>
              <w:rPr>
                <w:noProof/>
                <w:webHidden/>
              </w:rPr>
              <w:tab/>
            </w:r>
            <w:r>
              <w:rPr>
                <w:noProof/>
                <w:webHidden/>
              </w:rPr>
              <w:fldChar w:fldCharType="begin"/>
            </w:r>
            <w:r>
              <w:rPr>
                <w:noProof/>
                <w:webHidden/>
              </w:rPr>
              <w:instrText xml:space="preserve"> PAGEREF _Toc232111725 \h </w:instrText>
            </w:r>
            <w:r>
              <w:rPr>
                <w:noProof/>
                <w:webHidden/>
              </w:rPr>
            </w:r>
            <w:r>
              <w:rPr>
                <w:noProof/>
                <w:webHidden/>
              </w:rPr>
              <w:fldChar w:fldCharType="separate"/>
            </w:r>
            <w:r>
              <w:rPr>
                <w:noProof/>
                <w:webHidden/>
              </w:rPr>
              <w:t>16</w:t>
            </w:r>
            <w:r>
              <w:rPr>
                <w:noProof/>
                <w:webHidden/>
              </w:rPr>
              <w:fldChar w:fldCharType="end"/>
            </w:r>
          </w:hyperlink>
        </w:p>
        <w:p w14:paraId="6EB88C03" w14:textId="50DBC2AA" w:rsidR="00474FA9" w:rsidRDefault="00474FA9">
          <w:pPr>
            <w:pStyle w:val="T3"/>
            <w:tabs>
              <w:tab w:val="right" w:leader="dot" w:pos="9508"/>
            </w:tabs>
            <w:rPr>
              <w:noProof/>
            </w:rPr>
          </w:pPr>
          <w:hyperlink w:anchor="_Toc232111726" w:history="1">
            <w:r w:rsidRPr="00A33AA6">
              <w:rPr>
                <w:rStyle w:val="Kpr"/>
                <w:noProof/>
              </w:rPr>
              <w:t>5.17. Madde 17’e İlişkin Bulgular</w:t>
            </w:r>
            <w:r>
              <w:rPr>
                <w:noProof/>
                <w:webHidden/>
              </w:rPr>
              <w:tab/>
            </w:r>
            <w:r>
              <w:rPr>
                <w:noProof/>
                <w:webHidden/>
              </w:rPr>
              <w:fldChar w:fldCharType="begin"/>
            </w:r>
            <w:r>
              <w:rPr>
                <w:noProof/>
                <w:webHidden/>
              </w:rPr>
              <w:instrText xml:space="preserve"> PAGEREF _Toc232111726 \h </w:instrText>
            </w:r>
            <w:r>
              <w:rPr>
                <w:noProof/>
                <w:webHidden/>
              </w:rPr>
            </w:r>
            <w:r>
              <w:rPr>
                <w:noProof/>
                <w:webHidden/>
              </w:rPr>
              <w:fldChar w:fldCharType="separate"/>
            </w:r>
            <w:r>
              <w:rPr>
                <w:noProof/>
                <w:webHidden/>
              </w:rPr>
              <w:t>17</w:t>
            </w:r>
            <w:r>
              <w:rPr>
                <w:noProof/>
                <w:webHidden/>
              </w:rPr>
              <w:fldChar w:fldCharType="end"/>
            </w:r>
          </w:hyperlink>
        </w:p>
        <w:p w14:paraId="38E0319F" w14:textId="24409490" w:rsidR="00474FA9" w:rsidRDefault="00474FA9">
          <w:pPr>
            <w:pStyle w:val="T3"/>
            <w:tabs>
              <w:tab w:val="right" w:leader="dot" w:pos="9508"/>
            </w:tabs>
            <w:rPr>
              <w:noProof/>
            </w:rPr>
          </w:pPr>
          <w:hyperlink w:anchor="_Toc232111727" w:history="1">
            <w:r w:rsidRPr="00A33AA6">
              <w:rPr>
                <w:rStyle w:val="Kpr"/>
                <w:noProof/>
              </w:rPr>
              <w:t>5.18. Madde 18’e İlişkin Bulgular</w:t>
            </w:r>
            <w:r>
              <w:rPr>
                <w:noProof/>
                <w:webHidden/>
              </w:rPr>
              <w:tab/>
            </w:r>
            <w:r>
              <w:rPr>
                <w:noProof/>
                <w:webHidden/>
              </w:rPr>
              <w:fldChar w:fldCharType="begin"/>
            </w:r>
            <w:r>
              <w:rPr>
                <w:noProof/>
                <w:webHidden/>
              </w:rPr>
              <w:instrText xml:space="preserve"> PAGEREF _Toc232111727 \h </w:instrText>
            </w:r>
            <w:r>
              <w:rPr>
                <w:noProof/>
                <w:webHidden/>
              </w:rPr>
            </w:r>
            <w:r>
              <w:rPr>
                <w:noProof/>
                <w:webHidden/>
              </w:rPr>
              <w:fldChar w:fldCharType="separate"/>
            </w:r>
            <w:r>
              <w:rPr>
                <w:noProof/>
                <w:webHidden/>
              </w:rPr>
              <w:t>18</w:t>
            </w:r>
            <w:r>
              <w:rPr>
                <w:noProof/>
                <w:webHidden/>
              </w:rPr>
              <w:fldChar w:fldCharType="end"/>
            </w:r>
          </w:hyperlink>
        </w:p>
        <w:p w14:paraId="0BDC7536" w14:textId="1F153F8E" w:rsidR="00474FA9" w:rsidRDefault="00474FA9">
          <w:pPr>
            <w:pStyle w:val="T2"/>
            <w:tabs>
              <w:tab w:val="right" w:leader="dot" w:pos="9508"/>
            </w:tabs>
            <w:rPr>
              <w:noProof/>
            </w:rPr>
          </w:pPr>
          <w:hyperlink w:anchor="_Toc232111728" w:history="1">
            <w:r w:rsidRPr="00A33AA6">
              <w:rPr>
                <w:rStyle w:val="Kpr"/>
                <w:noProof/>
              </w:rPr>
              <w:t>5.3. Ölçme-Değerlendirme, Diploma ve Belgelendirme Süreçlerine İlişkin Bulgular</w:t>
            </w:r>
            <w:r>
              <w:rPr>
                <w:noProof/>
                <w:webHidden/>
              </w:rPr>
              <w:tab/>
            </w:r>
            <w:r>
              <w:rPr>
                <w:noProof/>
                <w:webHidden/>
              </w:rPr>
              <w:fldChar w:fldCharType="begin"/>
            </w:r>
            <w:r>
              <w:rPr>
                <w:noProof/>
                <w:webHidden/>
              </w:rPr>
              <w:instrText xml:space="preserve"> PAGEREF _Toc232111728 \h </w:instrText>
            </w:r>
            <w:r>
              <w:rPr>
                <w:noProof/>
                <w:webHidden/>
              </w:rPr>
            </w:r>
            <w:r>
              <w:rPr>
                <w:noProof/>
                <w:webHidden/>
              </w:rPr>
              <w:fldChar w:fldCharType="separate"/>
            </w:r>
            <w:r>
              <w:rPr>
                <w:noProof/>
                <w:webHidden/>
              </w:rPr>
              <w:t>18</w:t>
            </w:r>
            <w:r>
              <w:rPr>
                <w:noProof/>
                <w:webHidden/>
              </w:rPr>
              <w:fldChar w:fldCharType="end"/>
            </w:r>
          </w:hyperlink>
        </w:p>
        <w:p w14:paraId="238940EE" w14:textId="1B8FC9D4" w:rsidR="00474FA9" w:rsidRDefault="00474FA9">
          <w:pPr>
            <w:pStyle w:val="T3"/>
            <w:tabs>
              <w:tab w:val="right" w:leader="dot" w:pos="9508"/>
            </w:tabs>
            <w:rPr>
              <w:noProof/>
            </w:rPr>
          </w:pPr>
          <w:hyperlink w:anchor="_Toc232111729" w:history="1">
            <w:r w:rsidRPr="00A33AA6">
              <w:rPr>
                <w:rStyle w:val="Kpr"/>
                <w:noProof/>
              </w:rPr>
              <w:t>5.19. Madde 19’e İlişkin Bulgular</w:t>
            </w:r>
            <w:r>
              <w:rPr>
                <w:noProof/>
                <w:webHidden/>
              </w:rPr>
              <w:tab/>
            </w:r>
            <w:r>
              <w:rPr>
                <w:noProof/>
                <w:webHidden/>
              </w:rPr>
              <w:fldChar w:fldCharType="begin"/>
            </w:r>
            <w:r>
              <w:rPr>
                <w:noProof/>
                <w:webHidden/>
              </w:rPr>
              <w:instrText xml:space="preserve"> PAGEREF _Toc232111729 \h </w:instrText>
            </w:r>
            <w:r>
              <w:rPr>
                <w:noProof/>
                <w:webHidden/>
              </w:rPr>
            </w:r>
            <w:r>
              <w:rPr>
                <w:noProof/>
                <w:webHidden/>
              </w:rPr>
              <w:fldChar w:fldCharType="separate"/>
            </w:r>
            <w:r>
              <w:rPr>
                <w:noProof/>
                <w:webHidden/>
              </w:rPr>
              <w:t>18</w:t>
            </w:r>
            <w:r>
              <w:rPr>
                <w:noProof/>
                <w:webHidden/>
              </w:rPr>
              <w:fldChar w:fldCharType="end"/>
            </w:r>
          </w:hyperlink>
        </w:p>
        <w:p w14:paraId="638CB9A9" w14:textId="5A2CB0BB" w:rsidR="00474FA9" w:rsidRDefault="00474FA9">
          <w:pPr>
            <w:pStyle w:val="T3"/>
            <w:tabs>
              <w:tab w:val="right" w:leader="dot" w:pos="9508"/>
            </w:tabs>
            <w:rPr>
              <w:noProof/>
            </w:rPr>
          </w:pPr>
          <w:hyperlink w:anchor="_Toc232111730" w:history="1">
            <w:r w:rsidRPr="00A33AA6">
              <w:rPr>
                <w:rStyle w:val="Kpr"/>
                <w:noProof/>
              </w:rPr>
              <w:t>5.20. Madde 20’e İlişkin Bulgular</w:t>
            </w:r>
            <w:r>
              <w:rPr>
                <w:noProof/>
                <w:webHidden/>
              </w:rPr>
              <w:tab/>
            </w:r>
            <w:r>
              <w:rPr>
                <w:noProof/>
                <w:webHidden/>
              </w:rPr>
              <w:fldChar w:fldCharType="begin"/>
            </w:r>
            <w:r>
              <w:rPr>
                <w:noProof/>
                <w:webHidden/>
              </w:rPr>
              <w:instrText xml:space="preserve"> PAGEREF _Toc232111730 \h </w:instrText>
            </w:r>
            <w:r>
              <w:rPr>
                <w:noProof/>
                <w:webHidden/>
              </w:rPr>
            </w:r>
            <w:r>
              <w:rPr>
                <w:noProof/>
                <w:webHidden/>
              </w:rPr>
              <w:fldChar w:fldCharType="separate"/>
            </w:r>
            <w:r>
              <w:rPr>
                <w:noProof/>
                <w:webHidden/>
              </w:rPr>
              <w:t>19</w:t>
            </w:r>
            <w:r>
              <w:rPr>
                <w:noProof/>
                <w:webHidden/>
              </w:rPr>
              <w:fldChar w:fldCharType="end"/>
            </w:r>
          </w:hyperlink>
        </w:p>
        <w:p w14:paraId="28BB6203" w14:textId="290C0399" w:rsidR="00474FA9" w:rsidRDefault="00474FA9">
          <w:pPr>
            <w:pStyle w:val="T3"/>
            <w:tabs>
              <w:tab w:val="right" w:leader="dot" w:pos="9508"/>
            </w:tabs>
            <w:rPr>
              <w:noProof/>
            </w:rPr>
          </w:pPr>
          <w:hyperlink w:anchor="_Toc232111731" w:history="1">
            <w:r w:rsidRPr="00A33AA6">
              <w:rPr>
                <w:rStyle w:val="Kpr"/>
                <w:noProof/>
              </w:rPr>
              <w:t>5.21. Madde 21’e İlişkin Bulgular</w:t>
            </w:r>
            <w:r>
              <w:rPr>
                <w:noProof/>
                <w:webHidden/>
              </w:rPr>
              <w:tab/>
            </w:r>
            <w:r>
              <w:rPr>
                <w:noProof/>
                <w:webHidden/>
              </w:rPr>
              <w:fldChar w:fldCharType="begin"/>
            </w:r>
            <w:r>
              <w:rPr>
                <w:noProof/>
                <w:webHidden/>
              </w:rPr>
              <w:instrText xml:space="preserve"> PAGEREF _Toc232111731 \h </w:instrText>
            </w:r>
            <w:r>
              <w:rPr>
                <w:noProof/>
                <w:webHidden/>
              </w:rPr>
            </w:r>
            <w:r>
              <w:rPr>
                <w:noProof/>
                <w:webHidden/>
              </w:rPr>
              <w:fldChar w:fldCharType="separate"/>
            </w:r>
            <w:r>
              <w:rPr>
                <w:noProof/>
                <w:webHidden/>
              </w:rPr>
              <w:t>20</w:t>
            </w:r>
            <w:r>
              <w:rPr>
                <w:noProof/>
                <w:webHidden/>
              </w:rPr>
              <w:fldChar w:fldCharType="end"/>
            </w:r>
          </w:hyperlink>
        </w:p>
        <w:p w14:paraId="37ABC9DC" w14:textId="1A0CC0C6" w:rsidR="00474FA9" w:rsidRDefault="00474FA9">
          <w:pPr>
            <w:pStyle w:val="T3"/>
            <w:tabs>
              <w:tab w:val="right" w:leader="dot" w:pos="9508"/>
            </w:tabs>
            <w:rPr>
              <w:noProof/>
            </w:rPr>
          </w:pPr>
          <w:hyperlink w:anchor="_Toc232111732" w:history="1">
            <w:r w:rsidRPr="00A33AA6">
              <w:rPr>
                <w:rStyle w:val="Kpr"/>
                <w:noProof/>
              </w:rPr>
              <w:t>5.22. Madde 22’e İlişkin Bulgular</w:t>
            </w:r>
            <w:r>
              <w:rPr>
                <w:noProof/>
                <w:webHidden/>
              </w:rPr>
              <w:tab/>
            </w:r>
            <w:r>
              <w:rPr>
                <w:noProof/>
                <w:webHidden/>
              </w:rPr>
              <w:fldChar w:fldCharType="begin"/>
            </w:r>
            <w:r>
              <w:rPr>
                <w:noProof/>
                <w:webHidden/>
              </w:rPr>
              <w:instrText xml:space="preserve"> PAGEREF _Toc232111732 \h </w:instrText>
            </w:r>
            <w:r>
              <w:rPr>
                <w:noProof/>
                <w:webHidden/>
              </w:rPr>
            </w:r>
            <w:r>
              <w:rPr>
                <w:noProof/>
                <w:webHidden/>
              </w:rPr>
              <w:fldChar w:fldCharType="separate"/>
            </w:r>
            <w:r>
              <w:rPr>
                <w:noProof/>
                <w:webHidden/>
              </w:rPr>
              <w:t>21</w:t>
            </w:r>
            <w:r>
              <w:rPr>
                <w:noProof/>
                <w:webHidden/>
              </w:rPr>
              <w:fldChar w:fldCharType="end"/>
            </w:r>
          </w:hyperlink>
        </w:p>
        <w:p w14:paraId="546BBC4F" w14:textId="64154B28" w:rsidR="00474FA9" w:rsidRDefault="00474FA9">
          <w:pPr>
            <w:pStyle w:val="T3"/>
            <w:tabs>
              <w:tab w:val="right" w:leader="dot" w:pos="9508"/>
            </w:tabs>
            <w:rPr>
              <w:noProof/>
            </w:rPr>
          </w:pPr>
          <w:hyperlink w:anchor="_Toc232111733" w:history="1">
            <w:r w:rsidRPr="00A33AA6">
              <w:rPr>
                <w:rStyle w:val="Kpr"/>
                <w:noProof/>
              </w:rPr>
              <w:t>5.23. Madde 23’e İlişkin Bulgular</w:t>
            </w:r>
            <w:r>
              <w:rPr>
                <w:noProof/>
                <w:webHidden/>
              </w:rPr>
              <w:tab/>
            </w:r>
            <w:r>
              <w:rPr>
                <w:noProof/>
                <w:webHidden/>
              </w:rPr>
              <w:fldChar w:fldCharType="begin"/>
            </w:r>
            <w:r>
              <w:rPr>
                <w:noProof/>
                <w:webHidden/>
              </w:rPr>
              <w:instrText xml:space="preserve"> PAGEREF _Toc232111733 \h </w:instrText>
            </w:r>
            <w:r>
              <w:rPr>
                <w:noProof/>
                <w:webHidden/>
              </w:rPr>
            </w:r>
            <w:r>
              <w:rPr>
                <w:noProof/>
                <w:webHidden/>
              </w:rPr>
              <w:fldChar w:fldCharType="separate"/>
            </w:r>
            <w:r>
              <w:rPr>
                <w:noProof/>
                <w:webHidden/>
              </w:rPr>
              <w:t>21</w:t>
            </w:r>
            <w:r>
              <w:rPr>
                <w:noProof/>
                <w:webHidden/>
              </w:rPr>
              <w:fldChar w:fldCharType="end"/>
            </w:r>
          </w:hyperlink>
        </w:p>
        <w:p w14:paraId="4424162A" w14:textId="7F0EE9B3" w:rsidR="00474FA9" w:rsidRDefault="00474FA9">
          <w:pPr>
            <w:pStyle w:val="T3"/>
            <w:tabs>
              <w:tab w:val="right" w:leader="dot" w:pos="9508"/>
            </w:tabs>
            <w:rPr>
              <w:noProof/>
            </w:rPr>
          </w:pPr>
          <w:hyperlink w:anchor="_Toc232111734" w:history="1">
            <w:r w:rsidRPr="00A33AA6">
              <w:rPr>
                <w:rStyle w:val="Kpr"/>
                <w:noProof/>
              </w:rPr>
              <w:t>5.24. Madde 24’e İlişkin Bulgular</w:t>
            </w:r>
            <w:r>
              <w:rPr>
                <w:noProof/>
                <w:webHidden/>
              </w:rPr>
              <w:tab/>
            </w:r>
            <w:r>
              <w:rPr>
                <w:noProof/>
                <w:webHidden/>
              </w:rPr>
              <w:fldChar w:fldCharType="begin"/>
            </w:r>
            <w:r>
              <w:rPr>
                <w:noProof/>
                <w:webHidden/>
              </w:rPr>
              <w:instrText xml:space="preserve"> PAGEREF _Toc232111734 \h </w:instrText>
            </w:r>
            <w:r>
              <w:rPr>
                <w:noProof/>
                <w:webHidden/>
              </w:rPr>
            </w:r>
            <w:r>
              <w:rPr>
                <w:noProof/>
                <w:webHidden/>
              </w:rPr>
              <w:fldChar w:fldCharType="separate"/>
            </w:r>
            <w:r>
              <w:rPr>
                <w:noProof/>
                <w:webHidden/>
              </w:rPr>
              <w:t>22</w:t>
            </w:r>
            <w:r>
              <w:rPr>
                <w:noProof/>
                <w:webHidden/>
              </w:rPr>
              <w:fldChar w:fldCharType="end"/>
            </w:r>
          </w:hyperlink>
        </w:p>
        <w:p w14:paraId="37731F93" w14:textId="7A40A7B7" w:rsidR="00474FA9" w:rsidRDefault="00474FA9">
          <w:pPr>
            <w:pStyle w:val="T2"/>
            <w:tabs>
              <w:tab w:val="right" w:leader="dot" w:pos="9508"/>
            </w:tabs>
            <w:rPr>
              <w:noProof/>
            </w:rPr>
          </w:pPr>
          <w:hyperlink w:anchor="_Toc232111735" w:history="1">
            <w:r w:rsidRPr="00A33AA6">
              <w:rPr>
                <w:rStyle w:val="Kpr"/>
                <w:noProof/>
              </w:rPr>
              <w:t>5.4. Altyapı, Klinik, Danışmanlık ve Öğrenci Destek Süreçlerine İlişkin Bulgular</w:t>
            </w:r>
            <w:r>
              <w:rPr>
                <w:noProof/>
                <w:webHidden/>
              </w:rPr>
              <w:tab/>
            </w:r>
            <w:r>
              <w:rPr>
                <w:noProof/>
                <w:webHidden/>
              </w:rPr>
              <w:fldChar w:fldCharType="begin"/>
            </w:r>
            <w:r>
              <w:rPr>
                <w:noProof/>
                <w:webHidden/>
              </w:rPr>
              <w:instrText xml:space="preserve"> PAGEREF _Toc232111735 \h </w:instrText>
            </w:r>
            <w:r>
              <w:rPr>
                <w:noProof/>
                <w:webHidden/>
              </w:rPr>
            </w:r>
            <w:r>
              <w:rPr>
                <w:noProof/>
                <w:webHidden/>
              </w:rPr>
              <w:fldChar w:fldCharType="separate"/>
            </w:r>
            <w:r>
              <w:rPr>
                <w:noProof/>
                <w:webHidden/>
              </w:rPr>
              <w:t>23</w:t>
            </w:r>
            <w:r>
              <w:rPr>
                <w:noProof/>
                <w:webHidden/>
              </w:rPr>
              <w:fldChar w:fldCharType="end"/>
            </w:r>
          </w:hyperlink>
        </w:p>
        <w:p w14:paraId="568F2DD5" w14:textId="4AFA9A2A" w:rsidR="00474FA9" w:rsidRDefault="00474FA9">
          <w:pPr>
            <w:pStyle w:val="T3"/>
            <w:tabs>
              <w:tab w:val="right" w:leader="dot" w:pos="9508"/>
            </w:tabs>
            <w:rPr>
              <w:noProof/>
            </w:rPr>
          </w:pPr>
          <w:hyperlink w:anchor="_Toc232111736" w:history="1">
            <w:r w:rsidRPr="00A33AA6">
              <w:rPr>
                <w:rStyle w:val="Kpr"/>
                <w:noProof/>
              </w:rPr>
              <w:t>5.25. Madde 25’e İlişkin Bulgular</w:t>
            </w:r>
            <w:r>
              <w:rPr>
                <w:noProof/>
                <w:webHidden/>
              </w:rPr>
              <w:tab/>
            </w:r>
            <w:r>
              <w:rPr>
                <w:noProof/>
                <w:webHidden/>
              </w:rPr>
              <w:fldChar w:fldCharType="begin"/>
            </w:r>
            <w:r>
              <w:rPr>
                <w:noProof/>
                <w:webHidden/>
              </w:rPr>
              <w:instrText xml:space="preserve"> PAGEREF _Toc232111736 \h </w:instrText>
            </w:r>
            <w:r>
              <w:rPr>
                <w:noProof/>
                <w:webHidden/>
              </w:rPr>
            </w:r>
            <w:r>
              <w:rPr>
                <w:noProof/>
                <w:webHidden/>
              </w:rPr>
              <w:fldChar w:fldCharType="separate"/>
            </w:r>
            <w:r>
              <w:rPr>
                <w:noProof/>
                <w:webHidden/>
              </w:rPr>
              <w:t>23</w:t>
            </w:r>
            <w:r>
              <w:rPr>
                <w:noProof/>
                <w:webHidden/>
              </w:rPr>
              <w:fldChar w:fldCharType="end"/>
            </w:r>
          </w:hyperlink>
        </w:p>
        <w:p w14:paraId="4DDE1FA4" w14:textId="116246F9" w:rsidR="00474FA9" w:rsidRDefault="00474FA9">
          <w:pPr>
            <w:pStyle w:val="T3"/>
            <w:tabs>
              <w:tab w:val="right" w:leader="dot" w:pos="9508"/>
            </w:tabs>
            <w:rPr>
              <w:noProof/>
            </w:rPr>
          </w:pPr>
          <w:hyperlink w:anchor="_Toc232111737" w:history="1">
            <w:r w:rsidRPr="00A33AA6">
              <w:rPr>
                <w:rStyle w:val="Kpr"/>
                <w:noProof/>
              </w:rPr>
              <w:t>5.26. Madde 26’e İlişkin Bulgular</w:t>
            </w:r>
            <w:r>
              <w:rPr>
                <w:noProof/>
                <w:webHidden/>
              </w:rPr>
              <w:tab/>
            </w:r>
            <w:r>
              <w:rPr>
                <w:noProof/>
                <w:webHidden/>
              </w:rPr>
              <w:fldChar w:fldCharType="begin"/>
            </w:r>
            <w:r>
              <w:rPr>
                <w:noProof/>
                <w:webHidden/>
              </w:rPr>
              <w:instrText xml:space="preserve"> PAGEREF _Toc232111737 \h </w:instrText>
            </w:r>
            <w:r>
              <w:rPr>
                <w:noProof/>
                <w:webHidden/>
              </w:rPr>
            </w:r>
            <w:r>
              <w:rPr>
                <w:noProof/>
                <w:webHidden/>
              </w:rPr>
              <w:fldChar w:fldCharType="separate"/>
            </w:r>
            <w:r>
              <w:rPr>
                <w:noProof/>
                <w:webHidden/>
              </w:rPr>
              <w:t>23</w:t>
            </w:r>
            <w:r>
              <w:rPr>
                <w:noProof/>
                <w:webHidden/>
              </w:rPr>
              <w:fldChar w:fldCharType="end"/>
            </w:r>
          </w:hyperlink>
        </w:p>
        <w:p w14:paraId="5D70B98F" w14:textId="56B8CE97" w:rsidR="00474FA9" w:rsidRDefault="00474FA9">
          <w:pPr>
            <w:pStyle w:val="T3"/>
            <w:tabs>
              <w:tab w:val="right" w:leader="dot" w:pos="9508"/>
            </w:tabs>
            <w:rPr>
              <w:noProof/>
            </w:rPr>
          </w:pPr>
          <w:hyperlink w:anchor="_Toc232111738" w:history="1">
            <w:r w:rsidRPr="00A33AA6">
              <w:rPr>
                <w:rStyle w:val="Kpr"/>
                <w:noProof/>
              </w:rPr>
              <w:t>5.27. Madde 27’e İlişkin Bulgular</w:t>
            </w:r>
            <w:r>
              <w:rPr>
                <w:noProof/>
                <w:webHidden/>
              </w:rPr>
              <w:tab/>
            </w:r>
            <w:r>
              <w:rPr>
                <w:noProof/>
                <w:webHidden/>
              </w:rPr>
              <w:fldChar w:fldCharType="begin"/>
            </w:r>
            <w:r>
              <w:rPr>
                <w:noProof/>
                <w:webHidden/>
              </w:rPr>
              <w:instrText xml:space="preserve"> PAGEREF _Toc232111738 \h </w:instrText>
            </w:r>
            <w:r>
              <w:rPr>
                <w:noProof/>
                <w:webHidden/>
              </w:rPr>
            </w:r>
            <w:r>
              <w:rPr>
                <w:noProof/>
                <w:webHidden/>
              </w:rPr>
              <w:fldChar w:fldCharType="separate"/>
            </w:r>
            <w:r>
              <w:rPr>
                <w:noProof/>
                <w:webHidden/>
              </w:rPr>
              <w:t>24</w:t>
            </w:r>
            <w:r>
              <w:rPr>
                <w:noProof/>
                <w:webHidden/>
              </w:rPr>
              <w:fldChar w:fldCharType="end"/>
            </w:r>
          </w:hyperlink>
        </w:p>
        <w:p w14:paraId="488B7AC4" w14:textId="75B275B0" w:rsidR="00474FA9" w:rsidRDefault="00474FA9">
          <w:pPr>
            <w:pStyle w:val="T3"/>
            <w:tabs>
              <w:tab w:val="right" w:leader="dot" w:pos="9508"/>
            </w:tabs>
            <w:rPr>
              <w:noProof/>
            </w:rPr>
          </w:pPr>
          <w:hyperlink w:anchor="_Toc232111739" w:history="1">
            <w:r w:rsidRPr="00A33AA6">
              <w:rPr>
                <w:rStyle w:val="Kpr"/>
                <w:noProof/>
              </w:rPr>
              <w:t>5.28. Madde 28’e İlişkin Bulgular</w:t>
            </w:r>
            <w:r>
              <w:rPr>
                <w:noProof/>
                <w:webHidden/>
              </w:rPr>
              <w:tab/>
            </w:r>
            <w:r>
              <w:rPr>
                <w:noProof/>
                <w:webHidden/>
              </w:rPr>
              <w:fldChar w:fldCharType="begin"/>
            </w:r>
            <w:r>
              <w:rPr>
                <w:noProof/>
                <w:webHidden/>
              </w:rPr>
              <w:instrText xml:space="preserve"> PAGEREF _Toc232111739 \h </w:instrText>
            </w:r>
            <w:r>
              <w:rPr>
                <w:noProof/>
                <w:webHidden/>
              </w:rPr>
            </w:r>
            <w:r>
              <w:rPr>
                <w:noProof/>
                <w:webHidden/>
              </w:rPr>
              <w:fldChar w:fldCharType="separate"/>
            </w:r>
            <w:r>
              <w:rPr>
                <w:noProof/>
                <w:webHidden/>
              </w:rPr>
              <w:t>25</w:t>
            </w:r>
            <w:r>
              <w:rPr>
                <w:noProof/>
                <w:webHidden/>
              </w:rPr>
              <w:fldChar w:fldCharType="end"/>
            </w:r>
          </w:hyperlink>
        </w:p>
        <w:p w14:paraId="29F1868C" w14:textId="43B4C41F" w:rsidR="00474FA9" w:rsidRDefault="00474FA9">
          <w:pPr>
            <w:pStyle w:val="T3"/>
            <w:tabs>
              <w:tab w:val="right" w:leader="dot" w:pos="9508"/>
            </w:tabs>
            <w:rPr>
              <w:noProof/>
            </w:rPr>
          </w:pPr>
          <w:hyperlink w:anchor="_Toc232111740" w:history="1">
            <w:r w:rsidRPr="00A33AA6">
              <w:rPr>
                <w:rStyle w:val="Kpr"/>
                <w:noProof/>
              </w:rPr>
              <w:t>5.29. Madde 29’e İlişkin Bulgular</w:t>
            </w:r>
            <w:r>
              <w:rPr>
                <w:noProof/>
                <w:webHidden/>
              </w:rPr>
              <w:tab/>
            </w:r>
            <w:r>
              <w:rPr>
                <w:noProof/>
                <w:webHidden/>
              </w:rPr>
              <w:fldChar w:fldCharType="begin"/>
            </w:r>
            <w:r>
              <w:rPr>
                <w:noProof/>
                <w:webHidden/>
              </w:rPr>
              <w:instrText xml:space="preserve"> PAGEREF _Toc232111740 \h </w:instrText>
            </w:r>
            <w:r>
              <w:rPr>
                <w:noProof/>
                <w:webHidden/>
              </w:rPr>
            </w:r>
            <w:r>
              <w:rPr>
                <w:noProof/>
                <w:webHidden/>
              </w:rPr>
              <w:fldChar w:fldCharType="separate"/>
            </w:r>
            <w:r>
              <w:rPr>
                <w:noProof/>
                <w:webHidden/>
              </w:rPr>
              <w:t>26</w:t>
            </w:r>
            <w:r>
              <w:rPr>
                <w:noProof/>
                <w:webHidden/>
              </w:rPr>
              <w:fldChar w:fldCharType="end"/>
            </w:r>
          </w:hyperlink>
        </w:p>
        <w:p w14:paraId="31C37E6E" w14:textId="6135B1A5" w:rsidR="00474FA9" w:rsidRDefault="00474FA9">
          <w:pPr>
            <w:pStyle w:val="T3"/>
            <w:tabs>
              <w:tab w:val="right" w:leader="dot" w:pos="9508"/>
            </w:tabs>
            <w:rPr>
              <w:noProof/>
            </w:rPr>
          </w:pPr>
          <w:hyperlink w:anchor="_Toc232111741" w:history="1">
            <w:r w:rsidRPr="00A33AA6">
              <w:rPr>
                <w:rStyle w:val="Kpr"/>
                <w:noProof/>
              </w:rPr>
              <w:t>5.30. Madde 30’e İlişkin Bulgular</w:t>
            </w:r>
            <w:r>
              <w:rPr>
                <w:noProof/>
                <w:webHidden/>
              </w:rPr>
              <w:tab/>
            </w:r>
            <w:r>
              <w:rPr>
                <w:noProof/>
                <w:webHidden/>
              </w:rPr>
              <w:fldChar w:fldCharType="begin"/>
            </w:r>
            <w:r>
              <w:rPr>
                <w:noProof/>
                <w:webHidden/>
              </w:rPr>
              <w:instrText xml:space="preserve"> PAGEREF _Toc232111741 \h </w:instrText>
            </w:r>
            <w:r>
              <w:rPr>
                <w:noProof/>
                <w:webHidden/>
              </w:rPr>
            </w:r>
            <w:r>
              <w:rPr>
                <w:noProof/>
                <w:webHidden/>
              </w:rPr>
              <w:fldChar w:fldCharType="separate"/>
            </w:r>
            <w:r>
              <w:rPr>
                <w:noProof/>
                <w:webHidden/>
              </w:rPr>
              <w:t>26</w:t>
            </w:r>
            <w:r>
              <w:rPr>
                <w:noProof/>
                <w:webHidden/>
              </w:rPr>
              <w:fldChar w:fldCharType="end"/>
            </w:r>
          </w:hyperlink>
        </w:p>
        <w:p w14:paraId="33D60612" w14:textId="12ABBC7E" w:rsidR="00474FA9" w:rsidRDefault="00474FA9">
          <w:pPr>
            <w:pStyle w:val="T3"/>
            <w:tabs>
              <w:tab w:val="right" w:leader="dot" w:pos="9508"/>
            </w:tabs>
            <w:rPr>
              <w:noProof/>
            </w:rPr>
          </w:pPr>
          <w:hyperlink w:anchor="_Toc232111742" w:history="1">
            <w:r w:rsidRPr="00A33AA6">
              <w:rPr>
                <w:rStyle w:val="Kpr"/>
                <w:noProof/>
              </w:rPr>
              <w:t>5.31. Madde 31’e İlişkin Bulgular</w:t>
            </w:r>
            <w:r>
              <w:rPr>
                <w:noProof/>
                <w:webHidden/>
              </w:rPr>
              <w:tab/>
            </w:r>
            <w:r>
              <w:rPr>
                <w:noProof/>
                <w:webHidden/>
              </w:rPr>
              <w:fldChar w:fldCharType="begin"/>
            </w:r>
            <w:r>
              <w:rPr>
                <w:noProof/>
                <w:webHidden/>
              </w:rPr>
              <w:instrText xml:space="preserve"> PAGEREF _Toc232111742 \h </w:instrText>
            </w:r>
            <w:r>
              <w:rPr>
                <w:noProof/>
                <w:webHidden/>
              </w:rPr>
            </w:r>
            <w:r>
              <w:rPr>
                <w:noProof/>
                <w:webHidden/>
              </w:rPr>
              <w:fldChar w:fldCharType="separate"/>
            </w:r>
            <w:r>
              <w:rPr>
                <w:noProof/>
                <w:webHidden/>
              </w:rPr>
              <w:t>27</w:t>
            </w:r>
            <w:r>
              <w:rPr>
                <w:noProof/>
                <w:webHidden/>
              </w:rPr>
              <w:fldChar w:fldCharType="end"/>
            </w:r>
          </w:hyperlink>
        </w:p>
        <w:p w14:paraId="34B3BEA6" w14:textId="5F276533" w:rsidR="00474FA9" w:rsidRDefault="00474FA9">
          <w:pPr>
            <w:pStyle w:val="T2"/>
            <w:tabs>
              <w:tab w:val="right" w:leader="dot" w:pos="9508"/>
            </w:tabs>
            <w:rPr>
              <w:noProof/>
            </w:rPr>
          </w:pPr>
          <w:hyperlink w:anchor="_Toc232111743" w:history="1">
            <w:r w:rsidRPr="00A33AA6">
              <w:rPr>
                <w:rStyle w:val="Kpr"/>
                <w:noProof/>
              </w:rPr>
              <w:t>5.5. Fiziki Olanaklar, Sosyal İmkanlar ve Kurumsal Süreçlere İlişkin Bulgular</w:t>
            </w:r>
            <w:r>
              <w:rPr>
                <w:noProof/>
                <w:webHidden/>
              </w:rPr>
              <w:tab/>
            </w:r>
            <w:r>
              <w:rPr>
                <w:noProof/>
                <w:webHidden/>
              </w:rPr>
              <w:fldChar w:fldCharType="begin"/>
            </w:r>
            <w:r>
              <w:rPr>
                <w:noProof/>
                <w:webHidden/>
              </w:rPr>
              <w:instrText xml:space="preserve"> PAGEREF _Toc232111743 \h </w:instrText>
            </w:r>
            <w:r>
              <w:rPr>
                <w:noProof/>
                <w:webHidden/>
              </w:rPr>
            </w:r>
            <w:r>
              <w:rPr>
                <w:noProof/>
                <w:webHidden/>
              </w:rPr>
              <w:fldChar w:fldCharType="separate"/>
            </w:r>
            <w:r>
              <w:rPr>
                <w:noProof/>
                <w:webHidden/>
              </w:rPr>
              <w:t>28</w:t>
            </w:r>
            <w:r>
              <w:rPr>
                <w:noProof/>
                <w:webHidden/>
              </w:rPr>
              <w:fldChar w:fldCharType="end"/>
            </w:r>
          </w:hyperlink>
        </w:p>
        <w:p w14:paraId="6EA5C589" w14:textId="2768E527" w:rsidR="00474FA9" w:rsidRDefault="00474FA9">
          <w:pPr>
            <w:pStyle w:val="T3"/>
            <w:tabs>
              <w:tab w:val="right" w:leader="dot" w:pos="9508"/>
            </w:tabs>
            <w:rPr>
              <w:noProof/>
            </w:rPr>
          </w:pPr>
          <w:hyperlink w:anchor="_Toc232111744" w:history="1">
            <w:r w:rsidRPr="00A33AA6">
              <w:rPr>
                <w:rStyle w:val="Kpr"/>
                <w:noProof/>
              </w:rPr>
              <w:t>5.32. Madde 32’e İlişkin Bulgular</w:t>
            </w:r>
            <w:r>
              <w:rPr>
                <w:noProof/>
                <w:webHidden/>
              </w:rPr>
              <w:tab/>
            </w:r>
            <w:r>
              <w:rPr>
                <w:noProof/>
                <w:webHidden/>
              </w:rPr>
              <w:fldChar w:fldCharType="begin"/>
            </w:r>
            <w:r>
              <w:rPr>
                <w:noProof/>
                <w:webHidden/>
              </w:rPr>
              <w:instrText xml:space="preserve"> PAGEREF _Toc232111744 \h </w:instrText>
            </w:r>
            <w:r>
              <w:rPr>
                <w:noProof/>
                <w:webHidden/>
              </w:rPr>
            </w:r>
            <w:r>
              <w:rPr>
                <w:noProof/>
                <w:webHidden/>
              </w:rPr>
              <w:fldChar w:fldCharType="separate"/>
            </w:r>
            <w:r>
              <w:rPr>
                <w:noProof/>
                <w:webHidden/>
              </w:rPr>
              <w:t>28</w:t>
            </w:r>
            <w:r>
              <w:rPr>
                <w:noProof/>
                <w:webHidden/>
              </w:rPr>
              <w:fldChar w:fldCharType="end"/>
            </w:r>
          </w:hyperlink>
        </w:p>
        <w:p w14:paraId="689813CD" w14:textId="71499C95" w:rsidR="00474FA9" w:rsidRDefault="00474FA9">
          <w:pPr>
            <w:pStyle w:val="T3"/>
            <w:tabs>
              <w:tab w:val="right" w:leader="dot" w:pos="9508"/>
            </w:tabs>
            <w:rPr>
              <w:noProof/>
            </w:rPr>
          </w:pPr>
          <w:hyperlink w:anchor="_Toc232111745" w:history="1">
            <w:r w:rsidRPr="00A33AA6">
              <w:rPr>
                <w:rStyle w:val="Kpr"/>
                <w:noProof/>
              </w:rPr>
              <w:t>5.33. Madde 33’e İlişkin Bulgular</w:t>
            </w:r>
            <w:r>
              <w:rPr>
                <w:noProof/>
                <w:webHidden/>
              </w:rPr>
              <w:tab/>
            </w:r>
            <w:r>
              <w:rPr>
                <w:noProof/>
                <w:webHidden/>
              </w:rPr>
              <w:fldChar w:fldCharType="begin"/>
            </w:r>
            <w:r>
              <w:rPr>
                <w:noProof/>
                <w:webHidden/>
              </w:rPr>
              <w:instrText xml:space="preserve"> PAGEREF _Toc232111745 \h </w:instrText>
            </w:r>
            <w:r>
              <w:rPr>
                <w:noProof/>
                <w:webHidden/>
              </w:rPr>
            </w:r>
            <w:r>
              <w:rPr>
                <w:noProof/>
                <w:webHidden/>
              </w:rPr>
              <w:fldChar w:fldCharType="separate"/>
            </w:r>
            <w:r>
              <w:rPr>
                <w:noProof/>
                <w:webHidden/>
              </w:rPr>
              <w:t>28</w:t>
            </w:r>
            <w:r>
              <w:rPr>
                <w:noProof/>
                <w:webHidden/>
              </w:rPr>
              <w:fldChar w:fldCharType="end"/>
            </w:r>
          </w:hyperlink>
        </w:p>
        <w:p w14:paraId="2D3C8334" w14:textId="61B82D25" w:rsidR="00474FA9" w:rsidRDefault="00474FA9">
          <w:pPr>
            <w:pStyle w:val="T3"/>
            <w:tabs>
              <w:tab w:val="right" w:leader="dot" w:pos="9508"/>
            </w:tabs>
            <w:rPr>
              <w:noProof/>
            </w:rPr>
          </w:pPr>
          <w:hyperlink w:anchor="_Toc232111746" w:history="1">
            <w:r w:rsidRPr="00A33AA6">
              <w:rPr>
                <w:rStyle w:val="Kpr"/>
                <w:noProof/>
              </w:rPr>
              <w:t>5.34. Madde 34’e İlişkin Bulgular</w:t>
            </w:r>
            <w:r>
              <w:rPr>
                <w:noProof/>
                <w:webHidden/>
              </w:rPr>
              <w:tab/>
            </w:r>
            <w:r>
              <w:rPr>
                <w:noProof/>
                <w:webHidden/>
              </w:rPr>
              <w:fldChar w:fldCharType="begin"/>
            </w:r>
            <w:r>
              <w:rPr>
                <w:noProof/>
                <w:webHidden/>
              </w:rPr>
              <w:instrText xml:space="preserve"> PAGEREF _Toc232111746 \h </w:instrText>
            </w:r>
            <w:r>
              <w:rPr>
                <w:noProof/>
                <w:webHidden/>
              </w:rPr>
            </w:r>
            <w:r>
              <w:rPr>
                <w:noProof/>
                <w:webHidden/>
              </w:rPr>
              <w:fldChar w:fldCharType="separate"/>
            </w:r>
            <w:r>
              <w:rPr>
                <w:noProof/>
                <w:webHidden/>
              </w:rPr>
              <w:t>29</w:t>
            </w:r>
            <w:r>
              <w:rPr>
                <w:noProof/>
                <w:webHidden/>
              </w:rPr>
              <w:fldChar w:fldCharType="end"/>
            </w:r>
          </w:hyperlink>
        </w:p>
        <w:p w14:paraId="058232AB" w14:textId="74981F4C" w:rsidR="00474FA9" w:rsidRDefault="00474FA9">
          <w:pPr>
            <w:pStyle w:val="T3"/>
            <w:tabs>
              <w:tab w:val="right" w:leader="dot" w:pos="9508"/>
            </w:tabs>
            <w:rPr>
              <w:noProof/>
            </w:rPr>
          </w:pPr>
          <w:hyperlink w:anchor="_Toc232111747" w:history="1">
            <w:r w:rsidRPr="00A33AA6">
              <w:rPr>
                <w:rStyle w:val="Kpr"/>
                <w:noProof/>
              </w:rPr>
              <w:t>5.35. Madde 35’e İlişkin Bulgular</w:t>
            </w:r>
            <w:r>
              <w:rPr>
                <w:noProof/>
                <w:webHidden/>
              </w:rPr>
              <w:tab/>
            </w:r>
            <w:r>
              <w:rPr>
                <w:noProof/>
                <w:webHidden/>
              </w:rPr>
              <w:fldChar w:fldCharType="begin"/>
            </w:r>
            <w:r>
              <w:rPr>
                <w:noProof/>
                <w:webHidden/>
              </w:rPr>
              <w:instrText xml:space="preserve"> PAGEREF _Toc232111747 \h </w:instrText>
            </w:r>
            <w:r>
              <w:rPr>
                <w:noProof/>
                <w:webHidden/>
              </w:rPr>
            </w:r>
            <w:r>
              <w:rPr>
                <w:noProof/>
                <w:webHidden/>
              </w:rPr>
              <w:fldChar w:fldCharType="separate"/>
            </w:r>
            <w:r>
              <w:rPr>
                <w:noProof/>
                <w:webHidden/>
              </w:rPr>
              <w:t>30</w:t>
            </w:r>
            <w:r>
              <w:rPr>
                <w:noProof/>
                <w:webHidden/>
              </w:rPr>
              <w:fldChar w:fldCharType="end"/>
            </w:r>
          </w:hyperlink>
        </w:p>
        <w:p w14:paraId="6EDE7640" w14:textId="0913B918" w:rsidR="00474FA9" w:rsidRDefault="00474FA9">
          <w:pPr>
            <w:pStyle w:val="T3"/>
            <w:tabs>
              <w:tab w:val="right" w:leader="dot" w:pos="9508"/>
            </w:tabs>
            <w:rPr>
              <w:noProof/>
            </w:rPr>
          </w:pPr>
          <w:hyperlink w:anchor="_Toc232111748" w:history="1">
            <w:r w:rsidRPr="00A33AA6">
              <w:rPr>
                <w:rStyle w:val="Kpr"/>
                <w:noProof/>
              </w:rPr>
              <w:t>5.36. Madde 36’e İlişkin Bulgular</w:t>
            </w:r>
            <w:r>
              <w:rPr>
                <w:noProof/>
                <w:webHidden/>
              </w:rPr>
              <w:tab/>
            </w:r>
            <w:r>
              <w:rPr>
                <w:noProof/>
                <w:webHidden/>
              </w:rPr>
              <w:fldChar w:fldCharType="begin"/>
            </w:r>
            <w:r>
              <w:rPr>
                <w:noProof/>
                <w:webHidden/>
              </w:rPr>
              <w:instrText xml:space="preserve"> PAGEREF _Toc232111748 \h </w:instrText>
            </w:r>
            <w:r>
              <w:rPr>
                <w:noProof/>
                <w:webHidden/>
              </w:rPr>
            </w:r>
            <w:r>
              <w:rPr>
                <w:noProof/>
                <w:webHidden/>
              </w:rPr>
              <w:fldChar w:fldCharType="separate"/>
            </w:r>
            <w:r>
              <w:rPr>
                <w:noProof/>
                <w:webHidden/>
              </w:rPr>
              <w:t>31</w:t>
            </w:r>
            <w:r>
              <w:rPr>
                <w:noProof/>
                <w:webHidden/>
              </w:rPr>
              <w:fldChar w:fldCharType="end"/>
            </w:r>
          </w:hyperlink>
        </w:p>
        <w:p w14:paraId="676B74ED" w14:textId="137B7FC7" w:rsidR="00474FA9" w:rsidRDefault="00474FA9">
          <w:pPr>
            <w:pStyle w:val="T3"/>
            <w:tabs>
              <w:tab w:val="right" w:leader="dot" w:pos="9508"/>
            </w:tabs>
            <w:rPr>
              <w:noProof/>
            </w:rPr>
          </w:pPr>
          <w:hyperlink w:anchor="_Toc232111749" w:history="1">
            <w:r w:rsidRPr="00A33AA6">
              <w:rPr>
                <w:rStyle w:val="Kpr"/>
                <w:noProof/>
              </w:rPr>
              <w:t>5.37. Madde 37’e İlişkin Bulgular</w:t>
            </w:r>
            <w:r>
              <w:rPr>
                <w:noProof/>
                <w:webHidden/>
              </w:rPr>
              <w:tab/>
            </w:r>
            <w:r>
              <w:rPr>
                <w:noProof/>
                <w:webHidden/>
              </w:rPr>
              <w:fldChar w:fldCharType="begin"/>
            </w:r>
            <w:r>
              <w:rPr>
                <w:noProof/>
                <w:webHidden/>
              </w:rPr>
              <w:instrText xml:space="preserve"> PAGEREF _Toc232111749 \h </w:instrText>
            </w:r>
            <w:r>
              <w:rPr>
                <w:noProof/>
                <w:webHidden/>
              </w:rPr>
            </w:r>
            <w:r>
              <w:rPr>
                <w:noProof/>
                <w:webHidden/>
              </w:rPr>
              <w:fldChar w:fldCharType="separate"/>
            </w:r>
            <w:r>
              <w:rPr>
                <w:noProof/>
                <w:webHidden/>
              </w:rPr>
              <w:t>31</w:t>
            </w:r>
            <w:r>
              <w:rPr>
                <w:noProof/>
                <w:webHidden/>
              </w:rPr>
              <w:fldChar w:fldCharType="end"/>
            </w:r>
          </w:hyperlink>
        </w:p>
        <w:p w14:paraId="207195B8" w14:textId="03E0760F" w:rsidR="00474FA9" w:rsidRDefault="00474FA9">
          <w:pPr>
            <w:pStyle w:val="T3"/>
            <w:tabs>
              <w:tab w:val="right" w:leader="dot" w:pos="9508"/>
            </w:tabs>
            <w:rPr>
              <w:noProof/>
            </w:rPr>
          </w:pPr>
          <w:hyperlink w:anchor="_Toc232111750" w:history="1">
            <w:r w:rsidRPr="00A33AA6">
              <w:rPr>
                <w:rStyle w:val="Kpr"/>
                <w:noProof/>
              </w:rPr>
              <w:t>5.38. Madde 38’e İlişkin Bulgular</w:t>
            </w:r>
            <w:r>
              <w:rPr>
                <w:noProof/>
                <w:webHidden/>
              </w:rPr>
              <w:tab/>
            </w:r>
            <w:r>
              <w:rPr>
                <w:noProof/>
                <w:webHidden/>
              </w:rPr>
              <w:fldChar w:fldCharType="begin"/>
            </w:r>
            <w:r>
              <w:rPr>
                <w:noProof/>
                <w:webHidden/>
              </w:rPr>
              <w:instrText xml:space="preserve"> PAGEREF _Toc232111750 \h </w:instrText>
            </w:r>
            <w:r>
              <w:rPr>
                <w:noProof/>
                <w:webHidden/>
              </w:rPr>
            </w:r>
            <w:r>
              <w:rPr>
                <w:noProof/>
                <w:webHidden/>
              </w:rPr>
              <w:fldChar w:fldCharType="separate"/>
            </w:r>
            <w:r>
              <w:rPr>
                <w:noProof/>
                <w:webHidden/>
              </w:rPr>
              <w:t>32</w:t>
            </w:r>
            <w:r>
              <w:rPr>
                <w:noProof/>
                <w:webHidden/>
              </w:rPr>
              <w:fldChar w:fldCharType="end"/>
            </w:r>
          </w:hyperlink>
        </w:p>
        <w:p w14:paraId="408983B8" w14:textId="75F8ADD7" w:rsidR="00474FA9" w:rsidRDefault="00474FA9">
          <w:pPr>
            <w:pStyle w:val="T3"/>
            <w:tabs>
              <w:tab w:val="right" w:leader="dot" w:pos="9508"/>
            </w:tabs>
            <w:rPr>
              <w:noProof/>
            </w:rPr>
          </w:pPr>
          <w:hyperlink w:anchor="_Toc232111751" w:history="1">
            <w:r w:rsidRPr="00A33AA6">
              <w:rPr>
                <w:rStyle w:val="Kpr"/>
                <w:noProof/>
              </w:rPr>
              <w:t>5.39. Madde 39’e İlişkin Bulgular</w:t>
            </w:r>
            <w:r>
              <w:rPr>
                <w:noProof/>
                <w:webHidden/>
              </w:rPr>
              <w:tab/>
            </w:r>
            <w:r>
              <w:rPr>
                <w:noProof/>
                <w:webHidden/>
              </w:rPr>
              <w:fldChar w:fldCharType="begin"/>
            </w:r>
            <w:r>
              <w:rPr>
                <w:noProof/>
                <w:webHidden/>
              </w:rPr>
              <w:instrText xml:space="preserve"> PAGEREF _Toc232111751 \h </w:instrText>
            </w:r>
            <w:r>
              <w:rPr>
                <w:noProof/>
                <w:webHidden/>
              </w:rPr>
            </w:r>
            <w:r>
              <w:rPr>
                <w:noProof/>
                <w:webHidden/>
              </w:rPr>
              <w:fldChar w:fldCharType="separate"/>
            </w:r>
            <w:r>
              <w:rPr>
                <w:noProof/>
                <w:webHidden/>
              </w:rPr>
              <w:t>33</w:t>
            </w:r>
            <w:r>
              <w:rPr>
                <w:noProof/>
                <w:webHidden/>
              </w:rPr>
              <w:fldChar w:fldCharType="end"/>
            </w:r>
          </w:hyperlink>
        </w:p>
        <w:p w14:paraId="768EF572" w14:textId="7C786DE3" w:rsidR="00474FA9" w:rsidRDefault="00474FA9">
          <w:pPr>
            <w:pStyle w:val="T3"/>
            <w:tabs>
              <w:tab w:val="right" w:leader="dot" w:pos="9508"/>
            </w:tabs>
            <w:rPr>
              <w:noProof/>
            </w:rPr>
          </w:pPr>
          <w:hyperlink w:anchor="_Toc232111752" w:history="1">
            <w:r w:rsidRPr="00A33AA6">
              <w:rPr>
                <w:rStyle w:val="Kpr"/>
                <w:noProof/>
              </w:rPr>
              <w:t>5.40. Madde 40’e İlişkin Bulgular</w:t>
            </w:r>
            <w:r>
              <w:rPr>
                <w:noProof/>
                <w:webHidden/>
              </w:rPr>
              <w:tab/>
            </w:r>
            <w:r>
              <w:rPr>
                <w:noProof/>
                <w:webHidden/>
              </w:rPr>
              <w:fldChar w:fldCharType="begin"/>
            </w:r>
            <w:r>
              <w:rPr>
                <w:noProof/>
                <w:webHidden/>
              </w:rPr>
              <w:instrText xml:space="preserve"> PAGEREF _Toc232111752 \h </w:instrText>
            </w:r>
            <w:r>
              <w:rPr>
                <w:noProof/>
                <w:webHidden/>
              </w:rPr>
            </w:r>
            <w:r>
              <w:rPr>
                <w:noProof/>
                <w:webHidden/>
              </w:rPr>
              <w:fldChar w:fldCharType="separate"/>
            </w:r>
            <w:r>
              <w:rPr>
                <w:noProof/>
                <w:webHidden/>
              </w:rPr>
              <w:t>33</w:t>
            </w:r>
            <w:r>
              <w:rPr>
                <w:noProof/>
                <w:webHidden/>
              </w:rPr>
              <w:fldChar w:fldCharType="end"/>
            </w:r>
          </w:hyperlink>
        </w:p>
        <w:p w14:paraId="656AFAD1" w14:textId="6BED9A09" w:rsidR="00474FA9" w:rsidRDefault="00474FA9">
          <w:pPr>
            <w:pStyle w:val="T3"/>
            <w:tabs>
              <w:tab w:val="right" w:leader="dot" w:pos="9508"/>
            </w:tabs>
            <w:rPr>
              <w:noProof/>
            </w:rPr>
          </w:pPr>
          <w:hyperlink w:anchor="_Toc232111753" w:history="1">
            <w:r w:rsidRPr="00A33AA6">
              <w:rPr>
                <w:rStyle w:val="Kpr"/>
                <w:noProof/>
              </w:rPr>
              <w:t>5.41. Madde 41’e İlişkin Bulgular</w:t>
            </w:r>
            <w:r>
              <w:rPr>
                <w:noProof/>
                <w:webHidden/>
              </w:rPr>
              <w:tab/>
            </w:r>
            <w:r>
              <w:rPr>
                <w:noProof/>
                <w:webHidden/>
              </w:rPr>
              <w:fldChar w:fldCharType="begin"/>
            </w:r>
            <w:r>
              <w:rPr>
                <w:noProof/>
                <w:webHidden/>
              </w:rPr>
              <w:instrText xml:space="preserve"> PAGEREF _Toc232111753 \h </w:instrText>
            </w:r>
            <w:r>
              <w:rPr>
                <w:noProof/>
                <w:webHidden/>
              </w:rPr>
            </w:r>
            <w:r>
              <w:rPr>
                <w:noProof/>
                <w:webHidden/>
              </w:rPr>
              <w:fldChar w:fldCharType="separate"/>
            </w:r>
            <w:r>
              <w:rPr>
                <w:noProof/>
                <w:webHidden/>
              </w:rPr>
              <w:t>34</w:t>
            </w:r>
            <w:r>
              <w:rPr>
                <w:noProof/>
                <w:webHidden/>
              </w:rPr>
              <w:fldChar w:fldCharType="end"/>
            </w:r>
          </w:hyperlink>
        </w:p>
        <w:p w14:paraId="54250D0D" w14:textId="1C7DED4B" w:rsidR="00474FA9" w:rsidRDefault="00474FA9">
          <w:pPr>
            <w:pStyle w:val="T3"/>
            <w:tabs>
              <w:tab w:val="right" w:leader="dot" w:pos="9508"/>
            </w:tabs>
            <w:rPr>
              <w:noProof/>
            </w:rPr>
          </w:pPr>
          <w:hyperlink w:anchor="_Toc232111754" w:history="1">
            <w:r w:rsidRPr="00A33AA6">
              <w:rPr>
                <w:rStyle w:val="Kpr"/>
                <w:noProof/>
              </w:rPr>
              <w:t>5.42. Madde 42’e İlişkin Bulgular</w:t>
            </w:r>
            <w:r>
              <w:rPr>
                <w:noProof/>
                <w:webHidden/>
              </w:rPr>
              <w:tab/>
            </w:r>
            <w:r>
              <w:rPr>
                <w:noProof/>
                <w:webHidden/>
              </w:rPr>
              <w:fldChar w:fldCharType="begin"/>
            </w:r>
            <w:r>
              <w:rPr>
                <w:noProof/>
                <w:webHidden/>
              </w:rPr>
              <w:instrText xml:space="preserve"> PAGEREF _Toc232111754 \h </w:instrText>
            </w:r>
            <w:r>
              <w:rPr>
                <w:noProof/>
                <w:webHidden/>
              </w:rPr>
            </w:r>
            <w:r>
              <w:rPr>
                <w:noProof/>
                <w:webHidden/>
              </w:rPr>
              <w:fldChar w:fldCharType="separate"/>
            </w:r>
            <w:r>
              <w:rPr>
                <w:noProof/>
                <w:webHidden/>
              </w:rPr>
              <w:t>35</w:t>
            </w:r>
            <w:r>
              <w:rPr>
                <w:noProof/>
                <w:webHidden/>
              </w:rPr>
              <w:fldChar w:fldCharType="end"/>
            </w:r>
          </w:hyperlink>
        </w:p>
        <w:p w14:paraId="2C727F7E" w14:textId="2C77D72E" w:rsidR="00474FA9" w:rsidRDefault="00474FA9">
          <w:pPr>
            <w:pStyle w:val="T3"/>
            <w:tabs>
              <w:tab w:val="right" w:leader="dot" w:pos="9508"/>
            </w:tabs>
            <w:rPr>
              <w:noProof/>
            </w:rPr>
          </w:pPr>
          <w:hyperlink w:anchor="_Toc232111755" w:history="1">
            <w:r w:rsidRPr="00A33AA6">
              <w:rPr>
                <w:rStyle w:val="Kpr"/>
                <w:noProof/>
              </w:rPr>
              <w:t>5.43. Madde 43’e İlişkin Bulgular</w:t>
            </w:r>
            <w:r>
              <w:rPr>
                <w:noProof/>
                <w:webHidden/>
              </w:rPr>
              <w:tab/>
            </w:r>
            <w:r>
              <w:rPr>
                <w:noProof/>
                <w:webHidden/>
              </w:rPr>
              <w:fldChar w:fldCharType="begin"/>
            </w:r>
            <w:r>
              <w:rPr>
                <w:noProof/>
                <w:webHidden/>
              </w:rPr>
              <w:instrText xml:space="preserve"> PAGEREF _Toc232111755 \h </w:instrText>
            </w:r>
            <w:r>
              <w:rPr>
                <w:noProof/>
                <w:webHidden/>
              </w:rPr>
            </w:r>
            <w:r>
              <w:rPr>
                <w:noProof/>
                <w:webHidden/>
              </w:rPr>
              <w:fldChar w:fldCharType="separate"/>
            </w:r>
            <w:r>
              <w:rPr>
                <w:noProof/>
                <w:webHidden/>
              </w:rPr>
              <w:t>35</w:t>
            </w:r>
            <w:r>
              <w:rPr>
                <w:noProof/>
                <w:webHidden/>
              </w:rPr>
              <w:fldChar w:fldCharType="end"/>
            </w:r>
          </w:hyperlink>
        </w:p>
        <w:p w14:paraId="3F91E176" w14:textId="2949CAF2" w:rsidR="00474FA9" w:rsidRDefault="00474FA9">
          <w:pPr>
            <w:pStyle w:val="T2"/>
            <w:tabs>
              <w:tab w:val="right" w:leader="dot" w:pos="9508"/>
            </w:tabs>
            <w:rPr>
              <w:noProof/>
            </w:rPr>
          </w:pPr>
          <w:hyperlink w:anchor="_Toc232111756" w:history="1">
            <w:r w:rsidRPr="00A33AA6">
              <w:rPr>
                <w:rStyle w:val="Kpr"/>
                <w:noProof/>
              </w:rPr>
              <w:t>5.6. Araştırma, Proje, Ar-Ge ve Akademik Teşvik Süreçlerine İlişkin Bulgular</w:t>
            </w:r>
            <w:r>
              <w:rPr>
                <w:noProof/>
                <w:webHidden/>
              </w:rPr>
              <w:tab/>
            </w:r>
            <w:r>
              <w:rPr>
                <w:noProof/>
                <w:webHidden/>
              </w:rPr>
              <w:fldChar w:fldCharType="begin"/>
            </w:r>
            <w:r>
              <w:rPr>
                <w:noProof/>
                <w:webHidden/>
              </w:rPr>
              <w:instrText xml:space="preserve"> PAGEREF _Toc232111756 \h </w:instrText>
            </w:r>
            <w:r>
              <w:rPr>
                <w:noProof/>
                <w:webHidden/>
              </w:rPr>
            </w:r>
            <w:r>
              <w:rPr>
                <w:noProof/>
                <w:webHidden/>
              </w:rPr>
              <w:fldChar w:fldCharType="separate"/>
            </w:r>
            <w:r>
              <w:rPr>
                <w:noProof/>
                <w:webHidden/>
              </w:rPr>
              <w:t>36</w:t>
            </w:r>
            <w:r>
              <w:rPr>
                <w:noProof/>
                <w:webHidden/>
              </w:rPr>
              <w:fldChar w:fldCharType="end"/>
            </w:r>
          </w:hyperlink>
        </w:p>
        <w:p w14:paraId="5A8339CB" w14:textId="5C33BC67" w:rsidR="00474FA9" w:rsidRDefault="00474FA9">
          <w:pPr>
            <w:pStyle w:val="T3"/>
            <w:tabs>
              <w:tab w:val="right" w:leader="dot" w:pos="9508"/>
            </w:tabs>
            <w:rPr>
              <w:noProof/>
            </w:rPr>
          </w:pPr>
          <w:hyperlink w:anchor="_Toc232111757" w:history="1">
            <w:r w:rsidRPr="00A33AA6">
              <w:rPr>
                <w:rStyle w:val="Kpr"/>
                <w:noProof/>
              </w:rPr>
              <w:t>5.44. Madde 44’e İlişkin Bulgular</w:t>
            </w:r>
            <w:r>
              <w:rPr>
                <w:noProof/>
                <w:webHidden/>
              </w:rPr>
              <w:tab/>
            </w:r>
            <w:r>
              <w:rPr>
                <w:noProof/>
                <w:webHidden/>
              </w:rPr>
              <w:fldChar w:fldCharType="begin"/>
            </w:r>
            <w:r>
              <w:rPr>
                <w:noProof/>
                <w:webHidden/>
              </w:rPr>
              <w:instrText xml:space="preserve"> PAGEREF _Toc232111757 \h </w:instrText>
            </w:r>
            <w:r>
              <w:rPr>
                <w:noProof/>
                <w:webHidden/>
              </w:rPr>
            </w:r>
            <w:r>
              <w:rPr>
                <w:noProof/>
                <w:webHidden/>
              </w:rPr>
              <w:fldChar w:fldCharType="separate"/>
            </w:r>
            <w:r>
              <w:rPr>
                <w:noProof/>
                <w:webHidden/>
              </w:rPr>
              <w:t>36</w:t>
            </w:r>
            <w:r>
              <w:rPr>
                <w:noProof/>
                <w:webHidden/>
              </w:rPr>
              <w:fldChar w:fldCharType="end"/>
            </w:r>
          </w:hyperlink>
        </w:p>
        <w:p w14:paraId="774CF6FC" w14:textId="048C14E6" w:rsidR="00474FA9" w:rsidRDefault="00474FA9">
          <w:pPr>
            <w:pStyle w:val="T3"/>
            <w:tabs>
              <w:tab w:val="right" w:leader="dot" w:pos="9508"/>
            </w:tabs>
            <w:rPr>
              <w:noProof/>
            </w:rPr>
          </w:pPr>
          <w:hyperlink w:anchor="_Toc232111758" w:history="1">
            <w:r w:rsidRPr="00A33AA6">
              <w:rPr>
                <w:rStyle w:val="Kpr"/>
                <w:noProof/>
              </w:rPr>
              <w:t>5.45. Madde 45’e İlişkin Bulgular</w:t>
            </w:r>
            <w:r>
              <w:rPr>
                <w:noProof/>
                <w:webHidden/>
              </w:rPr>
              <w:tab/>
            </w:r>
            <w:r>
              <w:rPr>
                <w:noProof/>
                <w:webHidden/>
              </w:rPr>
              <w:fldChar w:fldCharType="begin"/>
            </w:r>
            <w:r>
              <w:rPr>
                <w:noProof/>
                <w:webHidden/>
              </w:rPr>
              <w:instrText xml:space="preserve"> PAGEREF _Toc232111758 \h </w:instrText>
            </w:r>
            <w:r>
              <w:rPr>
                <w:noProof/>
                <w:webHidden/>
              </w:rPr>
            </w:r>
            <w:r>
              <w:rPr>
                <w:noProof/>
                <w:webHidden/>
              </w:rPr>
              <w:fldChar w:fldCharType="separate"/>
            </w:r>
            <w:r>
              <w:rPr>
                <w:noProof/>
                <w:webHidden/>
              </w:rPr>
              <w:t>37</w:t>
            </w:r>
            <w:r>
              <w:rPr>
                <w:noProof/>
                <w:webHidden/>
              </w:rPr>
              <w:fldChar w:fldCharType="end"/>
            </w:r>
          </w:hyperlink>
        </w:p>
        <w:p w14:paraId="5EAC245F" w14:textId="640A7ACF" w:rsidR="00474FA9" w:rsidRDefault="00474FA9">
          <w:pPr>
            <w:pStyle w:val="T3"/>
            <w:tabs>
              <w:tab w:val="right" w:leader="dot" w:pos="9508"/>
            </w:tabs>
            <w:rPr>
              <w:noProof/>
            </w:rPr>
          </w:pPr>
          <w:hyperlink w:anchor="_Toc232111759" w:history="1">
            <w:r w:rsidRPr="00A33AA6">
              <w:rPr>
                <w:rStyle w:val="Kpr"/>
                <w:noProof/>
              </w:rPr>
              <w:t>5.46. Madde 46’e İlişkin Bulgular</w:t>
            </w:r>
            <w:r>
              <w:rPr>
                <w:noProof/>
                <w:webHidden/>
              </w:rPr>
              <w:tab/>
            </w:r>
            <w:r>
              <w:rPr>
                <w:noProof/>
                <w:webHidden/>
              </w:rPr>
              <w:fldChar w:fldCharType="begin"/>
            </w:r>
            <w:r>
              <w:rPr>
                <w:noProof/>
                <w:webHidden/>
              </w:rPr>
              <w:instrText xml:space="preserve"> PAGEREF _Toc232111759 \h </w:instrText>
            </w:r>
            <w:r>
              <w:rPr>
                <w:noProof/>
                <w:webHidden/>
              </w:rPr>
            </w:r>
            <w:r>
              <w:rPr>
                <w:noProof/>
                <w:webHidden/>
              </w:rPr>
              <w:fldChar w:fldCharType="separate"/>
            </w:r>
            <w:r>
              <w:rPr>
                <w:noProof/>
                <w:webHidden/>
              </w:rPr>
              <w:t>38</w:t>
            </w:r>
            <w:r>
              <w:rPr>
                <w:noProof/>
                <w:webHidden/>
              </w:rPr>
              <w:fldChar w:fldCharType="end"/>
            </w:r>
          </w:hyperlink>
        </w:p>
        <w:p w14:paraId="0CFC300C" w14:textId="4F43D1B0" w:rsidR="00474FA9" w:rsidRDefault="00474FA9">
          <w:pPr>
            <w:pStyle w:val="T3"/>
            <w:tabs>
              <w:tab w:val="right" w:leader="dot" w:pos="9508"/>
            </w:tabs>
            <w:rPr>
              <w:noProof/>
            </w:rPr>
          </w:pPr>
          <w:hyperlink w:anchor="_Toc232111760" w:history="1">
            <w:r w:rsidRPr="00A33AA6">
              <w:rPr>
                <w:rStyle w:val="Kpr"/>
                <w:noProof/>
              </w:rPr>
              <w:t>5.47. Madde 47’e İlişkin Bulgular</w:t>
            </w:r>
            <w:r>
              <w:rPr>
                <w:noProof/>
                <w:webHidden/>
              </w:rPr>
              <w:tab/>
            </w:r>
            <w:r>
              <w:rPr>
                <w:noProof/>
                <w:webHidden/>
              </w:rPr>
              <w:fldChar w:fldCharType="begin"/>
            </w:r>
            <w:r>
              <w:rPr>
                <w:noProof/>
                <w:webHidden/>
              </w:rPr>
              <w:instrText xml:space="preserve"> PAGEREF _Toc232111760 \h </w:instrText>
            </w:r>
            <w:r>
              <w:rPr>
                <w:noProof/>
                <w:webHidden/>
              </w:rPr>
            </w:r>
            <w:r>
              <w:rPr>
                <w:noProof/>
                <w:webHidden/>
              </w:rPr>
              <w:fldChar w:fldCharType="separate"/>
            </w:r>
            <w:r>
              <w:rPr>
                <w:noProof/>
                <w:webHidden/>
              </w:rPr>
              <w:t>38</w:t>
            </w:r>
            <w:r>
              <w:rPr>
                <w:noProof/>
                <w:webHidden/>
              </w:rPr>
              <w:fldChar w:fldCharType="end"/>
            </w:r>
          </w:hyperlink>
        </w:p>
        <w:p w14:paraId="41CC068A" w14:textId="07022238" w:rsidR="00474FA9" w:rsidRDefault="00474FA9">
          <w:pPr>
            <w:pStyle w:val="T3"/>
            <w:tabs>
              <w:tab w:val="right" w:leader="dot" w:pos="9508"/>
            </w:tabs>
            <w:rPr>
              <w:noProof/>
            </w:rPr>
          </w:pPr>
          <w:hyperlink w:anchor="_Toc232111761" w:history="1">
            <w:r w:rsidRPr="00A33AA6">
              <w:rPr>
                <w:rStyle w:val="Kpr"/>
                <w:noProof/>
              </w:rPr>
              <w:t>5.48. Madde 48’e İlişkin Bulgular</w:t>
            </w:r>
            <w:r>
              <w:rPr>
                <w:noProof/>
                <w:webHidden/>
              </w:rPr>
              <w:tab/>
            </w:r>
            <w:r>
              <w:rPr>
                <w:noProof/>
                <w:webHidden/>
              </w:rPr>
              <w:fldChar w:fldCharType="begin"/>
            </w:r>
            <w:r>
              <w:rPr>
                <w:noProof/>
                <w:webHidden/>
              </w:rPr>
              <w:instrText xml:space="preserve"> PAGEREF _Toc232111761 \h </w:instrText>
            </w:r>
            <w:r>
              <w:rPr>
                <w:noProof/>
                <w:webHidden/>
              </w:rPr>
            </w:r>
            <w:r>
              <w:rPr>
                <w:noProof/>
                <w:webHidden/>
              </w:rPr>
              <w:fldChar w:fldCharType="separate"/>
            </w:r>
            <w:r>
              <w:rPr>
                <w:noProof/>
                <w:webHidden/>
              </w:rPr>
              <w:t>39</w:t>
            </w:r>
            <w:r>
              <w:rPr>
                <w:noProof/>
                <w:webHidden/>
              </w:rPr>
              <w:fldChar w:fldCharType="end"/>
            </w:r>
          </w:hyperlink>
        </w:p>
        <w:p w14:paraId="4B23AF3A" w14:textId="03A1E700" w:rsidR="00474FA9" w:rsidRDefault="00474FA9">
          <w:pPr>
            <w:pStyle w:val="T3"/>
            <w:tabs>
              <w:tab w:val="right" w:leader="dot" w:pos="9508"/>
            </w:tabs>
            <w:rPr>
              <w:noProof/>
            </w:rPr>
          </w:pPr>
          <w:hyperlink w:anchor="_Toc232111762" w:history="1">
            <w:r w:rsidRPr="00A33AA6">
              <w:rPr>
                <w:rStyle w:val="Kpr"/>
                <w:noProof/>
              </w:rPr>
              <w:t>5.49. Madde 49’e İlişkin Bulgular</w:t>
            </w:r>
            <w:r>
              <w:rPr>
                <w:noProof/>
                <w:webHidden/>
              </w:rPr>
              <w:tab/>
            </w:r>
            <w:r>
              <w:rPr>
                <w:noProof/>
                <w:webHidden/>
              </w:rPr>
              <w:fldChar w:fldCharType="begin"/>
            </w:r>
            <w:r>
              <w:rPr>
                <w:noProof/>
                <w:webHidden/>
              </w:rPr>
              <w:instrText xml:space="preserve"> PAGEREF _Toc232111762 \h </w:instrText>
            </w:r>
            <w:r>
              <w:rPr>
                <w:noProof/>
                <w:webHidden/>
              </w:rPr>
            </w:r>
            <w:r>
              <w:rPr>
                <w:noProof/>
                <w:webHidden/>
              </w:rPr>
              <w:fldChar w:fldCharType="separate"/>
            </w:r>
            <w:r>
              <w:rPr>
                <w:noProof/>
                <w:webHidden/>
              </w:rPr>
              <w:t>40</w:t>
            </w:r>
            <w:r>
              <w:rPr>
                <w:noProof/>
                <w:webHidden/>
              </w:rPr>
              <w:fldChar w:fldCharType="end"/>
            </w:r>
          </w:hyperlink>
        </w:p>
        <w:p w14:paraId="33062EC5" w14:textId="0DC36B4E" w:rsidR="00474FA9" w:rsidRDefault="00474FA9">
          <w:pPr>
            <w:pStyle w:val="T3"/>
            <w:tabs>
              <w:tab w:val="right" w:leader="dot" w:pos="9508"/>
            </w:tabs>
            <w:rPr>
              <w:noProof/>
            </w:rPr>
          </w:pPr>
          <w:hyperlink w:anchor="_Toc232111763" w:history="1">
            <w:r w:rsidRPr="00A33AA6">
              <w:rPr>
                <w:rStyle w:val="Kpr"/>
                <w:noProof/>
              </w:rPr>
              <w:t>5.50. Madde 50’e İlişkin Bulgular</w:t>
            </w:r>
            <w:r>
              <w:rPr>
                <w:noProof/>
                <w:webHidden/>
              </w:rPr>
              <w:tab/>
            </w:r>
            <w:r>
              <w:rPr>
                <w:noProof/>
                <w:webHidden/>
              </w:rPr>
              <w:fldChar w:fldCharType="begin"/>
            </w:r>
            <w:r>
              <w:rPr>
                <w:noProof/>
                <w:webHidden/>
              </w:rPr>
              <w:instrText xml:space="preserve"> PAGEREF _Toc232111763 \h </w:instrText>
            </w:r>
            <w:r>
              <w:rPr>
                <w:noProof/>
                <w:webHidden/>
              </w:rPr>
            </w:r>
            <w:r>
              <w:rPr>
                <w:noProof/>
                <w:webHidden/>
              </w:rPr>
              <w:fldChar w:fldCharType="separate"/>
            </w:r>
            <w:r>
              <w:rPr>
                <w:noProof/>
                <w:webHidden/>
              </w:rPr>
              <w:t>41</w:t>
            </w:r>
            <w:r>
              <w:rPr>
                <w:noProof/>
                <w:webHidden/>
              </w:rPr>
              <w:fldChar w:fldCharType="end"/>
            </w:r>
          </w:hyperlink>
        </w:p>
        <w:p w14:paraId="0F3D0839" w14:textId="7A08842A" w:rsidR="00474FA9" w:rsidRDefault="00474FA9">
          <w:pPr>
            <w:pStyle w:val="T3"/>
            <w:tabs>
              <w:tab w:val="right" w:leader="dot" w:pos="9508"/>
            </w:tabs>
            <w:rPr>
              <w:noProof/>
            </w:rPr>
          </w:pPr>
          <w:hyperlink w:anchor="_Toc232111764" w:history="1">
            <w:r w:rsidRPr="00A33AA6">
              <w:rPr>
                <w:rStyle w:val="Kpr"/>
                <w:noProof/>
              </w:rPr>
              <w:t>5.51. Madde 51’e İlişkin Bulgular</w:t>
            </w:r>
            <w:r>
              <w:rPr>
                <w:noProof/>
                <w:webHidden/>
              </w:rPr>
              <w:tab/>
            </w:r>
            <w:r>
              <w:rPr>
                <w:noProof/>
                <w:webHidden/>
              </w:rPr>
              <w:fldChar w:fldCharType="begin"/>
            </w:r>
            <w:r>
              <w:rPr>
                <w:noProof/>
                <w:webHidden/>
              </w:rPr>
              <w:instrText xml:space="preserve"> PAGEREF _Toc232111764 \h </w:instrText>
            </w:r>
            <w:r>
              <w:rPr>
                <w:noProof/>
                <w:webHidden/>
              </w:rPr>
            </w:r>
            <w:r>
              <w:rPr>
                <w:noProof/>
                <w:webHidden/>
              </w:rPr>
              <w:fldChar w:fldCharType="separate"/>
            </w:r>
            <w:r>
              <w:rPr>
                <w:noProof/>
                <w:webHidden/>
              </w:rPr>
              <w:t>41</w:t>
            </w:r>
            <w:r>
              <w:rPr>
                <w:noProof/>
                <w:webHidden/>
              </w:rPr>
              <w:fldChar w:fldCharType="end"/>
            </w:r>
          </w:hyperlink>
        </w:p>
        <w:p w14:paraId="33711F37" w14:textId="62D9B576" w:rsidR="00474FA9" w:rsidRDefault="00474FA9">
          <w:pPr>
            <w:pStyle w:val="T3"/>
            <w:tabs>
              <w:tab w:val="right" w:leader="dot" w:pos="9508"/>
            </w:tabs>
            <w:rPr>
              <w:noProof/>
            </w:rPr>
          </w:pPr>
          <w:hyperlink w:anchor="_Toc232111765" w:history="1">
            <w:r w:rsidRPr="00A33AA6">
              <w:rPr>
                <w:rStyle w:val="Kpr"/>
                <w:noProof/>
              </w:rPr>
              <w:t>5.52. Madde 52’e İlişkin Bulgular</w:t>
            </w:r>
            <w:r>
              <w:rPr>
                <w:noProof/>
                <w:webHidden/>
              </w:rPr>
              <w:tab/>
            </w:r>
            <w:r>
              <w:rPr>
                <w:noProof/>
                <w:webHidden/>
              </w:rPr>
              <w:fldChar w:fldCharType="begin"/>
            </w:r>
            <w:r>
              <w:rPr>
                <w:noProof/>
                <w:webHidden/>
              </w:rPr>
              <w:instrText xml:space="preserve"> PAGEREF _Toc232111765 \h </w:instrText>
            </w:r>
            <w:r>
              <w:rPr>
                <w:noProof/>
                <w:webHidden/>
              </w:rPr>
            </w:r>
            <w:r>
              <w:rPr>
                <w:noProof/>
                <w:webHidden/>
              </w:rPr>
              <w:fldChar w:fldCharType="separate"/>
            </w:r>
            <w:r>
              <w:rPr>
                <w:noProof/>
                <w:webHidden/>
              </w:rPr>
              <w:t>42</w:t>
            </w:r>
            <w:r>
              <w:rPr>
                <w:noProof/>
                <w:webHidden/>
              </w:rPr>
              <w:fldChar w:fldCharType="end"/>
            </w:r>
          </w:hyperlink>
        </w:p>
        <w:p w14:paraId="15C756C7" w14:textId="5FF6D6D0" w:rsidR="00474FA9" w:rsidRDefault="00474FA9">
          <w:pPr>
            <w:pStyle w:val="T3"/>
            <w:tabs>
              <w:tab w:val="right" w:leader="dot" w:pos="9508"/>
            </w:tabs>
            <w:rPr>
              <w:noProof/>
            </w:rPr>
          </w:pPr>
          <w:hyperlink w:anchor="_Toc232111766" w:history="1">
            <w:r w:rsidRPr="00A33AA6">
              <w:rPr>
                <w:rStyle w:val="Kpr"/>
                <w:noProof/>
              </w:rPr>
              <w:t>5.53. Madde 53’e İlişkin Bulgular</w:t>
            </w:r>
            <w:r>
              <w:rPr>
                <w:noProof/>
                <w:webHidden/>
              </w:rPr>
              <w:tab/>
            </w:r>
            <w:r>
              <w:rPr>
                <w:noProof/>
                <w:webHidden/>
              </w:rPr>
              <w:fldChar w:fldCharType="begin"/>
            </w:r>
            <w:r>
              <w:rPr>
                <w:noProof/>
                <w:webHidden/>
              </w:rPr>
              <w:instrText xml:space="preserve"> PAGEREF _Toc232111766 \h </w:instrText>
            </w:r>
            <w:r>
              <w:rPr>
                <w:noProof/>
                <w:webHidden/>
              </w:rPr>
            </w:r>
            <w:r>
              <w:rPr>
                <w:noProof/>
                <w:webHidden/>
              </w:rPr>
              <w:fldChar w:fldCharType="separate"/>
            </w:r>
            <w:r>
              <w:rPr>
                <w:noProof/>
                <w:webHidden/>
              </w:rPr>
              <w:t>43</w:t>
            </w:r>
            <w:r>
              <w:rPr>
                <w:noProof/>
                <w:webHidden/>
              </w:rPr>
              <w:fldChar w:fldCharType="end"/>
            </w:r>
          </w:hyperlink>
        </w:p>
        <w:p w14:paraId="1B58C2F2" w14:textId="436D2387" w:rsidR="00474FA9" w:rsidRDefault="00474FA9">
          <w:pPr>
            <w:pStyle w:val="T3"/>
            <w:tabs>
              <w:tab w:val="right" w:leader="dot" w:pos="9508"/>
            </w:tabs>
            <w:rPr>
              <w:noProof/>
            </w:rPr>
          </w:pPr>
          <w:hyperlink w:anchor="_Toc232111767" w:history="1">
            <w:r w:rsidRPr="00A33AA6">
              <w:rPr>
                <w:rStyle w:val="Kpr"/>
                <w:noProof/>
              </w:rPr>
              <w:t>5.54. Madde 54’e İlişkin Bulgular</w:t>
            </w:r>
            <w:r>
              <w:rPr>
                <w:noProof/>
                <w:webHidden/>
              </w:rPr>
              <w:tab/>
            </w:r>
            <w:r>
              <w:rPr>
                <w:noProof/>
                <w:webHidden/>
              </w:rPr>
              <w:fldChar w:fldCharType="begin"/>
            </w:r>
            <w:r>
              <w:rPr>
                <w:noProof/>
                <w:webHidden/>
              </w:rPr>
              <w:instrText xml:space="preserve"> PAGEREF _Toc232111767 \h </w:instrText>
            </w:r>
            <w:r>
              <w:rPr>
                <w:noProof/>
                <w:webHidden/>
              </w:rPr>
            </w:r>
            <w:r>
              <w:rPr>
                <w:noProof/>
                <w:webHidden/>
              </w:rPr>
              <w:fldChar w:fldCharType="separate"/>
            </w:r>
            <w:r>
              <w:rPr>
                <w:noProof/>
                <w:webHidden/>
              </w:rPr>
              <w:t>43</w:t>
            </w:r>
            <w:r>
              <w:rPr>
                <w:noProof/>
                <w:webHidden/>
              </w:rPr>
              <w:fldChar w:fldCharType="end"/>
            </w:r>
          </w:hyperlink>
        </w:p>
        <w:p w14:paraId="373B8FA9" w14:textId="7F2B54D9" w:rsidR="00474FA9" w:rsidRDefault="00474FA9">
          <w:pPr>
            <w:pStyle w:val="T3"/>
            <w:tabs>
              <w:tab w:val="right" w:leader="dot" w:pos="9508"/>
            </w:tabs>
            <w:rPr>
              <w:noProof/>
            </w:rPr>
          </w:pPr>
          <w:hyperlink w:anchor="_Toc232111768" w:history="1">
            <w:r w:rsidRPr="00A33AA6">
              <w:rPr>
                <w:rStyle w:val="Kpr"/>
                <w:noProof/>
              </w:rPr>
              <w:t>5.55. Madde 55’e İlişkin Bulgular</w:t>
            </w:r>
            <w:r>
              <w:rPr>
                <w:noProof/>
                <w:webHidden/>
              </w:rPr>
              <w:tab/>
            </w:r>
            <w:r>
              <w:rPr>
                <w:noProof/>
                <w:webHidden/>
              </w:rPr>
              <w:fldChar w:fldCharType="begin"/>
            </w:r>
            <w:r>
              <w:rPr>
                <w:noProof/>
                <w:webHidden/>
              </w:rPr>
              <w:instrText xml:space="preserve"> PAGEREF _Toc232111768 \h </w:instrText>
            </w:r>
            <w:r>
              <w:rPr>
                <w:noProof/>
                <w:webHidden/>
              </w:rPr>
            </w:r>
            <w:r>
              <w:rPr>
                <w:noProof/>
                <w:webHidden/>
              </w:rPr>
              <w:fldChar w:fldCharType="separate"/>
            </w:r>
            <w:r>
              <w:rPr>
                <w:noProof/>
                <w:webHidden/>
              </w:rPr>
              <w:t>44</w:t>
            </w:r>
            <w:r>
              <w:rPr>
                <w:noProof/>
                <w:webHidden/>
              </w:rPr>
              <w:fldChar w:fldCharType="end"/>
            </w:r>
          </w:hyperlink>
        </w:p>
        <w:p w14:paraId="030326C2" w14:textId="3E950DA2" w:rsidR="00474FA9" w:rsidRDefault="00474FA9">
          <w:pPr>
            <w:pStyle w:val="T2"/>
            <w:tabs>
              <w:tab w:val="right" w:leader="dot" w:pos="9508"/>
            </w:tabs>
            <w:rPr>
              <w:noProof/>
            </w:rPr>
          </w:pPr>
          <w:hyperlink w:anchor="_Toc232111769" w:history="1">
            <w:r w:rsidRPr="00A33AA6">
              <w:rPr>
                <w:rStyle w:val="Kpr"/>
                <w:noProof/>
              </w:rPr>
              <w:t>5.7. Açık Uçlu Görüş ve Önerilere İlişkin Bulgular</w:t>
            </w:r>
            <w:r>
              <w:rPr>
                <w:noProof/>
                <w:webHidden/>
              </w:rPr>
              <w:tab/>
            </w:r>
            <w:r>
              <w:rPr>
                <w:noProof/>
                <w:webHidden/>
              </w:rPr>
              <w:fldChar w:fldCharType="begin"/>
            </w:r>
            <w:r>
              <w:rPr>
                <w:noProof/>
                <w:webHidden/>
              </w:rPr>
              <w:instrText xml:space="preserve"> PAGEREF _Toc232111769 \h </w:instrText>
            </w:r>
            <w:r>
              <w:rPr>
                <w:noProof/>
                <w:webHidden/>
              </w:rPr>
            </w:r>
            <w:r>
              <w:rPr>
                <w:noProof/>
                <w:webHidden/>
              </w:rPr>
              <w:fldChar w:fldCharType="separate"/>
            </w:r>
            <w:r>
              <w:rPr>
                <w:noProof/>
                <w:webHidden/>
              </w:rPr>
              <w:t>45</w:t>
            </w:r>
            <w:r>
              <w:rPr>
                <w:noProof/>
                <w:webHidden/>
              </w:rPr>
              <w:fldChar w:fldCharType="end"/>
            </w:r>
          </w:hyperlink>
        </w:p>
        <w:p w14:paraId="2AF28438" w14:textId="5CCD3869" w:rsidR="00474FA9" w:rsidRDefault="00474FA9">
          <w:pPr>
            <w:pStyle w:val="T1"/>
            <w:tabs>
              <w:tab w:val="right" w:leader="dot" w:pos="9508"/>
            </w:tabs>
            <w:rPr>
              <w:noProof/>
            </w:rPr>
          </w:pPr>
          <w:hyperlink w:anchor="_Toc232111770" w:history="1">
            <w:r w:rsidRPr="00A33AA6">
              <w:rPr>
                <w:rStyle w:val="Kpr"/>
                <w:noProof/>
              </w:rPr>
              <w:t>6. Dikkat Kontrol Maddesine İlişkin Veri Kalitesi Değerlendirmesi</w:t>
            </w:r>
            <w:r>
              <w:rPr>
                <w:noProof/>
                <w:webHidden/>
              </w:rPr>
              <w:tab/>
            </w:r>
            <w:r>
              <w:rPr>
                <w:noProof/>
                <w:webHidden/>
              </w:rPr>
              <w:fldChar w:fldCharType="begin"/>
            </w:r>
            <w:r>
              <w:rPr>
                <w:noProof/>
                <w:webHidden/>
              </w:rPr>
              <w:instrText xml:space="preserve"> PAGEREF _Toc232111770 \h </w:instrText>
            </w:r>
            <w:r>
              <w:rPr>
                <w:noProof/>
                <w:webHidden/>
              </w:rPr>
            </w:r>
            <w:r>
              <w:rPr>
                <w:noProof/>
                <w:webHidden/>
              </w:rPr>
              <w:fldChar w:fldCharType="separate"/>
            </w:r>
            <w:r>
              <w:rPr>
                <w:noProof/>
                <w:webHidden/>
              </w:rPr>
              <w:t>45</w:t>
            </w:r>
            <w:r>
              <w:rPr>
                <w:noProof/>
                <w:webHidden/>
              </w:rPr>
              <w:fldChar w:fldCharType="end"/>
            </w:r>
          </w:hyperlink>
        </w:p>
        <w:p w14:paraId="34C72479" w14:textId="59A7742B" w:rsidR="00474FA9" w:rsidRDefault="00474FA9">
          <w:pPr>
            <w:pStyle w:val="T1"/>
            <w:tabs>
              <w:tab w:val="right" w:leader="dot" w:pos="9508"/>
            </w:tabs>
            <w:rPr>
              <w:noProof/>
            </w:rPr>
          </w:pPr>
          <w:hyperlink w:anchor="_Toc232111771" w:history="1">
            <w:r w:rsidRPr="00A33AA6">
              <w:rPr>
                <w:rStyle w:val="Kpr"/>
                <w:noProof/>
              </w:rPr>
              <w:t>7. Genel Değerlendirme</w:t>
            </w:r>
            <w:r>
              <w:rPr>
                <w:noProof/>
                <w:webHidden/>
              </w:rPr>
              <w:tab/>
            </w:r>
            <w:r>
              <w:rPr>
                <w:noProof/>
                <w:webHidden/>
              </w:rPr>
              <w:fldChar w:fldCharType="begin"/>
            </w:r>
            <w:r>
              <w:rPr>
                <w:noProof/>
                <w:webHidden/>
              </w:rPr>
              <w:instrText xml:space="preserve"> PAGEREF _Toc232111771 \h </w:instrText>
            </w:r>
            <w:r>
              <w:rPr>
                <w:noProof/>
                <w:webHidden/>
              </w:rPr>
            </w:r>
            <w:r>
              <w:rPr>
                <w:noProof/>
                <w:webHidden/>
              </w:rPr>
              <w:fldChar w:fldCharType="separate"/>
            </w:r>
            <w:r>
              <w:rPr>
                <w:noProof/>
                <w:webHidden/>
              </w:rPr>
              <w:t>45</w:t>
            </w:r>
            <w:r>
              <w:rPr>
                <w:noProof/>
                <w:webHidden/>
              </w:rPr>
              <w:fldChar w:fldCharType="end"/>
            </w:r>
          </w:hyperlink>
        </w:p>
        <w:p w14:paraId="56CF156A" w14:textId="5EF95831" w:rsidR="00474FA9" w:rsidRDefault="00474FA9">
          <w:pPr>
            <w:pStyle w:val="T1"/>
            <w:tabs>
              <w:tab w:val="right" w:leader="dot" w:pos="9508"/>
            </w:tabs>
            <w:rPr>
              <w:noProof/>
            </w:rPr>
          </w:pPr>
          <w:hyperlink w:anchor="_Toc232111772" w:history="1">
            <w:r w:rsidRPr="00A33AA6">
              <w:rPr>
                <w:rStyle w:val="Kpr"/>
                <w:noProof/>
              </w:rPr>
              <w:t>8. Ekler</w:t>
            </w:r>
            <w:r>
              <w:rPr>
                <w:noProof/>
                <w:webHidden/>
              </w:rPr>
              <w:tab/>
            </w:r>
            <w:r>
              <w:rPr>
                <w:noProof/>
                <w:webHidden/>
              </w:rPr>
              <w:fldChar w:fldCharType="begin"/>
            </w:r>
            <w:r>
              <w:rPr>
                <w:noProof/>
                <w:webHidden/>
              </w:rPr>
              <w:instrText xml:space="preserve"> PAGEREF _Toc232111772 \h </w:instrText>
            </w:r>
            <w:r>
              <w:rPr>
                <w:noProof/>
                <w:webHidden/>
              </w:rPr>
            </w:r>
            <w:r>
              <w:rPr>
                <w:noProof/>
                <w:webHidden/>
              </w:rPr>
              <w:fldChar w:fldCharType="separate"/>
            </w:r>
            <w:r>
              <w:rPr>
                <w:noProof/>
                <w:webHidden/>
              </w:rPr>
              <w:t>46</w:t>
            </w:r>
            <w:r>
              <w:rPr>
                <w:noProof/>
                <w:webHidden/>
              </w:rPr>
              <w:fldChar w:fldCharType="end"/>
            </w:r>
          </w:hyperlink>
        </w:p>
        <w:p w14:paraId="61756D14" w14:textId="456A519B" w:rsidR="00474FA9" w:rsidRDefault="00474FA9">
          <w:pPr>
            <w:pStyle w:val="T2"/>
            <w:tabs>
              <w:tab w:val="right" w:leader="dot" w:pos="9508"/>
            </w:tabs>
            <w:rPr>
              <w:noProof/>
            </w:rPr>
          </w:pPr>
          <w:hyperlink w:anchor="_Toc232111773" w:history="1">
            <w:r w:rsidRPr="00A33AA6">
              <w:rPr>
                <w:rStyle w:val="Kpr"/>
                <w:noProof/>
              </w:rPr>
              <w:t>Ek 1. Genel Değerlendirme Özeti</w:t>
            </w:r>
            <w:r>
              <w:rPr>
                <w:noProof/>
                <w:webHidden/>
              </w:rPr>
              <w:tab/>
            </w:r>
            <w:r>
              <w:rPr>
                <w:noProof/>
                <w:webHidden/>
              </w:rPr>
              <w:fldChar w:fldCharType="begin"/>
            </w:r>
            <w:r>
              <w:rPr>
                <w:noProof/>
                <w:webHidden/>
              </w:rPr>
              <w:instrText xml:space="preserve"> PAGEREF _Toc232111773 \h </w:instrText>
            </w:r>
            <w:r>
              <w:rPr>
                <w:noProof/>
                <w:webHidden/>
              </w:rPr>
            </w:r>
            <w:r>
              <w:rPr>
                <w:noProof/>
                <w:webHidden/>
              </w:rPr>
              <w:fldChar w:fldCharType="separate"/>
            </w:r>
            <w:r>
              <w:rPr>
                <w:noProof/>
                <w:webHidden/>
              </w:rPr>
              <w:t>46</w:t>
            </w:r>
            <w:r>
              <w:rPr>
                <w:noProof/>
                <w:webHidden/>
              </w:rPr>
              <w:fldChar w:fldCharType="end"/>
            </w:r>
          </w:hyperlink>
        </w:p>
        <w:p w14:paraId="70E695D8" w14:textId="3F10649E" w:rsidR="00474FA9" w:rsidRDefault="00474FA9">
          <w:pPr>
            <w:pStyle w:val="T2"/>
            <w:tabs>
              <w:tab w:val="right" w:leader="dot" w:pos="9508"/>
            </w:tabs>
            <w:rPr>
              <w:noProof/>
            </w:rPr>
          </w:pPr>
          <w:hyperlink w:anchor="_Toc232111774" w:history="1">
            <w:r w:rsidRPr="00A33AA6">
              <w:rPr>
                <w:rStyle w:val="Kpr"/>
                <w:noProof/>
              </w:rPr>
              <w:t>Ek 2. Maddelere Ait Ortalama Puanlar</w:t>
            </w:r>
            <w:r>
              <w:rPr>
                <w:noProof/>
                <w:webHidden/>
              </w:rPr>
              <w:tab/>
            </w:r>
            <w:r>
              <w:rPr>
                <w:noProof/>
                <w:webHidden/>
              </w:rPr>
              <w:fldChar w:fldCharType="begin"/>
            </w:r>
            <w:r>
              <w:rPr>
                <w:noProof/>
                <w:webHidden/>
              </w:rPr>
              <w:instrText xml:space="preserve"> PAGEREF _Toc232111774 \h </w:instrText>
            </w:r>
            <w:r>
              <w:rPr>
                <w:noProof/>
                <w:webHidden/>
              </w:rPr>
            </w:r>
            <w:r>
              <w:rPr>
                <w:noProof/>
                <w:webHidden/>
              </w:rPr>
              <w:fldChar w:fldCharType="separate"/>
            </w:r>
            <w:r>
              <w:rPr>
                <w:noProof/>
                <w:webHidden/>
              </w:rPr>
              <w:t>46</w:t>
            </w:r>
            <w:r>
              <w:rPr>
                <w:noProof/>
                <w:webHidden/>
              </w:rPr>
              <w:fldChar w:fldCharType="end"/>
            </w:r>
          </w:hyperlink>
        </w:p>
        <w:p w14:paraId="590F69CA" w14:textId="19CA6ADB" w:rsidR="00474FA9" w:rsidRDefault="00474FA9">
          <w:pPr>
            <w:pStyle w:val="T2"/>
            <w:tabs>
              <w:tab w:val="right" w:leader="dot" w:pos="9508"/>
            </w:tabs>
            <w:rPr>
              <w:noProof/>
            </w:rPr>
          </w:pPr>
          <w:hyperlink w:anchor="_Toc232111775" w:history="1">
            <w:r w:rsidRPr="00A33AA6">
              <w:rPr>
                <w:rStyle w:val="Kpr"/>
                <w:noProof/>
              </w:rPr>
              <w:t>Ek 3. Akademik Personel Memnuniyet Anketi</w:t>
            </w:r>
            <w:r>
              <w:rPr>
                <w:noProof/>
                <w:webHidden/>
              </w:rPr>
              <w:tab/>
            </w:r>
            <w:r>
              <w:rPr>
                <w:noProof/>
                <w:webHidden/>
              </w:rPr>
              <w:fldChar w:fldCharType="begin"/>
            </w:r>
            <w:r>
              <w:rPr>
                <w:noProof/>
                <w:webHidden/>
              </w:rPr>
              <w:instrText xml:space="preserve"> PAGEREF _Toc232111775 \h </w:instrText>
            </w:r>
            <w:r>
              <w:rPr>
                <w:noProof/>
                <w:webHidden/>
              </w:rPr>
            </w:r>
            <w:r>
              <w:rPr>
                <w:noProof/>
                <w:webHidden/>
              </w:rPr>
              <w:fldChar w:fldCharType="separate"/>
            </w:r>
            <w:r>
              <w:rPr>
                <w:noProof/>
                <w:webHidden/>
              </w:rPr>
              <w:t>50</w:t>
            </w:r>
            <w:r>
              <w:rPr>
                <w:noProof/>
                <w:webHidden/>
              </w:rPr>
              <w:fldChar w:fldCharType="end"/>
            </w:r>
          </w:hyperlink>
        </w:p>
        <w:p w14:paraId="6C52B357" w14:textId="05721CEB" w:rsidR="00474FA9" w:rsidRDefault="00474FA9">
          <w:r>
            <w:rPr>
              <w:b/>
              <w:bCs/>
            </w:rPr>
            <w:fldChar w:fldCharType="end"/>
          </w:r>
        </w:p>
      </w:sdtContent>
    </w:sdt>
    <w:p w14:paraId="37064431" w14:textId="77777777" w:rsidR="009F14C8" w:rsidRDefault="00000000">
      <w:r>
        <w:br w:type="page"/>
      </w:r>
    </w:p>
    <w:p w14:paraId="0672E365" w14:textId="77777777" w:rsidR="009F14C8" w:rsidRDefault="00000000">
      <w:pPr>
        <w:pStyle w:val="Balk1"/>
      </w:pPr>
      <w:bookmarkStart w:id="0" w:name="_Toc232111703"/>
      <w:r>
        <w:lastRenderedPageBreak/>
        <w:t>1. Giriş</w:t>
      </w:r>
      <w:bookmarkEnd w:id="0"/>
    </w:p>
    <w:p w14:paraId="008A5A22" w14:textId="77777777" w:rsidR="009F14C8" w:rsidRDefault="00000000">
      <w:r>
        <w:t>Akademik personel memnuniyet anketi, Veteriner Fakültesinde görev yapan akademik personelin eğitim-öğretim süreçleri, program tasarımı, ders yükü, ölçme-değerlendirme uygulamaları, klinik ve laboratuvar altyapısı, danışmanlık süreçleri, kurumsal işleyiş, araştırma olanakları, proje destekleri ve genel çalışma koşullarına ilişkin görüşlerini belirlemek amacıyla uygulanmıştır.</w:t>
      </w:r>
    </w:p>
    <w:p w14:paraId="56B085EB" w14:textId="77777777" w:rsidR="009F14C8" w:rsidRDefault="00000000">
      <w:r>
        <w:t>Anket aracılığıyla akademik personelin fakülte içindeki eğitim, araştırma ve idari süreçlere ilişkin deneyimleri nicel ve nitel olarak değerlendirilmiş; güçlü yönler ile geliştirilmesi gereken alanların belirlenmesi hedeflenmiştir. Elde edilen bulgular, kalite güvencesi, sürekli iyileştirme ve kurumsal karar alma süreçlerine veri sağlamak açısından önem taşımaktadır.</w:t>
      </w:r>
    </w:p>
    <w:p w14:paraId="4D0E71B9" w14:textId="77777777" w:rsidR="009F14C8" w:rsidRDefault="00000000">
      <w:pPr>
        <w:pStyle w:val="Balk1"/>
      </w:pPr>
      <w:bookmarkStart w:id="1" w:name="_Toc232111704"/>
      <w:r>
        <w:t>2. Değerlendirme Yöntemi</w:t>
      </w:r>
      <w:bookmarkEnd w:id="1"/>
    </w:p>
    <w:p w14:paraId="3E2D93FC" w14:textId="77777777" w:rsidR="009F14C8" w:rsidRDefault="00000000">
      <w:r>
        <w:t>Anket, büyük ölçüde 5'li Likert ölçeği kullanılarak uygulanmıştır. Ölçekte 1 = Kesinlikle Katılmıyorum, 2 = Katılmıyorum, 3 = Kararsızım, 4 = Katılıyorum ve 5 = Kesinlikle Katılıyorum seçenekleri yer almaktadır. Değerlendirme sürecinde “Katılıyorum” ve “Kesinlikle Katılıyorum” seçenekleri olumlu görüş; “Kararsızım” seçeneği kararsız görüş; “Katılmıyorum” ve “Kesinlikle Katılmıyorum” seçenekleri ise olumsuz görüş olarak kabul edilmiştir.</w:t>
      </w:r>
    </w:p>
    <w:p w14:paraId="7592F2DA" w14:textId="77777777" w:rsidR="009F14C8" w:rsidRDefault="00000000">
      <w:r>
        <w:t>Her bir madde için frekans, yüzde, olumlu görüş oranı, kararsız görüş oranı, olumsuz görüş oranı ve ortalama puan hesaplanmıştır. Dikkat kontrolü amacıyla eklenen madde veri kalitesinin değerlendirilmesinde ayrıca ele alınmış ve genel ortalama hesaplamasına dahil edilmemiştir. Danışmanlıkla ilgili koşullu sorular yalnızca bu sorulara yanıt veren akademik personel üzerinden değerlendirilmiştir. Açık uçlu yanıtlar içerik analizi yaklaşımıyla tematik olarak gruplandırılmıştır.</w:t>
      </w:r>
    </w:p>
    <w:p w14:paraId="217B79E7" w14:textId="77777777" w:rsidR="009F14C8" w:rsidRDefault="00000000">
      <w:pPr>
        <w:pStyle w:val="Balk1"/>
      </w:pPr>
      <w:bookmarkStart w:id="2" w:name="_Toc232111705"/>
      <w:r>
        <w:t>3. Verilerin Analizi</w:t>
      </w:r>
      <w:bookmarkEnd w:id="2"/>
    </w:p>
    <w:p w14:paraId="19004B31" w14:textId="77777777" w:rsidR="009F14C8" w:rsidRDefault="00000000">
      <w:r>
        <w:t>Akademik personel memnuniyet anketine toplam 43 kişi katılmıştır. Anket formunda 56 Likert tipi madde, 1 danışmanlık durumu sorusu ve 1 açık uçlu görüş-öneri sorusu yer almaktadır. Dikkat kontrolü maddesi hariç tutulduğunda 55 Likert maddesi akademik personel memnuniyetinin değerlendirilmesinde temel alınmıştır.</w:t>
      </w:r>
    </w:p>
    <w:p w14:paraId="3B515A16" w14:textId="77777777" w:rsidR="009F14C8" w:rsidRDefault="00000000">
      <w:r>
        <w:t>Dikkat kontrolü maddesi hariç tutulduğunda genel ortalama puan 3,80/5,00 olarak hesaplanmıştır. Tüm Likert yanıtları birlikte değerlendirildiğinde olumlu görüş oranı %64,1, kararsız görüş oranı %19,7 ve olumsuz görüş oranı %16,1 düzeyindedir. Bu bulgular, akademik personelin fakülteye ilişkin değerlendirmelerinin genel olarak olumlu eğilim gösterdiğini; bununla birlikte özellikle araştırma desteği, fiziki altyapı ve bazı kurumsal destek başlıklarında iyileştirme ihtiyacının devam ettiğini göstermektedir.</w:t>
      </w:r>
    </w:p>
    <w:p w14:paraId="3AF9DC2D" w14:textId="77777777" w:rsidR="009F14C8" w:rsidRDefault="00000000">
      <w:r>
        <w:rPr>
          <w:noProof/>
        </w:rPr>
        <w:lastRenderedPageBreak/>
        <w:drawing>
          <wp:inline distT="0" distB="0" distL="0" distR="0" wp14:anchorId="1AD1B688" wp14:editId="7A544EAD">
            <wp:extent cx="5577840" cy="240353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nel_ortalama.png"/>
                    <pic:cNvPicPr/>
                  </pic:nvPicPr>
                  <pic:blipFill>
                    <a:blip r:embed="rId8"/>
                    <a:stretch>
                      <a:fillRect/>
                    </a:stretch>
                  </pic:blipFill>
                  <pic:spPr>
                    <a:xfrm>
                      <a:off x="0" y="0"/>
                      <a:ext cx="5577840" cy="2403534"/>
                    </a:xfrm>
                    <a:prstGeom prst="rect">
                      <a:avLst/>
                    </a:prstGeom>
                  </pic:spPr>
                </pic:pic>
              </a:graphicData>
            </a:graphic>
          </wp:inline>
        </w:drawing>
      </w:r>
    </w:p>
    <w:tbl>
      <w:tblPr>
        <w:tblStyle w:val="TabloKlavuzu"/>
        <w:tblW w:w="0" w:type="auto"/>
        <w:jc w:val="center"/>
        <w:tblLook w:val="04A0" w:firstRow="1" w:lastRow="0" w:firstColumn="1" w:lastColumn="0" w:noHBand="0" w:noVBand="1"/>
      </w:tblPr>
      <w:tblGrid>
        <w:gridCol w:w="4759"/>
        <w:gridCol w:w="4759"/>
      </w:tblGrid>
      <w:tr w:rsidR="009F14C8" w14:paraId="4D860685" w14:textId="77777777">
        <w:trPr>
          <w:jc w:val="center"/>
        </w:trPr>
        <w:tc>
          <w:tcPr>
            <w:tcW w:w="4759" w:type="dxa"/>
            <w:vAlign w:val="center"/>
          </w:tcPr>
          <w:p w14:paraId="1E80908D" w14:textId="77777777" w:rsidR="009F14C8" w:rsidRDefault="00000000">
            <w:pPr>
              <w:spacing w:after="0"/>
            </w:pPr>
            <w:r>
              <w:rPr>
                <w:sz w:val="18"/>
              </w:rPr>
              <w:t>Gösterge</w:t>
            </w:r>
          </w:p>
        </w:tc>
        <w:tc>
          <w:tcPr>
            <w:tcW w:w="4759" w:type="dxa"/>
            <w:vAlign w:val="center"/>
          </w:tcPr>
          <w:p w14:paraId="453641C5" w14:textId="77777777" w:rsidR="009F14C8" w:rsidRDefault="00000000">
            <w:pPr>
              <w:spacing w:after="0"/>
            </w:pPr>
            <w:r>
              <w:rPr>
                <w:sz w:val="18"/>
              </w:rPr>
              <w:t>Değer</w:t>
            </w:r>
          </w:p>
        </w:tc>
      </w:tr>
      <w:tr w:rsidR="009F14C8" w14:paraId="2DF2B502" w14:textId="77777777">
        <w:trPr>
          <w:jc w:val="center"/>
        </w:trPr>
        <w:tc>
          <w:tcPr>
            <w:tcW w:w="4759" w:type="dxa"/>
            <w:vAlign w:val="center"/>
          </w:tcPr>
          <w:p w14:paraId="29B501FF" w14:textId="77777777" w:rsidR="009F14C8" w:rsidRDefault="00000000">
            <w:pPr>
              <w:spacing w:after="0"/>
            </w:pPr>
            <w:r>
              <w:rPr>
                <w:sz w:val="18"/>
              </w:rPr>
              <w:t>Katılımcı Sayısı</w:t>
            </w:r>
          </w:p>
        </w:tc>
        <w:tc>
          <w:tcPr>
            <w:tcW w:w="4759" w:type="dxa"/>
            <w:vAlign w:val="center"/>
          </w:tcPr>
          <w:p w14:paraId="201A59C6" w14:textId="77777777" w:rsidR="009F14C8" w:rsidRDefault="00000000">
            <w:pPr>
              <w:spacing w:after="0"/>
            </w:pPr>
            <w:r>
              <w:rPr>
                <w:sz w:val="18"/>
              </w:rPr>
              <w:t>43</w:t>
            </w:r>
          </w:p>
        </w:tc>
      </w:tr>
      <w:tr w:rsidR="009F14C8" w14:paraId="04F68342" w14:textId="77777777">
        <w:trPr>
          <w:jc w:val="center"/>
        </w:trPr>
        <w:tc>
          <w:tcPr>
            <w:tcW w:w="4759" w:type="dxa"/>
            <w:vAlign w:val="center"/>
          </w:tcPr>
          <w:p w14:paraId="5316CA6B" w14:textId="77777777" w:rsidR="009F14C8" w:rsidRDefault="00000000">
            <w:pPr>
              <w:spacing w:after="0"/>
            </w:pPr>
            <w:r>
              <w:rPr>
                <w:sz w:val="18"/>
              </w:rPr>
              <w:t>Değerlendirilen Likert Madde Sayısı</w:t>
            </w:r>
          </w:p>
        </w:tc>
        <w:tc>
          <w:tcPr>
            <w:tcW w:w="4759" w:type="dxa"/>
            <w:vAlign w:val="center"/>
          </w:tcPr>
          <w:p w14:paraId="2C6049A8" w14:textId="77777777" w:rsidR="009F14C8" w:rsidRDefault="00000000">
            <w:pPr>
              <w:spacing w:after="0"/>
            </w:pPr>
            <w:r>
              <w:rPr>
                <w:sz w:val="18"/>
              </w:rPr>
              <w:t>55</w:t>
            </w:r>
          </w:p>
        </w:tc>
      </w:tr>
      <w:tr w:rsidR="009F14C8" w14:paraId="4DC927A3" w14:textId="77777777">
        <w:trPr>
          <w:jc w:val="center"/>
        </w:trPr>
        <w:tc>
          <w:tcPr>
            <w:tcW w:w="4759" w:type="dxa"/>
            <w:vAlign w:val="center"/>
          </w:tcPr>
          <w:p w14:paraId="00162A8F" w14:textId="77777777" w:rsidR="009F14C8" w:rsidRDefault="00000000">
            <w:pPr>
              <w:spacing w:after="0"/>
            </w:pPr>
            <w:r>
              <w:rPr>
                <w:sz w:val="18"/>
              </w:rPr>
              <w:t>Genel Ortalama</w:t>
            </w:r>
          </w:p>
        </w:tc>
        <w:tc>
          <w:tcPr>
            <w:tcW w:w="4759" w:type="dxa"/>
            <w:vAlign w:val="center"/>
          </w:tcPr>
          <w:p w14:paraId="6D6B7089" w14:textId="77777777" w:rsidR="009F14C8" w:rsidRDefault="00000000">
            <w:pPr>
              <w:spacing w:after="0"/>
            </w:pPr>
            <w:r>
              <w:rPr>
                <w:sz w:val="18"/>
              </w:rPr>
              <w:t>3,80 / 5,00</w:t>
            </w:r>
          </w:p>
        </w:tc>
      </w:tr>
      <w:tr w:rsidR="009F14C8" w14:paraId="626A4140" w14:textId="77777777">
        <w:trPr>
          <w:jc w:val="center"/>
        </w:trPr>
        <w:tc>
          <w:tcPr>
            <w:tcW w:w="4759" w:type="dxa"/>
            <w:vAlign w:val="center"/>
          </w:tcPr>
          <w:p w14:paraId="39028709" w14:textId="77777777" w:rsidR="009F14C8" w:rsidRDefault="00000000">
            <w:pPr>
              <w:spacing w:after="0"/>
            </w:pPr>
            <w:r>
              <w:rPr>
                <w:sz w:val="18"/>
              </w:rPr>
              <w:t>Olumlu Görüş Oranı</w:t>
            </w:r>
          </w:p>
        </w:tc>
        <w:tc>
          <w:tcPr>
            <w:tcW w:w="4759" w:type="dxa"/>
            <w:vAlign w:val="center"/>
          </w:tcPr>
          <w:p w14:paraId="3103308C" w14:textId="77777777" w:rsidR="009F14C8" w:rsidRDefault="00000000">
            <w:pPr>
              <w:spacing w:after="0"/>
            </w:pPr>
            <w:r>
              <w:rPr>
                <w:sz w:val="18"/>
              </w:rPr>
              <w:t>%64,1</w:t>
            </w:r>
          </w:p>
        </w:tc>
      </w:tr>
      <w:tr w:rsidR="009F14C8" w14:paraId="33BF01C5" w14:textId="77777777">
        <w:trPr>
          <w:jc w:val="center"/>
        </w:trPr>
        <w:tc>
          <w:tcPr>
            <w:tcW w:w="4759" w:type="dxa"/>
            <w:vAlign w:val="center"/>
          </w:tcPr>
          <w:p w14:paraId="21561EA6" w14:textId="77777777" w:rsidR="009F14C8" w:rsidRDefault="00000000">
            <w:pPr>
              <w:spacing w:after="0"/>
            </w:pPr>
            <w:r>
              <w:rPr>
                <w:sz w:val="18"/>
              </w:rPr>
              <w:t>Kararsız Görüş Oranı</w:t>
            </w:r>
          </w:p>
        </w:tc>
        <w:tc>
          <w:tcPr>
            <w:tcW w:w="4759" w:type="dxa"/>
            <w:vAlign w:val="center"/>
          </w:tcPr>
          <w:p w14:paraId="7FE29D71" w14:textId="77777777" w:rsidR="009F14C8" w:rsidRDefault="00000000">
            <w:pPr>
              <w:spacing w:after="0"/>
            </w:pPr>
            <w:r>
              <w:rPr>
                <w:sz w:val="18"/>
              </w:rPr>
              <w:t>%19,7</w:t>
            </w:r>
          </w:p>
        </w:tc>
      </w:tr>
      <w:tr w:rsidR="009F14C8" w14:paraId="33D67A67" w14:textId="77777777">
        <w:trPr>
          <w:jc w:val="center"/>
        </w:trPr>
        <w:tc>
          <w:tcPr>
            <w:tcW w:w="4759" w:type="dxa"/>
            <w:vAlign w:val="center"/>
          </w:tcPr>
          <w:p w14:paraId="41B3B703" w14:textId="77777777" w:rsidR="009F14C8" w:rsidRDefault="00000000">
            <w:pPr>
              <w:spacing w:after="0"/>
            </w:pPr>
            <w:r>
              <w:rPr>
                <w:sz w:val="18"/>
              </w:rPr>
              <w:t>Olumsuz Görüş Oranı</w:t>
            </w:r>
          </w:p>
        </w:tc>
        <w:tc>
          <w:tcPr>
            <w:tcW w:w="4759" w:type="dxa"/>
            <w:vAlign w:val="center"/>
          </w:tcPr>
          <w:p w14:paraId="2680BCC4" w14:textId="77777777" w:rsidR="009F14C8" w:rsidRDefault="00000000">
            <w:pPr>
              <w:spacing w:after="0"/>
            </w:pPr>
            <w:r>
              <w:rPr>
                <w:sz w:val="18"/>
              </w:rPr>
              <w:t>%16,1</w:t>
            </w:r>
          </w:p>
        </w:tc>
      </w:tr>
    </w:tbl>
    <w:p w14:paraId="46229B08" w14:textId="77777777" w:rsidR="009F14C8" w:rsidRDefault="00000000">
      <w:pPr>
        <w:pStyle w:val="Balk1"/>
      </w:pPr>
      <w:bookmarkStart w:id="3" w:name="_Toc232111706"/>
      <w:r>
        <w:t>4. Paydaş Dağılımının Değerlendirilmesi</w:t>
      </w:r>
      <w:bookmarkEnd w:id="3"/>
    </w:p>
    <w:p w14:paraId="38A2650A" w14:textId="77777777" w:rsidR="009F14C8" w:rsidRDefault="00000000">
      <w:r>
        <w:t>Paydaş dağılımı incelendiğinde ankete toplam 43 akademik personelin katıldığı görülmektedir. Anket yalnızca Veteriner Fakültesinde görev yapan akademik personele uygulanmış olduğundan katılımcıların tamamını akademik personel oluşturmaktadır (%100,0). Bu nedenle mevcut öğrenci, mezun öğrenci veya sektör temsilcisi gibi farklı paydaş gruplarına ilişkin bir dağılım bulunmamaktadır.</w:t>
      </w:r>
    </w:p>
    <w:p w14:paraId="490AF006" w14:textId="77777777" w:rsidR="009F14C8" w:rsidRDefault="00000000">
      <w:r>
        <w:t>Bu dağılım, anket sonuçlarının fakültenin eğitim-öğretim, araştırma, idari işleyiş ve kurumsal destek süreçlerini doğrudan yürüten akademik personelin görüşlerini yansıttığını göstermektedir. Akademik personelin değerlendirmeleri; program tasarımının uygulanabilirliği, ders yükü, danışmanlık hizmetleri, fiziki altyapı ve araştırma olanaklarının geliştirilmesi açısından önemli bir iç paydaş geri bildirimi niteliğindedir.</w:t>
      </w:r>
    </w:p>
    <w:p w14:paraId="43A6E348" w14:textId="77777777" w:rsidR="009F14C8" w:rsidRDefault="00000000">
      <w:r>
        <w:rPr>
          <w:noProof/>
        </w:rPr>
        <w:lastRenderedPageBreak/>
        <w:drawing>
          <wp:inline distT="0" distB="0" distL="0" distR="0" wp14:anchorId="0F5B49CC" wp14:editId="3C2ACFD5">
            <wp:extent cx="4846320" cy="29648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ydas_dagilimi.png"/>
                    <pic:cNvPicPr/>
                  </pic:nvPicPr>
                  <pic:blipFill>
                    <a:blip r:embed="rId9"/>
                    <a:stretch>
                      <a:fillRect/>
                    </a:stretch>
                  </pic:blipFill>
                  <pic:spPr>
                    <a:xfrm>
                      <a:off x="0" y="0"/>
                      <a:ext cx="4846320" cy="2964870"/>
                    </a:xfrm>
                    <a:prstGeom prst="rect">
                      <a:avLst/>
                    </a:prstGeom>
                  </pic:spPr>
                </pic:pic>
              </a:graphicData>
            </a:graphic>
          </wp:inline>
        </w:drawing>
      </w:r>
    </w:p>
    <w:p w14:paraId="746A1779" w14:textId="77777777" w:rsidR="009F14C8" w:rsidRDefault="00000000">
      <w:r>
        <w:t>Danışmanlık durumuna ilişkin dağılım ayrıca incelendiğinde, katılımcıların 9'inin danışmanlık yaptığını, 34'ünün ise danışmanlık yapmadığını belirttiği görülmektedir. Danışmanlıkla ilgili koşullu maddeler yalnızca bu alana yanıt veren katılımcılar üzerinden analiz edilmiştir.</w:t>
      </w:r>
    </w:p>
    <w:p w14:paraId="25136064" w14:textId="77777777" w:rsidR="009F14C8" w:rsidRDefault="00000000">
      <w:r>
        <w:rPr>
          <w:noProof/>
        </w:rPr>
        <w:drawing>
          <wp:inline distT="0" distB="0" distL="0" distR="0" wp14:anchorId="5173E51C" wp14:editId="66294EFE">
            <wp:extent cx="4846320" cy="29616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nismanlik_dagilimi.png"/>
                    <pic:cNvPicPr/>
                  </pic:nvPicPr>
                  <pic:blipFill>
                    <a:blip r:embed="rId10"/>
                    <a:stretch>
                      <a:fillRect/>
                    </a:stretch>
                  </pic:blipFill>
                  <pic:spPr>
                    <a:xfrm>
                      <a:off x="0" y="0"/>
                      <a:ext cx="4846320" cy="2961640"/>
                    </a:xfrm>
                    <a:prstGeom prst="rect">
                      <a:avLst/>
                    </a:prstGeom>
                  </pic:spPr>
                </pic:pic>
              </a:graphicData>
            </a:graphic>
          </wp:inline>
        </w:drawing>
      </w:r>
    </w:p>
    <w:p w14:paraId="7365914D" w14:textId="77777777" w:rsidR="009F14C8" w:rsidRDefault="00000000">
      <w:pPr>
        <w:pStyle w:val="Balk1"/>
      </w:pPr>
      <w:bookmarkStart w:id="4" w:name="_Toc232111707"/>
      <w:r>
        <w:t>5. Akademik Personel Memnuniyet Bulgularının Değerlendirilmesi</w:t>
      </w:r>
      <w:bookmarkEnd w:id="4"/>
    </w:p>
    <w:p w14:paraId="1A8420ED" w14:textId="77777777" w:rsidR="009F14C8" w:rsidRDefault="00000000">
      <w:r>
        <w:t>Bu bölümde akademik personel memnuniyet anketinde yer alan Likert tipi maddelere ilişkin frekans, yüzde, ortalama puan ve olumlu-kararsız-olumsuz görüş oranları ayrıntılı olarak sunulmuştur.</w:t>
      </w:r>
    </w:p>
    <w:p w14:paraId="59EFD194" w14:textId="77777777" w:rsidR="009F14C8" w:rsidRDefault="00000000">
      <w:pPr>
        <w:pStyle w:val="Balk2"/>
      </w:pPr>
      <w:bookmarkStart w:id="5" w:name="_Toc232111708"/>
      <w:r>
        <w:lastRenderedPageBreak/>
        <w:t>5.1. Program Tasarımı ve Eğitim Süreçlerine İlişkin Bulgular</w:t>
      </w:r>
      <w:bookmarkEnd w:id="5"/>
    </w:p>
    <w:p w14:paraId="6047FE6B" w14:textId="77777777" w:rsidR="009F14C8" w:rsidRDefault="00000000">
      <w:pPr>
        <w:pStyle w:val="Balk3"/>
      </w:pPr>
      <w:bookmarkStart w:id="6" w:name="_Toc232111709"/>
      <w:r>
        <w:t>5.1. Madde 1’e İlişkin Bulgular</w:t>
      </w:r>
      <w:bookmarkEnd w:id="6"/>
    </w:p>
    <w:p w14:paraId="44F83F0A" w14:textId="77777777" w:rsidR="009F14C8" w:rsidRDefault="00000000">
      <w:r>
        <w:rPr>
          <w:b/>
          <w:i/>
        </w:rPr>
        <w:t>(Uzmanı olduğum derslerin müfredata eklenmesi veya güncellenmesi ile eğitim programlarının tasarım ve onay süreçlerinde akademik personelin görüş ve önerilerinin yeterince dikkate alındığını düşünüyorum.)</w:t>
      </w:r>
    </w:p>
    <w:p w14:paraId="02973941" w14:textId="77777777" w:rsidR="009F14C8" w:rsidRDefault="00000000">
      <w:r>
        <w:t>Katılımcıların; 16'i (%37,2) Kesinlikle Katılıyorum, 15'i (%34,9) Katılıyorum, 10'i (%23,3) Kararsızım, 2'i (%4,7) Katılmıyorum, 0'i (%0,0) Kesinlikle Katılmıyorum şeklinde görüş bildirmiştir. Bu maddeye geçerli yanıt veren katılımcı sayısı 43'dir.</w:t>
      </w:r>
    </w:p>
    <w:p w14:paraId="7E7C2530" w14:textId="77777777" w:rsidR="009F14C8" w:rsidRDefault="00000000">
      <w:r>
        <w:t>Ortalama puanın 4,05/5,00 olması, olumlu görüş oranının %72,1, kararsız görüş oranının %23,3 ve olumsuz görüş oranının %4,7 düzeyinde gerçekleşmesi bu sonuçlar, ilgili alanda akademik personel memnuniyetinin güçlü düzeyde olduğunu ve mevcut uygulamaların genel olarak olumlu değerlendirildiğini göstermektedir.</w:t>
      </w:r>
    </w:p>
    <w:tbl>
      <w:tblPr>
        <w:tblStyle w:val="TabloKlavuzu"/>
        <w:tblW w:w="0" w:type="auto"/>
        <w:jc w:val="center"/>
        <w:tblLook w:val="04A0" w:firstRow="1" w:lastRow="0" w:firstColumn="1" w:lastColumn="0" w:noHBand="0" w:noVBand="1"/>
      </w:tblPr>
      <w:tblGrid>
        <w:gridCol w:w="3173"/>
        <w:gridCol w:w="3173"/>
        <w:gridCol w:w="3173"/>
      </w:tblGrid>
      <w:tr w:rsidR="009F14C8" w14:paraId="2A92D63F" w14:textId="77777777">
        <w:trPr>
          <w:jc w:val="center"/>
        </w:trPr>
        <w:tc>
          <w:tcPr>
            <w:tcW w:w="3173" w:type="dxa"/>
            <w:vAlign w:val="center"/>
          </w:tcPr>
          <w:p w14:paraId="7BAB9394" w14:textId="77777777" w:rsidR="009F14C8" w:rsidRDefault="00000000">
            <w:pPr>
              <w:spacing w:after="0"/>
            </w:pPr>
            <w:r>
              <w:rPr>
                <w:sz w:val="18"/>
              </w:rPr>
              <w:t>Seçenek</w:t>
            </w:r>
          </w:p>
        </w:tc>
        <w:tc>
          <w:tcPr>
            <w:tcW w:w="3173" w:type="dxa"/>
            <w:vAlign w:val="center"/>
          </w:tcPr>
          <w:p w14:paraId="00499054" w14:textId="77777777" w:rsidR="009F14C8" w:rsidRDefault="00000000">
            <w:pPr>
              <w:spacing w:after="0"/>
            </w:pPr>
            <w:r>
              <w:rPr>
                <w:sz w:val="18"/>
              </w:rPr>
              <w:t>Frekans</w:t>
            </w:r>
          </w:p>
        </w:tc>
        <w:tc>
          <w:tcPr>
            <w:tcW w:w="3173" w:type="dxa"/>
            <w:vAlign w:val="center"/>
          </w:tcPr>
          <w:p w14:paraId="213287DC" w14:textId="77777777" w:rsidR="009F14C8" w:rsidRDefault="00000000">
            <w:pPr>
              <w:spacing w:after="0"/>
            </w:pPr>
            <w:r>
              <w:rPr>
                <w:sz w:val="18"/>
              </w:rPr>
              <w:t>Oran</w:t>
            </w:r>
          </w:p>
        </w:tc>
      </w:tr>
      <w:tr w:rsidR="009F14C8" w14:paraId="737FF4B9" w14:textId="77777777">
        <w:trPr>
          <w:jc w:val="center"/>
        </w:trPr>
        <w:tc>
          <w:tcPr>
            <w:tcW w:w="3173" w:type="dxa"/>
            <w:vAlign w:val="center"/>
          </w:tcPr>
          <w:p w14:paraId="5E31F026" w14:textId="77777777" w:rsidR="009F14C8" w:rsidRDefault="00000000">
            <w:pPr>
              <w:spacing w:after="0"/>
            </w:pPr>
            <w:r>
              <w:rPr>
                <w:sz w:val="18"/>
              </w:rPr>
              <w:t>5 = Kesinlikle Katılıyorum</w:t>
            </w:r>
          </w:p>
        </w:tc>
        <w:tc>
          <w:tcPr>
            <w:tcW w:w="3173" w:type="dxa"/>
            <w:vAlign w:val="center"/>
          </w:tcPr>
          <w:p w14:paraId="3CD6C3A9" w14:textId="77777777" w:rsidR="009F14C8" w:rsidRDefault="00000000">
            <w:pPr>
              <w:spacing w:after="0"/>
            </w:pPr>
            <w:r>
              <w:rPr>
                <w:sz w:val="18"/>
              </w:rPr>
              <w:t>16</w:t>
            </w:r>
          </w:p>
        </w:tc>
        <w:tc>
          <w:tcPr>
            <w:tcW w:w="3173" w:type="dxa"/>
            <w:vAlign w:val="center"/>
          </w:tcPr>
          <w:p w14:paraId="161D0CC7" w14:textId="77777777" w:rsidR="009F14C8" w:rsidRDefault="00000000">
            <w:pPr>
              <w:spacing w:after="0"/>
            </w:pPr>
            <w:r>
              <w:rPr>
                <w:sz w:val="18"/>
              </w:rPr>
              <w:t>%37,2</w:t>
            </w:r>
          </w:p>
        </w:tc>
      </w:tr>
      <w:tr w:rsidR="009F14C8" w14:paraId="6DED25C6" w14:textId="77777777">
        <w:trPr>
          <w:jc w:val="center"/>
        </w:trPr>
        <w:tc>
          <w:tcPr>
            <w:tcW w:w="3173" w:type="dxa"/>
            <w:vAlign w:val="center"/>
          </w:tcPr>
          <w:p w14:paraId="0EDC5386" w14:textId="77777777" w:rsidR="009F14C8" w:rsidRDefault="00000000">
            <w:pPr>
              <w:spacing w:after="0"/>
            </w:pPr>
            <w:r>
              <w:rPr>
                <w:sz w:val="18"/>
              </w:rPr>
              <w:t>4 = Katılıyorum</w:t>
            </w:r>
          </w:p>
        </w:tc>
        <w:tc>
          <w:tcPr>
            <w:tcW w:w="3173" w:type="dxa"/>
            <w:vAlign w:val="center"/>
          </w:tcPr>
          <w:p w14:paraId="357CE7F7" w14:textId="77777777" w:rsidR="009F14C8" w:rsidRDefault="00000000">
            <w:pPr>
              <w:spacing w:after="0"/>
            </w:pPr>
            <w:r>
              <w:rPr>
                <w:sz w:val="18"/>
              </w:rPr>
              <w:t>15</w:t>
            </w:r>
          </w:p>
        </w:tc>
        <w:tc>
          <w:tcPr>
            <w:tcW w:w="3173" w:type="dxa"/>
            <w:vAlign w:val="center"/>
          </w:tcPr>
          <w:p w14:paraId="13DBAF9F" w14:textId="77777777" w:rsidR="009F14C8" w:rsidRDefault="00000000">
            <w:pPr>
              <w:spacing w:after="0"/>
            </w:pPr>
            <w:r>
              <w:rPr>
                <w:sz w:val="18"/>
              </w:rPr>
              <w:t>%34,9</w:t>
            </w:r>
          </w:p>
        </w:tc>
      </w:tr>
      <w:tr w:rsidR="009F14C8" w14:paraId="5F56D453" w14:textId="77777777">
        <w:trPr>
          <w:jc w:val="center"/>
        </w:trPr>
        <w:tc>
          <w:tcPr>
            <w:tcW w:w="3173" w:type="dxa"/>
            <w:vAlign w:val="center"/>
          </w:tcPr>
          <w:p w14:paraId="3DCF13EB" w14:textId="77777777" w:rsidR="009F14C8" w:rsidRDefault="00000000">
            <w:pPr>
              <w:spacing w:after="0"/>
            </w:pPr>
            <w:r>
              <w:rPr>
                <w:sz w:val="18"/>
              </w:rPr>
              <w:t>3 = Kararsızım</w:t>
            </w:r>
          </w:p>
        </w:tc>
        <w:tc>
          <w:tcPr>
            <w:tcW w:w="3173" w:type="dxa"/>
            <w:vAlign w:val="center"/>
          </w:tcPr>
          <w:p w14:paraId="4C3BE2EE" w14:textId="77777777" w:rsidR="009F14C8" w:rsidRDefault="00000000">
            <w:pPr>
              <w:spacing w:after="0"/>
            </w:pPr>
            <w:r>
              <w:rPr>
                <w:sz w:val="18"/>
              </w:rPr>
              <w:t>10</w:t>
            </w:r>
          </w:p>
        </w:tc>
        <w:tc>
          <w:tcPr>
            <w:tcW w:w="3173" w:type="dxa"/>
            <w:vAlign w:val="center"/>
          </w:tcPr>
          <w:p w14:paraId="307DA605" w14:textId="77777777" w:rsidR="009F14C8" w:rsidRDefault="00000000">
            <w:pPr>
              <w:spacing w:after="0"/>
            </w:pPr>
            <w:r>
              <w:rPr>
                <w:sz w:val="18"/>
              </w:rPr>
              <w:t>%23,3</w:t>
            </w:r>
          </w:p>
        </w:tc>
      </w:tr>
      <w:tr w:rsidR="009F14C8" w14:paraId="4862F9A7" w14:textId="77777777">
        <w:trPr>
          <w:jc w:val="center"/>
        </w:trPr>
        <w:tc>
          <w:tcPr>
            <w:tcW w:w="3173" w:type="dxa"/>
            <w:vAlign w:val="center"/>
          </w:tcPr>
          <w:p w14:paraId="211C4B12" w14:textId="77777777" w:rsidR="009F14C8" w:rsidRDefault="00000000">
            <w:pPr>
              <w:spacing w:after="0"/>
            </w:pPr>
            <w:r>
              <w:rPr>
                <w:sz w:val="18"/>
              </w:rPr>
              <w:t>2 = Katılmıyorum</w:t>
            </w:r>
          </w:p>
        </w:tc>
        <w:tc>
          <w:tcPr>
            <w:tcW w:w="3173" w:type="dxa"/>
            <w:vAlign w:val="center"/>
          </w:tcPr>
          <w:p w14:paraId="5578BFFD" w14:textId="77777777" w:rsidR="009F14C8" w:rsidRDefault="00000000">
            <w:pPr>
              <w:spacing w:after="0"/>
            </w:pPr>
            <w:r>
              <w:rPr>
                <w:sz w:val="18"/>
              </w:rPr>
              <w:t>2</w:t>
            </w:r>
          </w:p>
        </w:tc>
        <w:tc>
          <w:tcPr>
            <w:tcW w:w="3173" w:type="dxa"/>
            <w:vAlign w:val="center"/>
          </w:tcPr>
          <w:p w14:paraId="146A2D92" w14:textId="77777777" w:rsidR="009F14C8" w:rsidRDefault="00000000">
            <w:pPr>
              <w:spacing w:after="0"/>
            </w:pPr>
            <w:r>
              <w:rPr>
                <w:sz w:val="18"/>
              </w:rPr>
              <w:t>%4,7</w:t>
            </w:r>
          </w:p>
        </w:tc>
      </w:tr>
      <w:tr w:rsidR="009F14C8" w14:paraId="0AF09D3F" w14:textId="77777777">
        <w:trPr>
          <w:jc w:val="center"/>
        </w:trPr>
        <w:tc>
          <w:tcPr>
            <w:tcW w:w="3173" w:type="dxa"/>
            <w:vAlign w:val="center"/>
          </w:tcPr>
          <w:p w14:paraId="18105DAD" w14:textId="77777777" w:rsidR="009F14C8" w:rsidRDefault="00000000">
            <w:pPr>
              <w:spacing w:after="0"/>
            </w:pPr>
            <w:r>
              <w:rPr>
                <w:sz w:val="18"/>
              </w:rPr>
              <w:t>1 = Kesinlikle Katılmıyorum</w:t>
            </w:r>
          </w:p>
        </w:tc>
        <w:tc>
          <w:tcPr>
            <w:tcW w:w="3173" w:type="dxa"/>
            <w:vAlign w:val="center"/>
          </w:tcPr>
          <w:p w14:paraId="46E67FCD" w14:textId="77777777" w:rsidR="009F14C8" w:rsidRDefault="00000000">
            <w:pPr>
              <w:spacing w:after="0"/>
            </w:pPr>
            <w:r>
              <w:rPr>
                <w:sz w:val="18"/>
              </w:rPr>
              <w:t>0</w:t>
            </w:r>
          </w:p>
        </w:tc>
        <w:tc>
          <w:tcPr>
            <w:tcW w:w="3173" w:type="dxa"/>
            <w:vAlign w:val="center"/>
          </w:tcPr>
          <w:p w14:paraId="13C1C008" w14:textId="77777777" w:rsidR="009F14C8" w:rsidRDefault="00000000">
            <w:pPr>
              <w:spacing w:after="0"/>
            </w:pPr>
            <w:r>
              <w:rPr>
                <w:sz w:val="18"/>
              </w:rPr>
              <w:t>%0,0</w:t>
            </w:r>
          </w:p>
        </w:tc>
      </w:tr>
      <w:tr w:rsidR="009F14C8" w14:paraId="6656EFB0" w14:textId="77777777">
        <w:trPr>
          <w:jc w:val="center"/>
        </w:trPr>
        <w:tc>
          <w:tcPr>
            <w:tcW w:w="3173" w:type="dxa"/>
            <w:vAlign w:val="center"/>
          </w:tcPr>
          <w:p w14:paraId="4BCD1F0D" w14:textId="77777777" w:rsidR="009F14C8" w:rsidRDefault="00000000">
            <w:pPr>
              <w:spacing w:after="0"/>
            </w:pPr>
            <w:r>
              <w:rPr>
                <w:sz w:val="18"/>
              </w:rPr>
              <w:t>Ortalama</w:t>
            </w:r>
          </w:p>
        </w:tc>
        <w:tc>
          <w:tcPr>
            <w:tcW w:w="3173" w:type="dxa"/>
            <w:vAlign w:val="center"/>
          </w:tcPr>
          <w:p w14:paraId="172D1329" w14:textId="77777777" w:rsidR="009F14C8" w:rsidRDefault="009F14C8">
            <w:pPr>
              <w:spacing w:after="0"/>
            </w:pPr>
          </w:p>
        </w:tc>
        <w:tc>
          <w:tcPr>
            <w:tcW w:w="3173" w:type="dxa"/>
            <w:vAlign w:val="center"/>
          </w:tcPr>
          <w:p w14:paraId="3744D2C7" w14:textId="77777777" w:rsidR="009F14C8" w:rsidRDefault="00000000">
            <w:pPr>
              <w:spacing w:after="0"/>
            </w:pPr>
            <w:r>
              <w:rPr>
                <w:sz w:val="18"/>
              </w:rPr>
              <w:t>4,05 / 5,00</w:t>
            </w:r>
          </w:p>
        </w:tc>
      </w:tr>
    </w:tbl>
    <w:p w14:paraId="30361326" w14:textId="77777777" w:rsidR="009F14C8" w:rsidRDefault="00000000">
      <w:r>
        <w:rPr>
          <w:noProof/>
        </w:rPr>
        <w:drawing>
          <wp:inline distT="0" distB="0" distL="0" distR="0" wp14:anchorId="59C84EB9" wp14:editId="7480F0FC">
            <wp:extent cx="4343400" cy="245352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01.png"/>
                    <pic:cNvPicPr/>
                  </pic:nvPicPr>
                  <pic:blipFill>
                    <a:blip r:embed="rId11"/>
                    <a:stretch>
                      <a:fillRect/>
                    </a:stretch>
                  </pic:blipFill>
                  <pic:spPr>
                    <a:xfrm>
                      <a:off x="0" y="0"/>
                      <a:ext cx="4343400" cy="2453523"/>
                    </a:xfrm>
                    <a:prstGeom prst="rect">
                      <a:avLst/>
                    </a:prstGeom>
                  </pic:spPr>
                </pic:pic>
              </a:graphicData>
            </a:graphic>
          </wp:inline>
        </w:drawing>
      </w:r>
    </w:p>
    <w:p w14:paraId="258954F9" w14:textId="77777777" w:rsidR="009F14C8" w:rsidRDefault="00000000">
      <w:pPr>
        <w:pStyle w:val="Balk3"/>
      </w:pPr>
      <w:bookmarkStart w:id="7" w:name="_Toc232111710"/>
      <w:r>
        <w:t>5.2. Madde 2’e İlişkin Bulgular</w:t>
      </w:r>
      <w:bookmarkEnd w:id="7"/>
    </w:p>
    <w:p w14:paraId="208DA8D4" w14:textId="77777777" w:rsidR="009F14C8" w:rsidRDefault="00000000">
      <w:r>
        <w:rPr>
          <w:b/>
          <w:i/>
        </w:rPr>
        <w:t>(Bölüm/Anabilim dalı kurullarında program tasarımıyla ilgili aldığım kararların üst yönetimce desteklendiğini düşünüyorum.)</w:t>
      </w:r>
    </w:p>
    <w:p w14:paraId="759294B8" w14:textId="77777777" w:rsidR="009F14C8" w:rsidRDefault="00000000">
      <w:r>
        <w:t>Katılımcıların; 21'i (%48,8) Kesinlikle Katılıyorum, 13'i (%30,2) Katılıyorum, 6'i (%14,0) Kararsızım, 3'i (%7,0) Katılmıyorum, 0'i (%0,0) Kesinlikle Katılmıyorum şeklinde görüş bildirmiştir. Bu maddeye geçerli yanıt veren katılımcı sayısı 43'dir.</w:t>
      </w:r>
    </w:p>
    <w:p w14:paraId="13605088" w14:textId="77777777" w:rsidR="009F14C8" w:rsidRDefault="00000000">
      <w:r>
        <w:t>Ortalama puanın 4,21/5,00 olması, olumlu görüş oranının %79,1, kararsız görüş oranının %14,0 ve olumsuz görüş oranının %7,0 düzeyinde gerçekleşmesi bu sonuçlar, ilgili alanda akademik personel memnuniyetinin güçlü düzeyde olduğunu ve mevcut uygulamaların genel olarak olumlu değerlendirildiğini göstermektedir.</w:t>
      </w:r>
    </w:p>
    <w:tbl>
      <w:tblPr>
        <w:tblStyle w:val="TabloKlavuzu"/>
        <w:tblW w:w="0" w:type="auto"/>
        <w:jc w:val="center"/>
        <w:tblLook w:val="04A0" w:firstRow="1" w:lastRow="0" w:firstColumn="1" w:lastColumn="0" w:noHBand="0" w:noVBand="1"/>
      </w:tblPr>
      <w:tblGrid>
        <w:gridCol w:w="3173"/>
        <w:gridCol w:w="3173"/>
        <w:gridCol w:w="3173"/>
      </w:tblGrid>
      <w:tr w:rsidR="009F14C8" w14:paraId="7BDDC221" w14:textId="77777777">
        <w:trPr>
          <w:jc w:val="center"/>
        </w:trPr>
        <w:tc>
          <w:tcPr>
            <w:tcW w:w="3173" w:type="dxa"/>
            <w:vAlign w:val="center"/>
          </w:tcPr>
          <w:p w14:paraId="70FE2448" w14:textId="77777777" w:rsidR="009F14C8" w:rsidRDefault="00000000">
            <w:pPr>
              <w:spacing w:after="0"/>
            </w:pPr>
            <w:r>
              <w:rPr>
                <w:sz w:val="18"/>
              </w:rPr>
              <w:t>Seçenek</w:t>
            </w:r>
          </w:p>
        </w:tc>
        <w:tc>
          <w:tcPr>
            <w:tcW w:w="3173" w:type="dxa"/>
            <w:vAlign w:val="center"/>
          </w:tcPr>
          <w:p w14:paraId="60C2C4CE" w14:textId="77777777" w:rsidR="009F14C8" w:rsidRDefault="00000000">
            <w:pPr>
              <w:spacing w:after="0"/>
            </w:pPr>
            <w:r>
              <w:rPr>
                <w:sz w:val="18"/>
              </w:rPr>
              <w:t>Frekans</w:t>
            </w:r>
          </w:p>
        </w:tc>
        <w:tc>
          <w:tcPr>
            <w:tcW w:w="3173" w:type="dxa"/>
            <w:vAlign w:val="center"/>
          </w:tcPr>
          <w:p w14:paraId="2B050D58" w14:textId="77777777" w:rsidR="009F14C8" w:rsidRDefault="00000000">
            <w:pPr>
              <w:spacing w:after="0"/>
            </w:pPr>
            <w:r>
              <w:rPr>
                <w:sz w:val="18"/>
              </w:rPr>
              <w:t>Oran</w:t>
            </w:r>
          </w:p>
        </w:tc>
      </w:tr>
      <w:tr w:rsidR="009F14C8" w14:paraId="55C07A43" w14:textId="77777777">
        <w:trPr>
          <w:jc w:val="center"/>
        </w:trPr>
        <w:tc>
          <w:tcPr>
            <w:tcW w:w="3173" w:type="dxa"/>
            <w:vAlign w:val="center"/>
          </w:tcPr>
          <w:p w14:paraId="056D720A" w14:textId="77777777" w:rsidR="009F14C8" w:rsidRDefault="00000000">
            <w:pPr>
              <w:spacing w:after="0"/>
            </w:pPr>
            <w:r>
              <w:rPr>
                <w:sz w:val="18"/>
              </w:rPr>
              <w:t>5 = Kesinlikle Katılıyorum</w:t>
            </w:r>
          </w:p>
        </w:tc>
        <w:tc>
          <w:tcPr>
            <w:tcW w:w="3173" w:type="dxa"/>
            <w:vAlign w:val="center"/>
          </w:tcPr>
          <w:p w14:paraId="52BC9B76" w14:textId="77777777" w:rsidR="009F14C8" w:rsidRDefault="00000000">
            <w:pPr>
              <w:spacing w:after="0"/>
            </w:pPr>
            <w:r>
              <w:rPr>
                <w:sz w:val="18"/>
              </w:rPr>
              <w:t>21</w:t>
            </w:r>
          </w:p>
        </w:tc>
        <w:tc>
          <w:tcPr>
            <w:tcW w:w="3173" w:type="dxa"/>
            <w:vAlign w:val="center"/>
          </w:tcPr>
          <w:p w14:paraId="28A4CFB1" w14:textId="77777777" w:rsidR="009F14C8" w:rsidRDefault="00000000">
            <w:pPr>
              <w:spacing w:after="0"/>
            </w:pPr>
            <w:r>
              <w:rPr>
                <w:sz w:val="18"/>
              </w:rPr>
              <w:t>%48,8</w:t>
            </w:r>
          </w:p>
        </w:tc>
      </w:tr>
      <w:tr w:rsidR="009F14C8" w14:paraId="5BA89C95" w14:textId="77777777">
        <w:trPr>
          <w:jc w:val="center"/>
        </w:trPr>
        <w:tc>
          <w:tcPr>
            <w:tcW w:w="3173" w:type="dxa"/>
            <w:vAlign w:val="center"/>
          </w:tcPr>
          <w:p w14:paraId="541F48AF" w14:textId="77777777" w:rsidR="009F14C8" w:rsidRDefault="00000000">
            <w:pPr>
              <w:spacing w:after="0"/>
            </w:pPr>
            <w:r>
              <w:rPr>
                <w:sz w:val="18"/>
              </w:rPr>
              <w:lastRenderedPageBreak/>
              <w:t>4 = Katılıyorum</w:t>
            </w:r>
          </w:p>
        </w:tc>
        <w:tc>
          <w:tcPr>
            <w:tcW w:w="3173" w:type="dxa"/>
            <w:vAlign w:val="center"/>
          </w:tcPr>
          <w:p w14:paraId="4F345470" w14:textId="77777777" w:rsidR="009F14C8" w:rsidRDefault="00000000">
            <w:pPr>
              <w:spacing w:after="0"/>
            </w:pPr>
            <w:r>
              <w:rPr>
                <w:sz w:val="18"/>
              </w:rPr>
              <w:t>13</w:t>
            </w:r>
          </w:p>
        </w:tc>
        <w:tc>
          <w:tcPr>
            <w:tcW w:w="3173" w:type="dxa"/>
            <w:vAlign w:val="center"/>
          </w:tcPr>
          <w:p w14:paraId="259837FD" w14:textId="77777777" w:rsidR="009F14C8" w:rsidRDefault="00000000">
            <w:pPr>
              <w:spacing w:after="0"/>
            </w:pPr>
            <w:r>
              <w:rPr>
                <w:sz w:val="18"/>
              </w:rPr>
              <w:t>%30,2</w:t>
            </w:r>
          </w:p>
        </w:tc>
      </w:tr>
      <w:tr w:rsidR="009F14C8" w14:paraId="435A890E" w14:textId="77777777">
        <w:trPr>
          <w:jc w:val="center"/>
        </w:trPr>
        <w:tc>
          <w:tcPr>
            <w:tcW w:w="3173" w:type="dxa"/>
            <w:vAlign w:val="center"/>
          </w:tcPr>
          <w:p w14:paraId="6E8BD864" w14:textId="77777777" w:rsidR="009F14C8" w:rsidRDefault="00000000">
            <w:pPr>
              <w:spacing w:after="0"/>
            </w:pPr>
            <w:r>
              <w:rPr>
                <w:sz w:val="18"/>
              </w:rPr>
              <w:t>3 = Kararsızım</w:t>
            </w:r>
          </w:p>
        </w:tc>
        <w:tc>
          <w:tcPr>
            <w:tcW w:w="3173" w:type="dxa"/>
            <w:vAlign w:val="center"/>
          </w:tcPr>
          <w:p w14:paraId="05F9737C" w14:textId="77777777" w:rsidR="009F14C8" w:rsidRDefault="00000000">
            <w:pPr>
              <w:spacing w:after="0"/>
            </w:pPr>
            <w:r>
              <w:rPr>
                <w:sz w:val="18"/>
              </w:rPr>
              <w:t>6</w:t>
            </w:r>
          </w:p>
        </w:tc>
        <w:tc>
          <w:tcPr>
            <w:tcW w:w="3173" w:type="dxa"/>
            <w:vAlign w:val="center"/>
          </w:tcPr>
          <w:p w14:paraId="4DD018F7" w14:textId="77777777" w:rsidR="009F14C8" w:rsidRDefault="00000000">
            <w:pPr>
              <w:spacing w:after="0"/>
            </w:pPr>
            <w:r>
              <w:rPr>
                <w:sz w:val="18"/>
              </w:rPr>
              <w:t>%14,0</w:t>
            </w:r>
          </w:p>
        </w:tc>
      </w:tr>
      <w:tr w:rsidR="009F14C8" w14:paraId="67C9C146" w14:textId="77777777">
        <w:trPr>
          <w:jc w:val="center"/>
        </w:trPr>
        <w:tc>
          <w:tcPr>
            <w:tcW w:w="3173" w:type="dxa"/>
            <w:vAlign w:val="center"/>
          </w:tcPr>
          <w:p w14:paraId="0348C950" w14:textId="77777777" w:rsidR="009F14C8" w:rsidRDefault="00000000">
            <w:pPr>
              <w:spacing w:after="0"/>
            </w:pPr>
            <w:r>
              <w:rPr>
                <w:sz w:val="18"/>
              </w:rPr>
              <w:t>2 = Katılmıyorum</w:t>
            </w:r>
          </w:p>
        </w:tc>
        <w:tc>
          <w:tcPr>
            <w:tcW w:w="3173" w:type="dxa"/>
            <w:vAlign w:val="center"/>
          </w:tcPr>
          <w:p w14:paraId="1A5FB2C5" w14:textId="77777777" w:rsidR="009F14C8" w:rsidRDefault="00000000">
            <w:pPr>
              <w:spacing w:after="0"/>
            </w:pPr>
            <w:r>
              <w:rPr>
                <w:sz w:val="18"/>
              </w:rPr>
              <w:t>3</w:t>
            </w:r>
          </w:p>
        </w:tc>
        <w:tc>
          <w:tcPr>
            <w:tcW w:w="3173" w:type="dxa"/>
            <w:vAlign w:val="center"/>
          </w:tcPr>
          <w:p w14:paraId="6459E597" w14:textId="77777777" w:rsidR="009F14C8" w:rsidRDefault="00000000">
            <w:pPr>
              <w:spacing w:after="0"/>
            </w:pPr>
            <w:r>
              <w:rPr>
                <w:sz w:val="18"/>
              </w:rPr>
              <w:t>%7,0</w:t>
            </w:r>
          </w:p>
        </w:tc>
      </w:tr>
      <w:tr w:rsidR="009F14C8" w14:paraId="74406349" w14:textId="77777777">
        <w:trPr>
          <w:jc w:val="center"/>
        </w:trPr>
        <w:tc>
          <w:tcPr>
            <w:tcW w:w="3173" w:type="dxa"/>
            <w:vAlign w:val="center"/>
          </w:tcPr>
          <w:p w14:paraId="42087817" w14:textId="77777777" w:rsidR="009F14C8" w:rsidRDefault="00000000">
            <w:pPr>
              <w:spacing w:after="0"/>
            </w:pPr>
            <w:r>
              <w:rPr>
                <w:sz w:val="18"/>
              </w:rPr>
              <w:t>1 = Kesinlikle Katılmıyorum</w:t>
            </w:r>
          </w:p>
        </w:tc>
        <w:tc>
          <w:tcPr>
            <w:tcW w:w="3173" w:type="dxa"/>
            <w:vAlign w:val="center"/>
          </w:tcPr>
          <w:p w14:paraId="59F3E624" w14:textId="77777777" w:rsidR="009F14C8" w:rsidRDefault="00000000">
            <w:pPr>
              <w:spacing w:after="0"/>
            </w:pPr>
            <w:r>
              <w:rPr>
                <w:sz w:val="18"/>
              </w:rPr>
              <w:t>0</w:t>
            </w:r>
          </w:p>
        </w:tc>
        <w:tc>
          <w:tcPr>
            <w:tcW w:w="3173" w:type="dxa"/>
            <w:vAlign w:val="center"/>
          </w:tcPr>
          <w:p w14:paraId="7CD0E078" w14:textId="77777777" w:rsidR="009F14C8" w:rsidRDefault="00000000">
            <w:pPr>
              <w:spacing w:after="0"/>
            </w:pPr>
            <w:r>
              <w:rPr>
                <w:sz w:val="18"/>
              </w:rPr>
              <w:t>%0,0</w:t>
            </w:r>
          </w:p>
        </w:tc>
      </w:tr>
      <w:tr w:rsidR="009F14C8" w14:paraId="75B52F3C" w14:textId="77777777">
        <w:trPr>
          <w:jc w:val="center"/>
        </w:trPr>
        <w:tc>
          <w:tcPr>
            <w:tcW w:w="3173" w:type="dxa"/>
            <w:vAlign w:val="center"/>
          </w:tcPr>
          <w:p w14:paraId="652DE5EC" w14:textId="77777777" w:rsidR="009F14C8" w:rsidRDefault="00000000">
            <w:pPr>
              <w:spacing w:after="0"/>
            </w:pPr>
            <w:r>
              <w:rPr>
                <w:sz w:val="18"/>
              </w:rPr>
              <w:t>Ortalama</w:t>
            </w:r>
          </w:p>
        </w:tc>
        <w:tc>
          <w:tcPr>
            <w:tcW w:w="3173" w:type="dxa"/>
            <w:vAlign w:val="center"/>
          </w:tcPr>
          <w:p w14:paraId="2CDA790F" w14:textId="77777777" w:rsidR="009F14C8" w:rsidRDefault="009F14C8">
            <w:pPr>
              <w:spacing w:after="0"/>
            </w:pPr>
          </w:p>
        </w:tc>
        <w:tc>
          <w:tcPr>
            <w:tcW w:w="3173" w:type="dxa"/>
            <w:vAlign w:val="center"/>
          </w:tcPr>
          <w:p w14:paraId="5463049F" w14:textId="77777777" w:rsidR="009F14C8" w:rsidRDefault="00000000">
            <w:pPr>
              <w:spacing w:after="0"/>
            </w:pPr>
            <w:r>
              <w:rPr>
                <w:sz w:val="18"/>
              </w:rPr>
              <w:t>4,21 / 5,00</w:t>
            </w:r>
          </w:p>
        </w:tc>
      </w:tr>
    </w:tbl>
    <w:p w14:paraId="42E20B14" w14:textId="77777777" w:rsidR="009F14C8" w:rsidRDefault="00000000">
      <w:r>
        <w:rPr>
          <w:noProof/>
        </w:rPr>
        <w:drawing>
          <wp:inline distT="0" distB="0" distL="0" distR="0" wp14:anchorId="11A9F553" wp14:editId="40353BB5">
            <wp:extent cx="4343400" cy="245352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02.png"/>
                    <pic:cNvPicPr/>
                  </pic:nvPicPr>
                  <pic:blipFill>
                    <a:blip r:embed="rId12"/>
                    <a:stretch>
                      <a:fillRect/>
                    </a:stretch>
                  </pic:blipFill>
                  <pic:spPr>
                    <a:xfrm>
                      <a:off x="0" y="0"/>
                      <a:ext cx="4343400" cy="2453523"/>
                    </a:xfrm>
                    <a:prstGeom prst="rect">
                      <a:avLst/>
                    </a:prstGeom>
                  </pic:spPr>
                </pic:pic>
              </a:graphicData>
            </a:graphic>
          </wp:inline>
        </w:drawing>
      </w:r>
    </w:p>
    <w:p w14:paraId="74CFE8E3" w14:textId="77777777" w:rsidR="009F14C8" w:rsidRDefault="00000000">
      <w:pPr>
        <w:pStyle w:val="Balk3"/>
      </w:pPr>
      <w:bookmarkStart w:id="8" w:name="_Toc232111711"/>
      <w:r>
        <w:t>5.3. Madde 3’e İlişkin Bulgular</w:t>
      </w:r>
      <w:bookmarkEnd w:id="8"/>
    </w:p>
    <w:p w14:paraId="67263882" w14:textId="77777777" w:rsidR="009F14C8" w:rsidRDefault="00000000">
      <w:r>
        <w:rPr>
          <w:b/>
          <w:i/>
        </w:rPr>
        <w:t>(Programın amaç ve çıktıları hazırlanırken/güncellenirken paydaş (öğrenci, mezun, işveren, meslek odaları vb.) görüşlerinin sisteme entegre edildiğine inanıyorum.)</w:t>
      </w:r>
    </w:p>
    <w:p w14:paraId="4052D0BB" w14:textId="77777777" w:rsidR="009F14C8" w:rsidRDefault="00000000">
      <w:r>
        <w:t>Katılımcıların; 18'i (%41,9) Kesinlikle Katılıyorum, 11'i (%25,6) Katılıyorum, 10'i (%23,3) Kararsızım, 3'i (%7,0) Katılmıyorum, 1'i (%2,3) Kesinlikle Katılmıyorum şeklinde görüş bildirmiştir. Bu maddeye geçerli yanıt veren katılımcı sayısı 43'dir.</w:t>
      </w:r>
    </w:p>
    <w:p w14:paraId="441E794A" w14:textId="77777777" w:rsidR="009F14C8" w:rsidRDefault="00000000">
      <w:r>
        <w:t>Ortalama puanın 3,98/5,00 olması, olumlu görüş oranının %67,4, kararsız görüş oranının %23,3 ve olumsuz görüş oranının %9,3 düzeyinde gerçekleşmesi bu sonuçlar, ilgili alanda genel eğilimin olumlu olduğunu; bununla birlikte kararsız ve olumsuz görüşlerin de iyileştirme süreçlerinde dikkate alınması gerektiğini göstermektedir.</w:t>
      </w:r>
    </w:p>
    <w:tbl>
      <w:tblPr>
        <w:tblStyle w:val="TabloKlavuzu"/>
        <w:tblW w:w="0" w:type="auto"/>
        <w:jc w:val="center"/>
        <w:tblLook w:val="04A0" w:firstRow="1" w:lastRow="0" w:firstColumn="1" w:lastColumn="0" w:noHBand="0" w:noVBand="1"/>
      </w:tblPr>
      <w:tblGrid>
        <w:gridCol w:w="3173"/>
        <w:gridCol w:w="3173"/>
        <w:gridCol w:w="3173"/>
      </w:tblGrid>
      <w:tr w:rsidR="009F14C8" w14:paraId="31B11136" w14:textId="77777777">
        <w:trPr>
          <w:jc w:val="center"/>
        </w:trPr>
        <w:tc>
          <w:tcPr>
            <w:tcW w:w="3173" w:type="dxa"/>
            <w:vAlign w:val="center"/>
          </w:tcPr>
          <w:p w14:paraId="601FE02D" w14:textId="77777777" w:rsidR="009F14C8" w:rsidRDefault="00000000">
            <w:pPr>
              <w:spacing w:after="0"/>
            </w:pPr>
            <w:r>
              <w:rPr>
                <w:sz w:val="18"/>
              </w:rPr>
              <w:t>Seçenek</w:t>
            </w:r>
          </w:p>
        </w:tc>
        <w:tc>
          <w:tcPr>
            <w:tcW w:w="3173" w:type="dxa"/>
            <w:vAlign w:val="center"/>
          </w:tcPr>
          <w:p w14:paraId="41E80573" w14:textId="77777777" w:rsidR="009F14C8" w:rsidRDefault="00000000">
            <w:pPr>
              <w:spacing w:after="0"/>
            </w:pPr>
            <w:r>
              <w:rPr>
                <w:sz w:val="18"/>
              </w:rPr>
              <w:t>Frekans</w:t>
            </w:r>
          </w:p>
        </w:tc>
        <w:tc>
          <w:tcPr>
            <w:tcW w:w="3173" w:type="dxa"/>
            <w:vAlign w:val="center"/>
          </w:tcPr>
          <w:p w14:paraId="7D25E437" w14:textId="77777777" w:rsidR="009F14C8" w:rsidRDefault="00000000">
            <w:pPr>
              <w:spacing w:after="0"/>
            </w:pPr>
            <w:r>
              <w:rPr>
                <w:sz w:val="18"/>
              </w:rPr>
              <w:t>Oran</w:t>
            </w:r>
          </w:p>
        </w:tc>
      </w:tr>
      <w:tr w:rsidR="009F14C8" w14:paraId="6608807E" w14:textId="77777777">
        <w:trPr>
          <w:jc w:val="center"/>
        </w:trPr>
        <w:tc>
          <w:tcPr>
            <w:tcW w:w="3173" w:type="dxa"/>
            <w:vAlign w:val="center"/>
          </w:tcPr>
          <w:p w14:paraId="70EE0893" w14:textId="77777777" w:rsidR="009F14C8" w:rsidRDefault="00000000">
            <w:pPr>
              <w:spacing w:after="0"/>
            </w:pPr>
            <w:r>
              <w:rPr>
                <w:sz w:val="18"/>
              </w:rPr>
              <w:t>5 = Kesinlikle Katılıyorum</w:t>
            </w:r>
          </w:p>
        </w:tc>
        <w:tc>
          <w:tcPr>
            <w:tcW w:w="3173" w:type="dxa"/>
            <w:vAlign w:val="center"/>
          </w:tcPr>
          <w:p w14:paraId="76CBE5F0" w14:textId="77777777" w:rsidR="009F14C8" w:rsidRDefault="00000000">
            <w:pPr>
              <w:spacing w:after="0"/>
            </w:pPr>
            <w:r>
              <w:rPr>
                <w:sz w:val="18"/>
              </w:rPr>
              <w:t>18</w:t>
            </w:r>
          </w:p>
        </w:tc>
        <w:tc>
          <w:tcPr>
            <w:tcW w:w="3173" w:type="dxa"/>
            <w:vAlign w:val="center"/>
          </w:tcPr>
          <w:p w14:paraId="07410FD1" w14:textId="77777777" w:rsidR="009F14C8" w:rsidRDefault="00000000">
            <w:pPr>
              <w:spacing w:after="0"/>
            </w:pPr>
            <w:r>
              <w:rPr>
                <w:sz w:val="18"/>
              </w:rPr>
              <w:t>%41,9</w:t>
            </w:r>
          </w:p>
        </w:tc>
      </w:tr>
      <w:tr w:rsidR="009F14C8" w14:paraId="09EDC783" w14:textId="77777777">
        <w:trPr>
          <w:jc w:val="center"/>
        </w:trPr>
        <w:tc>
          <w:tcPr>
            <w:tcW w:w="3173" w:type="dxa"/>
            <w:vAlign w:val="center"/>
          </w:tcPr>
          <w:p w14:paraId="6F364B1F" w14:textId="77777777" w:rsidR="009F14C8" w:rsidRDefault="00000000">
            <w:pPr>
              <w:spacing w:after="0"/>
            </w:pPr>
            <w:r>
              <w:rPr>
                <w:sz w:val="18"/>
              </w:rPr>
              <w:t>4 = Katılıyorum</w:t>
            </w:r>
          </w:p>
        </w:tc>
        <w:tc>
          <w:tcPr>
            <w:tcW w:w="3173" w:type="dxa"/>
            <w:vAlign w:val="center"/>
          </w:tcPr>
          <w:p w14:paraId="10ECCCF1" w14:textId="77777777" w:rsidR="009F14C8" w:rsidRDefault="00000000">
            <w:pPr>
              <w:spacing w:after="0"/>
            </w:pPr>
            <w:r>
              <w:rPr>
                <w:sz w:val="18"/>
              </w:rPr>
              <w:t>11</w:t>
            </w:r>
          </w:p>
        </w:tc>
        <w:tc>
          <w:tcPr>
            <w:tcW w:w="3173" w:type="dxa"/>
            <w:vAlign w:val="center"/>
          </w:tcPr>
          <w:p w14:paraId="677EE395" w14:textId="77777777" w:rsidR="009F14C8" w:rsidRDefault="00000000">
            <w:pPr>
              <w:spacing w:after="0"/>
            </w:pPr>
            <w:r>
              <w:rPr>
                <w:sz w:val="18"/>
              </w:rPr>
              <w:t>%25,6</w:t>
            </w:r>
          </w:p>
        </w:tc>
      </w:tr>
      <w:tr w:rsidR="009F14C8" w14:paraId="235BB147" w14:textId="77777777">
        <w:trPr>
          <w:jc w:val="center"/>
        </w:trPr>
        <w:tc>
          <w:tcPr>
            <w:tcW w:w="3173" w:type="dxa"/>
            <w:vAlign w:val="center"/>
          </w:tcPr>
          <w:p w14:paraId="020BB427" w14:textId="77777777" w:rsidR="009F14C8" w:rsidRDefault="00000000">
            <w:pPr>
              <w:spacing w:after="0"/>
            </w:pPr>
            <w:r>
              <w:rPr>
                <w:sz w:val="18"/>
              </w:rPr>
              <w:t>3 = Kararsızım</w:t>
            </w:r>
          </w:p>
        </w:tc>
        <w:tc>
          <w:tcPr>
            <w:tcW w:w="3173" w:type="dxa"/>
            <w:vAlign w:val="center"/>
          </w:tcPr>
          <w:p w14:paraId="160ADB31" w14:textId="77777777" w:rsidR="009F14C8" w:rsidRDefault="00000000">
            <w:pPr>
              <w:spacing w:after="0"/>
            </w:pPr>
            <w:r>
              <w:rPr>
                <w:sz w:val="18"/>
              </w:rPr>
              <w:t>10</w:t>
            </w:r>
          </w:p>
        </w:tc>
        <w:tc>
          <w:tcPr>
            <w:tcW w:w="3173" w:type="dxa"/>
            <w:vAlign w:val="center"/>
          </w:tcPr>
          <w:p w14:paraId="3987A1EC" w14:textId="77777777" w:rsidR="009F14C8" w:rsidRDefault="00000000">
            <w:pPr>
              <w:spacing w:after="0"/>
            </w:pPr>
            <w:r>
              <w:rPr>
                <w:sz w:val="18"/>
              </w:rPr>
              <w:t>%23,3</w:t>
            </w:r>
          </w:p>
        </w:tc>
      </w:tr>
      <w:tr w:rsidR="009F14C8" w14:paraId="6414DB79" w14:textId="77777777">
        <w:trPr>
          <w:jc w:val="center"/>
        </w:trPr>
        <w:tc>
          <w:tcPr>
            <w:tcW w:w="3173" w:type="dxa"/>
            <w:vAlign w:val="center"/>
          </w:tcPr>
          <w:p w14:paraId="0FACC2C5" w14:textId="77777777" w:rsidR="009F14C8" w:rsidRDefault="00000000">
            <w:pPr>
              <w:spacing w:after="0"/>
            </w:pPr>
            <w:r>
              <w:rPr>
                <w:sz w:val="18"/>
              </w:rPr>
              <w:t>2 = Katılmıyorum</w:t>
            </w:r>
          </w:p>
        </w:tc>
        <w:tc>
          <w:tcPr>
            <w:tcW w:w="3173" w:type="dxa"/>
            <w:vAlign w:val="center"/>
          </w:tcPr>
          <w:p w14:paraId="71B8A81A" w14:textId="77777777" w:rsidR="009F14C8" w:rsidRDefault="00000000">
            <w:pPr>
              <w:spacing w:after="0"/>
            </w:pPr>
            <w:r>
              <w:rPr>
                <w:sz w:val="18"/>
              </w:rPr>
              <w:t>3</w:t>
            </w:r>
          </w:p>
        </w:tc>
        <w:tc>
          <w:tcPr>
            <w:tcW w:w="3173" w:type="dxa"/>
            <w:vAlign w:val="center"/>
          </w:tcPr>
          <w:p w14:paraId="5415D18C" w14:textId="77777777" w:rsidR="009F14C8" w:rsidRDefault="00000000">
            <w:pPr>
              <w:spacing w:after="0"/>
            </w:pPr>
            <w:r>
              <w:rPr>
                <w:sz w:val="18"/>
              </w:rPr>
              <w:t>%7,0</w:t>
            </w:r>
          </w:p>
        </w:tc>
      </w:tr>
      <w:tr w:rsidR="009F14C8" w14:paraId="6F36DDC4" w14:textId="77777777">
        <w:trPr>
          <w:jc w:val="center"/>
        </w:trPr>
        <w:tc>
          <w:tcPr>
            <w:tcW w:w="3173" w:type="dxa"/>
            <w:vAlign w:val="center"/>
          </w:tcPr>
          <w:p w14:paraId="0F349537" w14:textId="77777777" w:rsidR="009F14C8" w:rsidRDefault="00000000">
            <w:pPr>
              <w:spacing w:after="0"/>
            </w:pPr>
            <w:r>
              <w:rPr>
                <w:sz w:val="18"/>
              </w:rPr>
              <w:t>1 = Kesinlikle Katılmıyorum</w:t>
            </w:r>
          </w:p>
        </w:tc>
        <w:tc>
          <w:tcPr>
            <w:tcW w:w="3173" w:type="dxa"/>
            <w:vAlign w:val="center"/>
          </w:tcPr>
          <w:p w14:paraId="6F4D13CD" w14:textId="77777777" w:rsidR="009F14C8" w:rsidRDefault="00000000">
            <w:pPr>
              <w:spacing w:after="0"/>
            </w:pPr>
            <w:r>
              <w:rPr>
                <w:sz w:val="18"/>
              </w:rPr>
              <w:t>1</w:t>
            </w:r>
          </w:p>
        </w:tc>
        <w:tc>
          <w:tcPr>
            <w:tcW w:w="3173" w:type="dxa"/>
            <w:vAlign w:val="center"/>
          </w:tcPr>
          <w:p w14:paraId="7AFDA1D8" w14:textId="77777777" w:rsidR="009F14C8" w:rsidRDefault="00000000">
            <w:pPr>
              <w:spacing w:after="0"/>
            </w:pPr>
            <w:r>
              <w:rPr>
                <w:sz w:val="18"/>
              </w:rPr>
              <w:t>%2,3</w:t>
            </w:r>
          </w:p>
        </w:tc>
      </w:tr>
      <w:tr w:rsidR="009F14C8" w14:paraId="152A22B3" w14:textId="77777777">
        <w:trPr>
          <w:jc w:val="center"/>
        </w:trPr>
        <w:tc>
          <w:tcPr>
            <w:tcW w:w="3173" w:type="dxa"/>
            <w:vAlign w:val="center"/>
          </w:tcPr>
          <w:p w14:paraId="26E6A39D" w14:textId="77777777" w:rsidR="009F14C8" w:rsidRDefault="00000000">
            <w:pPr>
              <w:spacing w:after="0"/>
            </w:pPr>
            <w:r>
              <w:rPr>
                <w:sz w:val="18"/>
              </w:rPr>
              <w:t>Ortalama</w:t>
            </w:r>
          </w:p>
        </w:tc>
        <w:tc>
          <w:tcPr>
            <w:tcW w:w="3173" w:type="dxa"/>
            <w:vAlign w:val="center"/>
          </w:tcPr>
          <w:p w14:paraId="791F77CD" w14:textId="77777777" w:rsidR="009F14C8" w:rsidRDefault="009F14C8">
            <w:pPr>
              <w:spacing w:after="0"/>
            </w:pPr>
          </w:p>
        </w:tc>
        <w:tc>
          <w:tcPr>
            <w:tcW w:w="3173" w:type="dxa"/>
            <w:vAlign w:val="center"/>
          </w:tcPr>
          <w:p w14:paraId="4743F566" w14:textId="77777777" w:rsidR="009F14C8" w:rsidRDefault="00000000">
            <w:pPr>
              <w:spacing w:after="0"/>
            </w:pPr>
            <w:r>
              <w:rPr>
                <w:sz w:val="18"/>
              </w:rPr>
              <w:t>3,98 / 5,00</w:t>
            </w:r>
          </w:p>
        </w:tc>
      </w:tr>
    </w:tbl>
    <w:p w14:paraId="0C81DBF0" w14:textId="77777777" w:rsidR="009F14C8" w:rsidRDefault="00000000">
      <w:r>
        <w:rPr>
          <w:noProof/>
        </w:rPr>
        <w:lastRenderedPageBreak/>
        <w:drawing>
          <wp:inline distT="0" distB="0" distL="0" distR="0" wp14:anchorId="55405E54" wp14:editId="216F929C">
            <wp:extent cx="4343400" cy="245352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03.png"/>
                    <pic:cNvPicPr/>
                  </pic:nvPicPr>
                  <pic:blipFill>
                    <a:blip r:embed="rId13"/>
                    <a:stretch>
                      <a:fillRect/>
                    </a:stretch>
                  </pic:blipFill>
                  <pic:spPr>
                    <a:xfrm>
                      <a:off x="0" y="0"/>
                      <a:ext cx="4343400" cy="2453523"/>
                    </a:xfrm>
                    <a:prstGeom prst="rect">
                      <a:avLst/>
                    </a:prstGeom>
                  </pic:spPr>
                </pic:pic>
              </a:graphicData>
            </a:graphic>
          </wp:inline>
        </w:drawing>
      </w:r>
    </w:p>
    <w:p w14:paraId="6CDF2E6C" w14:textId="77777777" w:rsidR="009F14C8" w:rsidRDefault="00000000">
      <w:pPr>
        <w:pStyle w:val="Balk3"/>
      </w:pPr>
      <w:bookmarkStart w:id="9" w:name="_Toc232111712"/>
      <w:r>
        <w:t>5.4. Madde 4’e İlişkin Bulgular</w:t>
      </w:r>
      <w:bookmarkEnd w:id="9"/>
    </w:p>
    <w:p w14:paraId="4904D3D4" w14:textId="77777777" w:rsidR="009F14C8" w:rsidRDefault="00000000">
      <w:r>
        <w:rPr>
          <w:b/>
          <w:i/>
        </w:rPr>
        <w:t>(Üzerimdeki ders yükünün (teorik, laboratuvar ve klinik uygulamalar), akademik araştırma ve idari görevlerimle dengeli bir şekilde dağıtıldığını düşünüyorum.)</w:t>
      </w:r>
    </w:p>
    <w:p w14:paraId="593F49C0" w14:textId="77777777" w:rsidR="009F14C8" w:rsidRDefault="00000000">
      <w:r>
        <w:t>Katılımcıların; 24'i (%55,8) Kesinlikle Katılıyorum, 10'i (%23,3) Katılıyorum, 4'i (%9,3) Kararsızım, 3'i (%7,0) Katılmıyorum, 2'i (%4,7) Kesinlikle Katılmıyorum şeklinde görüş bildirmiştir. Bu maddeye geçerli yanıt veren katılımcı sayısı 43'dir.</w:t>
      </w:r>
    </w:p>
    <w:p w14:paraId="6BFD2D81" w14:textId="77777777" w:rsidR="009F14C8" w:rsidRDefault="00000000">
      <w:r>
        <w:t>Ortalama puanın 4,19/5,00 olması, olumlu görüş oranının %79,1, kararsız görüş oranının %9,3 ve olumsuz görüş oranının %11,6 düzeyinde gerçekleşmesi bu sonuçlar, ilgili alanda akademik personel memnuniyetinin güçlü düzeyde olduğunu ve mevcut uygulamaların genel olarak olumlu değerlendirildiğini göstermektedir.</w:t>
      </w:r>
    </w:p>
    <w:tbl>
      <w:tblPr>
        <w:tblStyle w:val="TabloKlavuzu"/>
        <w:tblW w:w="0" w:type="auto"/>
        <w:jc w:val="center"/>
        <w:tblLook w:val="04A0" w:firstRow="1" w:lastRow="0" w:firstColumn="1" w:lastColumn="0" w:noHBand="0" w:noVBand="1"/>
      </w:tblPr>
      <w:tblGrid>
        <w:gridCol w:w="3173"/>
        <w:gridCol w:w="3173"/>
        <w:gridCol w:w="3173"/>
      </w:tblGrid>
      <w:tr w:rsidR="009F14C8" w14:paraId="2D2555A6" w14:textId="77777777">
        <w:trPr>
          <w:jc w:val="center"/>
        </w:trPr>
        <w:tc>
          <w:tcPr>
            <w:tcW w:w="3173" w:type="dxa"/>
            <w:vAlign w:val="center"/>
          </w:tcPr>
          <w:p w14:paraId="6AC79723" w14:textId="77777777" w:rsidR="009F14C8" w:rsidRDefault="00000000">
            <w:pPr>
              <w:spacing w:after="0"/>
            </w:pPr>
            <w:r>
              <w:rPr>
                <w:sz w:val="18"/>
              </w:rPr>
              <w:t>Seçenek</w:t>
            </w:r>
          </w:p>
        </w:tc>
        <w:tc>
          <w:tcPr>
            <w:tcW w:w="3173" w:type="dxa"/>
            <w:vAlign w:val="center"/>
          </w:tcPr>
          <w:p w14:paraId="05FDFB80" w14:textId="77777777" w:rsidR="009F14C8" w:rsidRDefault="00000000">
            <w:pPr>
              <w:spacing w:after="0"/>
            </w:pPr>
            <w:r>
              <w:rPr>
                <w:sz w:val="18"/>
              </w:rPr>
              <w:t>Frekans</w:t>
            </w:r>
          </w:p>
        </w:tc>
        <w:tc>
          <w:tcPr>
            <w:tcW w:w="3173" w:type="dxa"/>
            <w:vAlign w:val="center"/>
          </w:tcPr>
          <w:p w14:paraId="7BA6129F" w14:textId="77777777" w:rsidR="009F14C8" w:rsidRDefault="00000000">
            <w:pPr>
              <w:spacing w:after="0"/>
            </w:pPr>
            <w:r>
              <w:rPr>
                <w:sz w:val="18"/>
              </w:rPr>
              <w:t>Oran</w:t>
            </w:r>
          </w:p>
        </w:tc>
      </w:tr>
      <w:tr w:rsidR="009F14C8" w14:paraId="07470478" w14:textId="77777777">
        <w:trPr>
          <w:jc w:val="center"/>
        </w:trPr>
        <w:tc>
          <w:tcPr>
            <w:tcW w:w="3173" w:type="dxa"/>
            <w:vAlign w:val="center"/>
          </w:tcPr>
          <w:p w14:paraId="0C538CC3" w14:textId="77777777" w:rsidR="009F14C8" w:rsidRDefault="00000000">
            <w:pPr>
              <w:spacing w:after="0"/>
            </w:pPr>
            <w:r>
              <w:rPr>
                <w:sz w:val="18"/>
              </w:rPr>
              <w:t>5 = Kesinlikle Katılıyorum</w:t>
            </w:r>
          </w:p>
        </w:tc>
        <w:tc>
          <w:tcPr>
            <w:tcW w:w="3173" w:type="dxa"/>
            <w:vAlign w:val="center"/>
          </w:tcPr>
          <w:p w14:paraId="7C4BC4F1" w14:textId="77777777" w:rsidR="009F14C8" w:rsidRDefault="00000000">
            <w:pPr>
              <w:spacing w:after="0"/>
            </w:pPr>
            <w:r>
              <w:rPr>
                <w:sz w:val="18"/>
              </w:rPr>
              <w:t>24</w:t>
            </w:r>
          </w:p>
        </w:tc>
        <w:tc>
          <w:tcPr>
            <w:tcW w:w="3173" w:type="dxa"/>
            <w:vAlign w:val="center"/>
          </w:tcPr>
          <w:p w14:paraId="01CF42EC" w14:textId="77777777" w:rsidR="009F14C8" w:rsidRDefault="00000000">
            <w:pPr>
              <w:spacing w:after="0"/>
            </w:pPr>
            <w:r>
              <w:rPr>
                <w:sz w:val="18"/>
              </w:rPr>
              <w:t>%55,8</w:t>
            </w:r>
          </w:p>
        </w:tc>
      </w:tr>
      <w:tr w:rsidR="009F14C8" w14:paraId="14B293D3" w14:textId="77777777">
        <w:trPr>
          <w:jc w:val="center"/>
        </w:trPr>
        <w:tc>
          <w:tcPr>
            <w:tcW w:w="3173" w:type="dxa"/>
            <w:vAlign w:val="center"/>
          </w:tcPr>
          <w:p w14:paraId="4A8333EE" w14:textId="77777777" w:rsidR="009F14C8" w:rsidRDefault="00000000">
            <w:pPr>
              <w:spacing w:after="0"/>
            </w:pPr>
            <w:r>
              <w:rPr>
                <w:sz w:val="18"/>
              </w:rPr>
              <w:t>4 = Katılıyorum</w:t>
            </w:r>
          </w:p>
        </w:tc>
        <w:tc>
          <w:tcPr>
            <w:tcW w:w="3173" w:type="dxa"/>
            <w:vAlign w:val="center"/>
          </w:tcPr>
          <w:p w14:paraId="266C151C" w14:textId="77777777" w:rsidR="009F14C8" w:rsidRDefault="00000000">
            <w:pPr>
              <w:spacing w:after="0"/>
            </w:pPr>
            <w:r>
              <w:rPr>
                <w:sz w:val="18"/>
              </w:rPr>
              <w:t>10</w:t>
            </w:r>
          </w:p>
        </w:tc>
        <w:tc>
          <w:tcPr>
            <w:tcW w:w="3173" w:type="dxa"/>
            <w:vAlign w:val="center"/>
          </w:tcPr>
          <w:p w14:paraId="1B728DB2" w14:textId="77777777" w:rsidR="009F14C8" w:rsidRDefault="00000000">
            <w:pPr>
              <w:spacing w:after="0"/>
            </w:pPr>
            <w:r>
              <w:rPr>
                <w:sz w:val="18"/>
              </w:rPr>
              <w:t>%23,3</w:t>
            </w:r>
          </w:p>
        </w:tc>
      </w:tr>
      <w:tr w:rsidR="009F14C8" w14:paraId="21A515E4" w14:textId="77777777">
        <w:trPr>
          <w:jc w:val="center"/>
        </w:trPr>
        <w:tc>
          <w:tcPr>
            <w:tcW w:w="3173" w:type="dxa"/>
            <w:vAlign w:val="center"/>
          </w:tcPr>
          <w:p w14:paraId="21DDB4EF" w14:textId="77777777" w:rsidR="009F14C8" w:rsidRDefault="00000000">
            <w:pPr>
              <w:spacing w:after="0"/>
            </w:pPr>
            <w:r>
              <w:rPr>
                <w:sz w:val="18"/>
              </w:rPr>
              <w:t>3 = Kararsızım</w:t>
            </w:r>
          </w:p>
        </w:tc>
        <w:tc>
          <w:tcPr>
            <w:tcW w:w="3173" w:type="dxa"/>
            <w:vAlign w:val="center"/>
          </w:tcPr>
          <w:p w14:paraId="5172FFE7" w14:textId="77777777" w:rsidR="009F14C8" w:rsidRDefault="00000000">
            <w:pPr>
              <w:spacing w:after="0"/>
            </w:pPr>
            <w:r>
              <w:rPr>
                <w:sz w:val="18"/>
              </w:rPr>
              <w:t>4</w:t>
            </w:r>
          </w:p>
        </w:tc>
        <w:tc>
          <w:tcPr>
            <w:tcW w:w="3173" w:type="dxa"/>
            <w:vAlign w:val="center"/>
          </w:tcPr>
          <w:p w14:paraId="43D01AE8" w14:textId="77777777" w:rsidR="009F14C8" w:rsidRDefault="00000000">
            <w:pPr>
              <w:spacing w:after="0"/>
            </w:pPr>
            <w:r>
              <w:rPr>
                <w:sz w:val="18"/>
              </w:rPr>
              <w:t>%9,3</w:t>
            </w:r>
          </w:p>
        </w:tc>
      </w:tr>
      <w:tr w:rsidR="009F14C8" w14:paraId="7B53B86A" w14:textId="77777777">
        <w:trPr>
          <w:jc w:val="center"/>
        </w:trPr>
        <w:tc>
          <w:tcPr>
            <w:tcW w:w="3173" w:type="dxa"/>
            <w:vAlign w:val="center"/>
          </w:tcPr>
          <w:p w14:paraId="55459CF9" w14:textId="77777777" w:rsidR="009F14C8" w:rsidRDefault="00000000">
            <w:pPr>
              <w:spacing w:after="0"/>
            </w:pPr>
            <w:r>
              <w:rPr>
                <w:sz w:val="18"/>
              </w:rPr>
              <w:t>2 = Katılmıyorum</w:t>
            </w:r>
          </w:p>
        </w:tc>
        <w:tc>
          <w:tcPr>
            <w:tcW w:w="3173" w:type="dxa"/>
            <w:vAlign w:val="center"/>
          </w:tcPr>
          <w:p w14:paraId="6AA3F1CB" w14:textId="77777777" w:rsidR="009F14C8" w:rsidRDefault="00000000">
            <w:pPr>
              <w:spacing w:after="0"/>
            </w:pPr>
            <w:r>
              <w:rPr>
                <w:sz w:val="18"/>
              </w:rPr>
              <w:t>3</w:t>
            </w:r>
          </w:p>
        </w:tc>
        <w:tc>
          <w:tcPr>
            <w:tcW w:w="3173" w:type="dxa"/>
            <w:vAlign w:val="center"/>
          </w:tcPr>
          <w:p w14:paraId="2E7FE3D2" w14:textId="77777777" w:rsidR="009F14C8" w:rsidRDefault="00000000">
            <w:pPr>
              <w:spacing w:after="0"/>
            </w:pPr>
            <w:r>
              <w:rPr>
                <w:sz w:val="18"/>
              </w:rPr>
              <w:t>%7,0</w:t>
            </w:r>
          </w:p>
        </w:tc>
      </w:tr>
      <w:tr w:rsidR="009F14C8" w14:paraId="7A72983E" w14:textId="77777777">
        <w:trPr>
          <w:jc w:val="center"/>
        </w:trPr>
        <w:tc>
          <w:tcPr>
            <w:tcW w:w="3173" w:type="dxa"/>
            <w:vAlign w:val="center"/>
          </w:tcPr>
          <w:p w14:paraId="55D6C580" w14:textId="77777777" w:rsidR="009F14C8" w:rsidRDefault="00000000">
            <w:pPr>
              <w:spacing w:after="0"/>
            </w:pPr>
            <w:r>
              <w:rPr>
                <w:sz w:val="18"/>
              </w:rPr>
              <w:t>1 = Kesinlikle Katılmıyorum</w:t>
            </w:r>
          </w:p>
        </w:tc>
        <w:tc>
          <w:tcPr>
            <w:tcW w:w="3173" w:type="dxa"/>
            <w:vAlign w:val="center"/>
          </w:tcPr>
          <w:p w14:paraId="2B63973E" w14:textId="77777777" w:rsidR="009F14C8" w:rsidRDefault="00000000">
            <w:pPr>
              <w:spacing w:after="0"/>
            </w:pPr>
            <w:r>
              <w:rPr>
                <w:sz w:val="18"/>
              </w:rPr>
              <w:t>2</w:t>
            </w:r>
          </w:p>
        </w:tc>
        <w:tc>
          <w:tcPr>
            <w:tcW w:w="3173" w:type="dxa"/>
            <w:vAlign w:val="center"/>
          </w:tcPr>
          <w:p w14:paraId="26ADF3E6" w14:textId="77777777" w:rsidR="009F14C8" w:rsidRDefault="00000000">
            <w:pPr>
              <w:spacing w:after="0"/>
            </w:pPr>
            <w:r>
              <w:rPr>
                <w:sz w:val="18"/>
              </w:rPr>
              <w:t>%4,7</w:t>
            </w:r>
          </w:p>
        </w:tc>
      </w:tr>
      <w:tr w:rsidR="009F14C8" w14:paraId="5D11AD6A" w14:textId="77777777">
        <w:trPr>
          <w:jc w:val="center"/>
        </w:trPr>
        <w:tc>
          <w:tcPr>
            <w:tcW w:w="3173" w:type="dxa"/>
            <w:vAlign w:val="center"/>
          </w:tcPr>
          <w:p w14:paraId="19476CA0" w14:textId="77777777" w:rsidR="009F14C8" w:rsidRDefault="00000000">
            <w:pPr>
              <w:spacing w:after="0"/>
            </w:pPr>
            <w:r>
              <w:rPr>
                <w:sz w:val="18"/>
              </w:rPr>
              <w:t>Ortalama</w:t>
            </w:r>
          </w:p>
        </w:tc>
        <w:tc>
          <w:tcPr>
            <w:tcW w:w="3173" w:type="dxa"/>
            <w:vAlign w:val="center"/>
          </w:tcPr>
          <w:p w14:paraId="641EF164" w14:textId="77777777" w:rsidR="009F14C8" w:rsidRDefault="009F14C8">
            <w:pPr>
              <w:spacing w:after="0"/>
            </w:pPr>
          </w:p>
        </w:tc>
        <w:tc>
          <w:tcPr>
            <w:tcW w:w="3173" w:type="dxa"/>
            <w:vAlign w:val="center"/>
          </w:tcPr>
          <w:p w14:paraId="121F7D2C" w14:textId="77777777" w:rsidR="009F14C8" w:rsidRDefault="00000000">
            <w:pPr>
              <w:spacing w:after="0"/>
            </w:pPr>
            <w:r>
              <w:rPr>
                <w:sz w:val="18"/>
              </w:rPr>
              <w:t>4,19 / 5,00</w:t>
            </w:r>
          </w:p>
        </w:tc>
      </w:tr>
    </w:tbl>
    <w:p w14:paraId="0A36B0B3" w14:textId="77777777" w:rsidR="009F14C8" w:rsidRDefault="00000000">
      <w:r>
        <w:rPr>
          <w:noProof/>
        </w:rPr>
        <w:drawing>
          <wp:inline distT="0" distB="0" distL="0" distR="0" wp14:anchorId="50583932" wp14:editId="63971ACA">
            <wp:extent cx="4343400" cy="245352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04.png"/>
                    <pic:cNvPicPr/>
                  </pic:nvPicPr>
                  <pic:blipFill>
                    <a:blip r:embed="rId14"/>
                    <a:stretch>
                      <a:fillRect/>
                    </a:stretch>
                  </pic:blipFill>
                  <pic:spPr>
                    <a:xfrm>
                      <a:off x="0" y="0"/>
                      <a:ext cx="4343400" cy="2453523"/>
                    </a:xfrm>
                    <a:prstGeom prst="rect">
                      <a:avLst/>
                    </a:prstGeom>
                  </pic:spPr>
                </pic:pic>
              </a:graphicData>
            </a:graphic>
          </wp:inline>
        </w:drawing>
      </w:r>
    </w:p>
    <w:p w14:paraId="6F2579CC" w14:textId="77777777" w:rsidR="009F14C8" w:rsidRDefault="00000000">
      <w:pPr>
        <w:pStyle w:val="Balk3"/>
      </w:pPr>
      <w:bookmarkStart w:id="10" w:name="_Toc232111713"/>
      <w:r>
        <w:lastRenderedPageBreak/>
        <w:t>5.5. Madde 5’e İlişkin Bulgular</w:t>
      </w:r>
      <w:bookmarkEnd w:id="10"/>
    </w:p>
    <w:p w14:paraId="0BBE7ED9" w14:textId="77777777" w:rsidR="009F14C8" w:rsidRDefault="00000000">
      <w:r>
        <w:rPr>
          <w:b/>
          <w:i/>
        </w:rPr>
        <w:t>(Programdaki ders dağılımının, uzmanlık alanımla örtüşecek şekilde adil bir planlamayla yapıldığına inanıyorum.)</w:t>
      </w:r>
    </w:p>
    <w:p w14:paraId="26150880" w14:textId="77777777" w:rsidR="009F14C8" w:rsidRDefault="00000000">
      <w:r>
        <w:t>Katılımcıların; 26'i (%60,5) Kesinlikle Katılıyorum, 11'i (%25,6) Katılıyorum, 4'i (%9,3) Kararsızım, 2'i (%4,7) Katılmıyorum, 0'i (%0,0) Kesinlikle Katılmıyorum şeklinde görüş bildirmiştir. Bu maddeye geçerli yanıt veren katılımcı sayısı 43'dir.</w:t>
      </w:r>
    </w:p>
    <w:p w14:paraId="0FF3DCC9" w14:textId="77777777" w:rsidR="009F14C8" w:rsidRDefault="00000000">
      <w:r>
        <w:t>Ortalama puanın 4,42/5,00 olması, olumlu görüş oranının %86,0, kararsız görüş oranının %9,3 ve olumsuz görüş oranının %4,7 düzeyinde gerçekleşmesi bu sonuçlar, ilgili alanda akademik personel memnuniyetinin güçlü düzeyde olduğunu ve mevcut uygulamaların genel olarak olumlu değerlendirildiğini göstermektedir.</w:t>
      </w:r>
    </w:p>
    <w:tbl>
      <w:tblPr>
        <w:tblStyle w:val="TabloKlavuzu"/>
        <w:tblW w:w="0" w:type="auto"/>
        <w:jc w:val="center"/>
        <w:tblLook w:val="04A0" w:firstRow="1" w:lastRow="0" w:firstColumn="1" w:lastColumn="0" w:noHBand="0" w:noVBand="1"/>
      </w:tblPr>
      <w:tblGrid>
        <w:gridCol w:w="3173"/>
        <w:gridCol w:w="3173"/>
        <w:gridCol w:w="3173"/>
      </w:tblGrid>
      <w:tr w:rsidR="009F14C8" w14:paraId="6892F36A" w14:textId="77777777">
        <w:trPr>
          <w:jc w:val="center"/>
        </w:trPr>
        <w:tc>
          <w:tcPr>
            <w:tcW w:w="3173" w:type="dxa"/>
            <w:vAlign w:val="center"/>
          </w:tcPr>
          <w:p w14:paraId="1969CD09" w14:textId="77777777" w:rsidR="009F14C8" w:rsidRDefault="00000000">
            <w:pPr>
              <w:spacing w:after="0"/>
            </w:pPr>
            <w:r>
              <w:rPr>
                <w:sz w:val="18"/>
              </w:rPr>
              <w:t>Seçenek</w:t>
            </w:r>
          </w:p>
        </w:tc>
        <w:tc>
          <w:tcPr>
            <w:tcW w:w="3173" w:type="dxa"/>
            <w:vAlign w:val="center"/>
          </w:tcPr>
          <w:p w14:paraId="0AEB86B9" w14:textId="77777777" w:rsidR="009F14C8" w:rsidRDefault="00000000">
            <w:pPr>
              <w:spacing w:after="0"/>
            </w:pPr>
            <w:r>
              <w:rPr>
                <w:sz w:val="18"/>
              </w:rPr>
              <w:t>Frekans</w:t>
            </w:r>
          </w:p>
        </w:tc>
        <w:tc>
          <w:tcPr>
            <w:tcW w:w="3173" w:type="dxa"/>
            <w:vAlign w:val="center"/>
          </w:tcPr>
          <w:p w14:paraId="089C2062" w14:textId="77777777" w:rsidR="009F14C8" w:rsidRDefault="00000000">
            <w:pPr>
              <w:spacing w:after="0"/>
            </w:pPr>
            <w:r>
              <w:rPr>
                <w:sz w:val="18"/>
              </w:rPr>
              <w:t>Oran</w:t>
            </w:r>
          </w:p>
        </w:tc>
      </w:tr>
      <w:tr w:rsidR="009F14C8" w14:paraId="09C709E9" w14:textId="77777777">
        <w:trPr>
          <w:jc w:val="center"/>
        </w:trPr>
        <w:tc>
          <w:tcPr>
            <w:tcW w:w="3173" w:type="dxa"/>
            <w:vAlign w:val="center"/>
          </w:tcPr>
          <w:p w14:paraId="689122F7" w14:textId="77777777" w:rsidR="009F14C8" w:rsidRDefault="00000000">
            <w:pPr>
              <w:spacing w:after="0"/>
            </w:pPr>
            <w:r>
              <w:rPr>
                <w:sz w:val="18"/>
              </w:rPr>
              <w:t>5 = Kesinlikle Katılıyorum</w:t>
            </w:r>
          </w:p>
        </w:tc>
        <w:tc>
          <w:tcPr>
            <w:tcW w:w="3173" w:type="dxa"/>
            <w:vAlign w:val="center"/>
          </w:tcPr>
          <w:p w14:paraId="22F7486E" w14:textId="77777777" w:rsidR="009F14C8" w:rsidRDefault="00000000">
            <w:pPr>
              <w:spacing w:after="0"/>
            </w:pPr>
            <w:r>
              <w:rPr>
                <w:sz w:val="18"/>
              </w:rPr>
              <w:t>26</w:t>
            </w:r>
          </w:p>
        </w:tc>
        <w:tc>
          <w:tcPr>
            <w:tcW w:w="3173" w:type="dxa"/>
            <w:vAlign w:val="center"/>
          </w:tcPr>
          <w:p w14:paraId="03A2709E" w14:textId="77777777" w:rsidR="009F14C8" w:rsidRDefault="00000000">
            <w:pPr>
              <w:spacing w:after="0"/>
            </w:pPr>
            <w:r>
              <w:rPr>
                <w:sz w:val="18"/>
              </w:rPr>
              <w:t>%60,5</w:t>
            </w:r>
          </w:p>
        </w:tc>
      </w:tr>
      <w:tr w:rsidR="009F14C8" w14:paraId="5734F841" w14:textId="77777777">
        <w:trPr>
          <w:jc w:val="center"/>
        </w:trPr>
        <w:tc>
          <w:tcPr>
            <w:tcW w:w="3173" w:type="dxa"/>
            <w:vAlign w:val="center"/>
          </w:tcPr>
          <w:p w14:paraId="33D3DF13" w14:textId="77777777" w:rsidR="009F14C8" w:rsidRDefault="00000000">
            <w:pPr>
              <w:spacing w:after="0"/>
            </w:pPr>
            <w:r>
              <w:rPr>
                <w:sz w:val="18"/>
              </w:rPr>
              <w:t>4 = Katılıyorum</w:t>
            </w:r>
          </w:p>
        </w:tc>
        <w:tc>
          <w:tcPr>
            <w:tcW w:w="3173" w:type="dxa"/>
            <w:vAlign w:val="center"/>
          </w:tcPr>
          <w:p w14:paraId="6221B4EA" w14:textId="77777777" w:rsidR="009F14C8" w:rsidRDefault="00000000">
            <w:pPr>
              <w:spacing w:after="0"/>
            </w:pPr>
            <w:r>
              <w:rPr>
                <w:sz w:val="18"/>
              </w:rPr>
              <w:t>11</w:t>
            </w:r>
          </w:p>
        </w:tc>
        <w:tc>
          <w:tcPr>
            <w:tcW w:w="3173" w:type="dxa"/>
            <w:vAlign w:val="center"/>
          </w:tcPr>
          <w:p w14:paraId="42266D1E" w14:textId="77777777" w:rsidR="009F14C8" w:rsidRDefault="00000000">
            <w:pPr>
              <w:spacing w:after="0"/>
            </w:pPr>
            <w:r>
              <w:rPr>
                <w:sz w:val="18"/>
              </w:rPr>
              <w:t>%25,6</w:t>
            </w:r>
          </w:p>
        </w:tc>
      </w:tr>
      <w:tr w:rsidR="009F14C8" w14:paraId="2E99E62D" w14:textId="77777777">
        <w:trPr>
          <w:jc w:val="center"/>
        </w:trPr>
        <w:tc>
          <w:tcPr>
            <w:tcW w:w="3173" w:type="dxa"/>
            <w:vAlign w:val="center"/>
          </w:tcPr>
          <w:p w14:paraId="2624C615" w14:textId="77777777" w:rsidR="009F14C8" w:rsidRDefault="00000000">
            <w:pPr>
              <w:spacing w:after="0"/>
            </w:pPr>
            <w:r>
              <w:rPr>
                <w:sz w:val="18"/>
              </w:rPr>
              <w:t>3 = Kararsızım</w:t>
            </w:r>
          </w:p>
        </w:tc>
        <w:tc>
          <w:tcPr>
            <w:tcW w:w="3173" w:type="dxa"/>
            <w:vAlign w:val="center"/>
          </w:tcPr>
          <w:p w14:paraId="6BCFDFC1" w14:textId="77777777" w:rsidR="009F14C8" w:rsidRDefault="00000000">
            <w:pPr>
              <w:spacing w:after="0"/>
            </w:pPr>
            <w:r>
              <w:rPr>
                <w:sz w:val="18"/>
              </w:rPr>
              <w:t>4</w:t>
            </w:r>
          </w:p>
        </w:tc>
        <w:tc>
          <w:tcPr>
            <w:tcW w:w="3173" w:type="dxa"/>
            <w:vAlign w:val="center"/>
          </w:tcPr>
          <w:p w14:paraId="20C7DDEF" w14:textId="77777777" w:rsidR="009F14C8" w:rsidRDefault="00000000">
            <w:pPr>
              <w:spacing w:after="0"/>
            </w:pPr>
            <w:r>
              <w:rPr>
                <w:sz w:val="18"/>
              </w:rPr>
              <w:t>%9,3</w:t>
            </w:r>
          </w:p>
        </w:tc>
      </w:tr>
      <w:tr w:rsidR="009F14C8" w14:paraId="2E363412" w14:textId="77777777">
        <w:trPr>
          <w:jc w:val="center"/>
        </w:trPr>
        <w:tc>
          <w:tcPr>
            <w:tcW w:w="3173" w:type="dxa"/>
            <w:vAlign w:val="center"/>
          </w:tcPr>
          <w:p w14:paraId="612029B5" w14:textId="77777777" w:rsidR="009F14C8" w:rsidRDefault="00000000">
            <w:pPr>
              <w:spacing w:after="0"/>
            </w:pPr>
            <w:r>
              <w:rPr>
                <w:sz w:val="18"/>
              </w:rPr>
              <w:t>2 = Katılmıyorum</w:t>
            </w:r>
          </w:p>
        </w:tc>
        <w:tc>
          <w:tcPr>
            <w:tcW w:w="3173" w:type="dxa"/>
            <w:vAlign w:val="center"/>
          </w:tcPr>
          <w:p w14:paraId="29ECEB08" w14:textId="77777777" w:rsidR="009F14C8" w:rsidRDefault="00000000">
            <w:pPr>
              <w:spacing w:after="0"/>
            </w:pPr>
            <w:r>
              <w:rPr>
                <w:sz w:val="18"/>
              </w:rPr>
              <w:t>2</w:t>
            </w:r>
          </w:p>
        </w:tc>
        <w:tc>
          <w:tcPr>
            <w:tcW w:w="3173" w:type="dxa"/>
            <w:vAlign w:val="center"/>
          </w:tcPr>
          <w:p w14:paraId="0101696D" w14:textId="77777777" w:rsidR="009F14C8" w:rsidRDefault="00000000">
            <w:pPr>
              <w:spacing w:after="0"/>
            </w:pPr>
            <w:r>
              <w:rPr>
                <w:sz w:val="18"/>
              </w:rPr>
              <w:t>%4,7</w:t>
            </w:r>
          </w:p>
        </w:tc>
      </w:tr>
      <w:tr w:rsidR="009F14C8" w14:paraId="6C79ACC0" w14:textId="77777777">
        <w:trPr>
          <w:jc w:val="center"/>
        </w:trPr>
        <w:tc>
          <w:tcPr>
            <w:tcW w:w="3173" w:type="dxa"/>
            <w:vAlign w:val="center"/>
          </w:tcPr>
          <w:p w14:paraId="7078563A" w14:textId="77777777" w:rsidR="009F14C8" w:rsidRDefault="00000000">
            <w:pPr>
              <w:spacing w:after="0"/>
            </w:pPr>
            <w:r>
              <w:rPr>
                <w:sz w:val="18"/>
              </w:rPr>
              <w:t>1 = Kesinlikle Katılmıyorum</w:t>
            </w:r>
          </w:p>
        </w:tc>
        <w:tc>
          <w:tcPr>
            <w:tcW w:w="3173" w:type="dxa"/>
            <w:vAlign w:val="center"/>
          </w:tcPr>
          <w:p w14:paraId="5390E38C" w14:textId="77777777" w:rsidR="009F14C8" w:rsidRDefault="00000000">
            <w:pPr>
              <w:spacing w:after="0"/>
            </w:pPr>
            <w:r>
              <w:rPr>
                <w:sz w:val="18"/>
              </w:rPr>
              <w:t>0</w:t>
            </w:r>
          </w:p>
        </w:tc>
        <w:tc>
          <w:tcPr>
            <w:tcW w:w="3173" w:type="dxa"/>
            <w:vAlign w:val="center"/>
          </w:tcPr>
          <w:p w14:paraId="78764673" w14:textId="77777777" w:rsidR="009F14C8" w:rsidRDefault="00000000">
            <w:pPr>
              <w:spacing w:after="0"/>
            </w:pPr>
            <w:r>
              <w:rPr>
                <w:sz w:val="18"/>
              </w:rPr>
              <w:t>%0,0</w:t>
            </w:r>
          </w:p>
        </w:tc>
      </w:tr>
      <w:tr w:rsidR="009F14C8" w14:paraId="4B719C4F" w14:textId="77777777">
        <w:trPr>
          <w:jc w:val="center"/>
        </w:trPr>
        <w:tc>
          <w:tcPr>
            <w:tcW w:w="3173" w:type="dxa"/>
            <w:vAlign w:val="center"/>
          </w:tcPr>
          <w:p w14:paraId="12E52F13" w14:textId="77777777" w:rsidR="009F14C8" w:rsidRDefault="00000000">
            <w:pPr>
              <w:spacing w:after="0"/>
            </w:pPr>
            <w:r>
              <w:rPr>
                <w:sz w:val="18"/>
              </w:rPr>
              <w:t>Ortalama</w:t>
            </w:r>
          </w:p>
        </w:tc>
        <w:tc>
          <w:tcPr>
            <w:tcW w:w="3173" w:type="dxa"/>
            <w:vAlign w:val="center"/>
          </w:tcPr>
          <w:p w14:paraId="7D4B9FF9" w14:textId="77777777" w:rsidR="009F14C8" w:rsidRDefault="009F14C8">
            <w:pPr>
              <w:spacing w:after="0"/>
            </w:pPr>
          </w:p>
        </w:tc>
        <w:tc>
          <w:tcPr>
            <w:tcW w:w="3173" w:type="dxa"/>
            <w:vAlign w:val="center"/>
          </w:tcPr>
          <w:p w14:paraId="59451CE0" w14:textId="77777777" w:rsidR="009F14C8" w:rsidRDefault="00000000">
            <w:pPr>
              <w:spacing w:after="0"/>
            </w:pPr>
            <w:r>
              <w:rPr>
                <w:sz w:val="18"/>
              </w:rPr>
              <w:t>4,42 / 5,00</w:t>
            </w:r>
          </w:p>
        </w:tc>
      </w:tr>
    </w:tbl>
    <w:p w14:paraId="608661DB" w14:textId="77777777" w:rsidR="009F14C8" w:rsidRDefault="00000000">
      <w:r>
        <w:rPr>
          <w:noProof/>
        </w:rPr>
        <w:drawing>
          <wp:inline distT="0" distB="0" distL="0" distR="0" wp14:anchorId="36EB993D" wp14:editId="07629B8B">
            <wp:extent cx="4343400" cy="245352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05.png"/>
                    <pic:cNvPicPr/>
                  </pic:nvPicPr>
                  <pic:blipFill>
                    <a:blip r:embed="rId15"/>
                    <a:stretch>
                      <a:fillRect/>
                    </a:stretch>
                  </pic:blipFill>
                  <pic:spPr>
                    <a:xfrm>
                      <a:off x="0" y="0"/>
                      <a:ext cx="4343400" cy="2453523"/>
                    </a:xfrm>
                    <a:prstGeom prst="rect">
                      <a:avLst/>
                    </a:prstGeom>
                  </pic:spPr>
                </pic:pic>
              </a:graphicData>
            </a:graphic>
          </wp:inline>
        </w:drawing>
      </w:r>
    </w:p>
    <w:p w14:paraId="1E6502A0" w14:textId="77777777" w:rsidR="009F14C8" w:rsidRDefault="00000000">
      <w:pPr>
        <w:pStyle w:val="Balk3"/>
      </w:pPr>
      <w:bookmarkStart w:id="11" w:name="_Toc232111714"/>
      <w:r>
        <w:t>5.6. Madde 6’e İlişkin Bulgular</w:t>
      </w:r>
      <w:bookmarkEnd w:id="11"/>
    </w:p>
    <w:p w14:paraId="24227577" w14:textId="77777777" w:rsidR="009F14C8" w:rsidRDefault="00000000">
      <w:r>
        <w:rPr>
          <w:b/>
          <w:i/>
        </w:rPr>
        <w:t>(Programlardaki zorunlu ve seçmeli derslerin dağılımı ile alan içi/alan dışı dengesinin mesleki ve akademik derinlik açısından uygun olduğunu düşünüyorum.)</w:t>
      </w:r>
    </w:p>
    <w:p w14:paraId="590118B1" w14:textId="77777777" w:rsidR="009F14C8" w:rsidRDefault="00000000">
      <w:r>
        <w:t>Katılımcıların; 18'i (%41,9) Kesinlikle Katılıyorum, 15'i (%34,9) Katılıyorum, 7'i (%16,3) Kararsızım, 1'i (%2,3) Katılmıyorum, 2'i (%4,7) Kesinlikle Katılmıyorum şeklinde görüş bildirmiştir. Bu maddeye geçerli yanıt veren katılımcı sayısı 43'dir.</w:t>
      </w:r>
    </w:p>
    <w:p w14:paraId="1A1D1C90" w14:textId="77777777" w:rsidR="009F14C8" w:rsidRDefault="00000000">
      <w:r>
        <w:t>Ortalama puanın 4,07/5,00 olması, olumlu görüş oranının %76,7, kararsız görüş oranının %16,3 ve olumsuz görüş oranının %7,0 düzeyinde gerçekleşmesi bu sonuçlar, ilgili alanda akademik personel memnuniyetinin güçlü düzeyde olduğunu ve mevcut uygulamaların genel olarak olumlu değerlendirildiğini göstermektedir.</w:t>
      </w:r>
    </w:p>
    <w:tbl>
      <w:tblPr>
        <w:tblStyle w:val="TabloKlavuzu"/>
        <w:tblW w:w="0" w:type="auto"/>
        <w:jc w:val="center"/>
        <w:tblLook w:val="04A0" w:firstRow="1" w:lastRow="0" w:firstColumn="1" w:lastColumn="0" w:noHBand="0" w:noVBand="1"/>
      </w:tblPr>
      <w:tblGrid>
        <w:gridCol w:w="3173"/>
        <w:gridCol w:w="3173"/>
        <w:gridCol w:w="3173"/>
      </w:tblGrid>
      <w:tr w:rsidR="009F14C8" w14:paraId="245D22F0" w14:textId="77777777">
        <w:trPr>
          <w:jc w:val="center"/>
        </w:trPr>
        <w:tc>
          <w:tcPr>
            <w:tcW w:w="3173" w:type="dxa"/>
            <w:vAlign w:val="center"/>
          </w:tcPr>
          <w:p w14:paraId="69DD871E" w14:textId="77777777" w:rsidR="009F14C8" w:rsidRDefault="00000000">
            <w:pPr>
              <w:spacing w:after="0"/>
            </w:pPr>
            <w:r>
              <w:rPr>
                <w:sz w:val="18"/>
              </w:rPr>
              <w:t>Seçenek</w:t>
            </w:r>
          </w:p>
        </w:tc>
        <w:tc>
          <w:tcPr>
            <w:tcW w:w="3173" w:type="dxa"/>
            <w:vAlign w:val="center"/>
          </w:tcPr>
          <w:p w14:paraId="72957CB0" w14:textId="77777777" w:rsidR="009F14C8" w:rsidRDefault="00000000">
            <w:pPr>
              <w:spacing w:after="0"/>
            </w:pPr>
            <w:r>
              <w:rPr>
                <w:sz w:val="18"/>
              </w:rPr>
              <w:t>Frekans</w:t>
            </w:r>
          </w:p>
        </w:tc>
        <w:tc>
          <w:tcPr>
            <w:tcW w:w="3173" w:type="dxa"/>
            <w:vAlign w:val="center"/>
          </w:tcPr>
          <w:p w14:paraId="6BDD5044" w14:textId="77777777" w:rsidR="009F14C8" w:rsidRDefault="00000000">
            <w:pPr>
              <w:spacing w:after="0"/>
            </w:pPr>
            <w:r>
              <w:rPr>
                <w:sz w:val="18"/>
              </w:rPr>
              <w:t>Oran</w:t>
            </w:r>
          </w:p>
        </w:tc>
      </w:tr>
      <w:tr w:rsidR="009F14C8" w14:paraId="4E8F70B5" w14:textId="77777777">
        <w:trPr>
          <w:jc w:val="center"/>
        </w:trPr>
        <w:tc>
          <w:tcPr>
            <w:tcW w:w="3173" w:type="dxa"/>
            <w:vAlign w:val="center"/>
          </w:tcPr>
          <w:p w14:paraId="241209C3" w14:textId="77777777" w:rsidR="009F14C8" w:rsidRDefault="00000000">
            <w:pPr>
              <w:spacing w:after="0"/>
            </w:pPr>
            <w:r>
              <w:rPr>
                <w:sz w:val="18"/>
              </w:rPr>
              <w:t>5 = Kesinlikle Katılıyorum</w:t>
            </w:r>
          </w:p>
        </w:tc>
        <w:tc>
          <w:tcPr>
            <w:tcW w:w="3173" w:type="dxa"/>
            <w:vAlign w:val="center"/>
          </w:tcPr>
          <w:p w14:paraId="630D36A2" w14:textId="77777777" w:rsidR="009F14C8" w:rsidRDefault="00000000">
            <w:pPr>
              <w:spacing w:after="0"/>
            </w:pPr>
            <w:r>
              <w:rPr>
                <w:sz w:val="18"/>
              </w:rPr>
              <w:t>18</w:t>
            </w:r>
          </w:p>
        </w:tc>
        <w:tc>
          <w:tcPr>
            <w:tcW w:w="3173" w:type="dxa"/>
            <w:vAlign w:val="center"/>
          </w:tcPr>
          <w:p w14:paraId="0CF5D8EB" w14:textId="77777777" w:rsidR="009F14C8" w:rsidRDefault="00000000">
            <w:pPr>
              <w:spacing w:after="0"/>
            </w:pPr>
            <w:r>
              <w:rPr>
                <w:sz w:val="18"/>
              </w:rPr>
              <w:t>%41,9</w:t>
            </w:r>
          </w:p>
        </w:tc>
      </w:tr>
      <w:tr w:rsidR="009F14C8" w14:paraId="5E0AB3DD" w14:textId="77777777">
        <w:trPr>
          <w:jc w:val="center"/>
        </w:trPr>
        <w:tc>
          <w:tcPr>
            <w:tcW w:w="3173" w:type="dxa"/>
            <w:vAlign w:val="center"/>
          </w:tcPr>
          <w:p w14:paraId="6FE3B893" w14:textId="77777777" w:rsidR="009F14C8" w:rsidRDefault="00000000">
            <w:pPr>
              <w:spacing w:after="0"/>
            </w:pPr>
            <w:r>
              <w:rPr>
                <w:sz w:val="18"/>
              </w:rPr>
              <w:t>4 = Katılıyorum</w:t>
            </w:r>
          </w:p>
        </w:tc>
        <w:tc>
          <w:tcPr>
            <w:tcW w:w="3173" w:type="dxa"/>
            <w:vAlign w:val="center"/>
          </w:tcPr>
          <w:p w14:paraId="0E2CE407" w14:textId="77777777" w:rsidR="009F14C8" w:rsidRDefault="00000000">
            <w:pPr>
              <w:spacing w:after="0"/>
            </w:pPr>
            <w:r>
              <w:rPr>
                <w:sz w:val="18"/>
              </w:rPr>
              <w:t>15</w:t>
            </w:r>
          </w:p>
        </w:tc>
        <w:tc>
          <w:tcPr>
            <w:tcW w:w="3173" w:type="dxa"/>
            <w:vAlign w:val="center"/>
          </w:tcPr>
          <w:p w14:paraId="6B34A77F" w14:textId="77777777" w:rsidR="009F14C8" w:rsidRDefault="00000000">
            <w:pPr>
              <w:spacing w:after="0"/>
            </w:pPr>
            <w:r>
              <w:rPr>
                <w:sz w:val="18"/>
              </w:rPr>
              <w:t>%34,9</w:t>
            </w:r>
          </w:p>
        </w:tc>
      </w:tr>
      <w:tr w:rsidR="009F14C8" w14:paraId="28973DB7" w14:textId="77777777">
        <w:trPr>
          <w:jc w:val="center"/>
        </w:trPr>
        <w:tc>
          <w:tcPr>
            <w:tcW w:w="3173" w:type="dxa"/>
            <w:vAlign w:val="center"/>
          </w:tcPr>
          <w:p w14:paraId="5BA30185" w14:textId="77777777" w:rsidR="009F14C8" w:rsidRDefault="00000000">
            <w:pPr>
              <w:spacing w:after="0"/>
            </w:pPr>
            <w:r>
              <w:rPr>
                <w:sz w:val="18"/>
              </w:rPr>
              <w:t>3 = Kararsızım</w:t>
            </w:r>
          </w:p>
        </w:tc>
        <w:tc>
          <w:tcPr>
            <w:tcW w:w="3173" w:type="dxa"/>
            <w:vAlign w:val="center"/>
          </w:tcPr>
          <w:p w14:paraId="177E3C29" w14:textId="77777777" w:rsidR="009F14C8" w:rsidRDefault="00000000">
            <w:pPr>
              <w:spacing w:after="0"/>
            </w:pPr>
            <w:r>
              <w:rPr>
                <w:sz w:val="18"/>
              </w:rPr>
              <w:t>7</w:t>
            </w:r>
          </w:p>
        </w:tc>
        <w:tc>
          <w:tcPr>
            <w:tcW w:w="3173" w:type="dxa"/>
            <w:vAlign w:val="center"/>
          </w:tcPr>
          <w:p w14:paraId="60D6B980" w14:textId="77777777" w:rsidR="009F14C8" w:rsidRDefault="00000000">
            <w:pPr>
              <w:spacing w:after="0"/>
            </w:pPr>
            <w:r>
              <w:rPr>
                <w:sz w:val="18"/>
              </w:rPr>
              <w:t>%16,3</w:t>
            </w:r>
          </w:p>
        </w:tc>
      </w:tr>
      <w:tr w:rsidR="009F14C8" w14:paraId="3CFF98A5" w14:textId="77777777">
        <w:trPr>
          <w:jc w:val="center"/>
        </w:trPr>
        <w:tc>
          <w:tcPr>
            <w:tcW w:w="3173" w:type="dxa"/>
            <w:vAlign w:val="center"/>
          </w:tcPr>
          <w:p w14:paraId="4D2763A1" w14:textId="77777777" w:rsidR="009F14C8" w:rsidRDefault="00000000">
            <w:pPr>
              <w:spacing w:after="0"/>
            </w:pPr>
            <w:r>
              <w:rPr>
                <w:sz w:val="18"/>
              </w:rPr>
              <w:t>2 = Katılmıyorum</w:t>
            </w:r>
          </w:p>
        </w:tc>
        <w:tc>
          <w:tcPr>
            <w:tcW w:w="3173" w:type="dxa"/>
            <w:vAlign w:val="center"/>
          </w:tcPr>
          <w:p w14:paraId="7B2602A2" w14:textId="77777777" w:rsidR="009F14C8" w:rsidRDefault="00000000">
            <w:pPr>
              <w:spacing w:after="0"/>
            </w:pPr>
            <w:r>
              <w:rPr>
                <w:sz w:val="18"/>
              </w:rPr>
              <w:t>1</w:t>
            </w:r>
          </w:p>
        </w:tc>
        <w:tc>
          <w:tcPr>
            <w:tcW w:w="3173" w:type="dxa"/>
            <w:vAlign w:val="center"/>
          </w:tcPr>
          <w:p w14:paraId="7C3FF74F" w14:textId="77777777" w:rsidR="009F14C8" w:rsidRDefault="00000000">
            <w:pPr>
              <w:spacing w:after="0"/>
            </w:pPr>
            <w:r>
              <w:rPr>
                <w:sz w:val="18"/>
              </w:rPr>
              <w:t>%2,3</w:t>
            </w:r>
          </w:p>
        </w:tc>
      </w:tr>
      <w:tr w:rsidR="009F14C8" w14:paraId="70E664B3" w14:textId="77777777">
        <w:trPr>
          <w:jc w:val="center"/>
        </w:trPr>
        <w:tc>
          <w:tcPr>
            <w:tcW w:w="3173" w:type="dxa"/>
            <w:vAlign w:val="center"/>
          </w:tcPr>
          <w:p w14:paraId="348FD107" w14:textId="77777777" w:rsidR="009F14C8" w:rsidRDefault="00000000">
            <w:pPr>
              <w:spacing w:after="0"/>
            </w:pPr>
            <w:r>
              <w:rPr>
                <w:sz w:val="18"/>
              </w:rPr>
              <w:t>1 = Kesinlikle Katılmıyorum</w:t>
            </w:r>
          </w:p>
        </w:tc>
        <w:tc>
          <w:tcPr>
            <w:tcW w:w="3173" w:type="dxa"/>
            <w:vAlign w:val="center"/>
          </w:tcPr>
          <w:p w14:paraId="0C52C047" w14:textId="77777777" w:rsidR="009F14C8" w:rsidRDefault="00000000">
            <w:pPr>
              <w:spacing w:after="0"/>
            </w:pPr>
            <w:r>
              <w:rPr>
                <w:sz w:val="18"/>
              </w:rPr>
              <w:t>2</w:t>
            </w:r>
          </w:p>
        </w:tc>
        <w:tc>
          <w:tcPr>
            <w:tcW w:w="3173" w:type="dxa"/>
            <w:vAlign w:val="center"/>
          </w:tcPr>
          <w:p w14:paraId="5DA72940" w14:textId="77777777" w:rsidR="009F14C8" w:rsidRDefault="00000000">
            <w:pPr>
              <w:spacing w:after="0"/>
            </w:pPr>
            <w:r>
              <w:rPr>
                <w:sz w:val="18"/>
              </w:rPr>
              <w:t>%4,7</w:t>
            </w:r>
          </w:p>
        </w:tc>
      </w:tr>
      <w:tr w:rsidR="009F14C8" w14:paraId="6A2E4F51" w14:textId="77777777">
        <w:trPr>
          <w:jc w:val="center"/>
        </w:trPr>
        <w:tc>
          <w:tcPr>
            <w:tcW w:w="3173" w:type="dxa"/>
            <w:vAlign w:val="center"/>
          </w:tcPr>
          <w:p w14:paraId="51B208CF" w14:textId="77777777" w:rsidR="009F14C8" w:rsidRDefault="00000000">
            <w:pPr>
              <w:spacing w:after="0"/>
            </w:pPr>
            <w:r>
              <w:rPr>
                <w:sz w:val="18"/>
              </w:rPr>
              <w:lastRenderedPageBreak/>
              <w:t>Ortalama</w:t>
            </w:r>
          </w:p>
        </w:tc>
        <w:tc>
          <w:tcPr>
            <w:tcW w:w="3173" w:type="dxa"/>
            <w:vAlign w:val="center"/>
          </w:tcPr>
          <w:p w14:paraId="3608C8B0" w14:textId="77777777" w:rsidR="009F14C8" w:rsidRDefault="009F14C8">
            <w:pPr>
              <w:spacing w:after="0"/>
            </w:pPr>
          </w:p>
        </w:tc>
        <w:tc>
          <w:tcPr>
            <w:tcW w:w="3173" w:type="dxa"/>
            <w:vAlign w:val="center"/>
          </w:tcPr>
          <w:p w14:paraId="0A07D977" w14:textId="77777777" w:rsidR="009F14C8" w:rsidRDefault="00000000">
            <w:pPr>
              <w:spacing w:after="0"/>
            </w:pPr>
            <w:r>
              <w:rPr>
                <w:sz w:val="18"/>
              </w:rPr>
              <w:t>4,07 / 5,00</w:t>
            </w:r>
          </w:p>
        </w:tc>
      </w:tr>
    </w:tbl>
    <w:p w14:paraId="0DA5D342" w14:textId="77777777" w:rsidR="009F14C8" w:rsidRDefault="00000000">
      <w:r>
        <w:rPr>
          <w:noProof/>
        </w:rPr>
        <w:drawing>
          <wp:inline distT="0" distB="0" distL="0" distR="0" wp14:anchorId="6CF5E9ED" wp14:editId="311C1F69">
            <wp:extent cx="4343400" cy="245352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06.png"/>
                    <pic:cNvPicPr/>
                  </pic:nvPicPr>
                  <pic:blipFill>
                    <a:blip r:embed="rId16"/>
                    <a:stretch>
                      <a:fillRect/>
                    </a:stretch>
                  </pic:blipFill>
                  <pic:spPr>
                    <a:xfrm>
                      <a:off x="0" y="0"/>
                      <a:ext cx="4343400" cy="2453523"/>
                    </a:xfrm>
                    <a:prstGeom prst="rect">
                      <a:avLst/>
                    </a:prstGeom>
                  </pic:spPr>
                </pic:pic>
              </a:graphicData>
            </a:graphic>
          </wp:inline>
        </w:drawing>
      </w:r>
    </w:p>
    <w:p w14:paraId="2DA655FB" w14:textId="77777777" w:rsidR="009F14C8" w:rsidRDefault="00000000">
      <w:pPr>
        <w:pStyle w:val="Balk3"/>
      </w:pPr>
      <w:bookmarkStart w:id="12" w:name="_Toc232111715"/>
      <w:r>
        <w:t>5.7. Madde 7’e İlişkin Bulgular</w:t>
      </w:r>
      <w:bookmarkEnd w:id="12"/>
    </w:p>
    <w:p w14:paraId="613D5134" w14:textId="77777777" w:rsidR="009F14C8" w:rsidRDefault="00000000">
      <w:r>
        <w:rPr>
          <w:b/>
          <w:i/>
        </w:rPr>
        <w:t>(Kendi verdiğim derslerin çıktılarını, programın genel hedefleriyle uyumlu hale getirme konusunda yeterli akademik özgürlüğe sahibim.)</w:t>
      </w:r>
    </w:p>
    <w:p w14:paraId="08611BA0" w14:textId="77777777" w:rsidR="009F14C8" w:rsidRDefault="00000000">
      <w:r>
        <w:t>Katılımcıların; 29'i (%67,4) Kesinlikle Katılıyorum, 12'i (%27,9) Katılıyorum, 2'i (%4,7) Kararsızım, 0'i (%0,0) Katılmıyorum, 0'i (%0,0) Kesinlikle Katılmıyorum şeklinde görüş bildirmiştir. Bu maddeye geçerli yanıt veren katılımcı sayısı 43'dir.</w:t>
      </w:r>
    </w:p>
    <w:p w14:paraId="106D738A" w14:textId="77777777" w:rsidR="009F14C8" w:rsidRDefault="00000000">
      <w:r>
        <w:t>Ortalama puanın 4,63/5,00 olması, olumlu görüş oranının %95,3, kararsız görüş oranının %4,7 ve olumsuz görüş oranının %0,0 düzeyinde gerçekleşmesi bu sonuçlar, ilgili alanda akademik personel memnuniyetinin güçlü düzeyde olduğunu ve mevcut uygulamaların genel olarak olumlu değerlendirildiğini göstermektedir.</w:t>
      </w:r>
    </w:p>
    <w:tbl>
      <w:tblPr>
        <w:tblStyle w:val="TabloKlavuzu"/>
        <w:tblW w:w="0" w:type="auto"/>
        <w:jc w:val="center"/>
        <w:tblLook w:val="04A0" w:firstRow="1" w:lastRow="0" w:firstColumn="1" w:lastColumn="0" w:noHBand="0" w:noVBand="1"/>
      </w:tblPr>
      <w:tblGrid>
        <w:gridCol w:w="3173"/>
        <w:gridCol w:w="3173"/>
        <w:gridCol w:w="3173"/>
      </w:tblGrid>
      <w:tr w:rsidR="009F14C8" w14:paraId="451332C7" w14:textId="77777777">
        <w:trPr>
          <w:jc w:val="center"/>
        </w:trPr>
        <w:tc>
          <w:tcPr>
            <w:tcW w:w="3173" w:type="dxa"/>
            <w:vAlign w:val="center"/>
          </w:tcPr>
          <w:p w14:paraId="51F62144" w14:textId="77777777" w:rsidR="009F14C8" w:rsidRDefault="00000000">
            <w:pPr>
              <w:spacing w:after="0"/>
            </w:pPr>
            <w:r>
              <w:rPr>
                <w:sz w:val="18"/>
              </w:rPr>
              <w:t>Seçenek</w:t>
            </w:r>
          </w:p>
        </w:tc>
        <w:tc>
          <w:tcPr>
            <w:tcW w:w="3173" w:type="dxa"/>
            <w:vAlign w:val="center"/>
          </w:tcPr>
          <w:p w14:paraId="6A670704" w14:textId="77777777" w:rsidR="009F14C8" w:rsidRDefault="00000000">
            <w:pPr>
              <w:spacing w:after="0"/>
            </w:pPr>
            <w:r>
              <w:rPr>
                <w:sz w:val="18"/>
              </w:rPr>
              <w:t>Frekans</w:t>
            </w:r>
          </w:p>
        </w:tc>
        <w:tc>
          <w:tcPr>
            <w:tcW w:w="3173" w:type="dxa"/>
            <w:vAlign w:val="center"/>
          </w:tcPr>
          <w:p w14:paraId="0D851214" w14:textId="77777777" w:rsidR="009F14C8" w:rsidRDefault="00000000">
            <w:pPr>
              <w:spacing w:after="0"/>
            </w:pPr>
            <w:r>
              <w:rPr>
                <w:sz w:val="18"/>
              </w:rPr>
              <w:t>Oran</w:t>
            </w:r>
          </w:p>
        </w:tc>
      </w:tr>
      <w:tr w:rsidR="009F14C8" w14:paraId="17A973BE" w14:textId="77777777">
        <w:trPr>
          <w:jc w:val="center"/>
        </w:trPr>
        <w:tc>
          <w:tcPr>
            <w:tcW w:w="3173" w:type="dxa"/>
            <w:vAlign w:val="center"/>
          </w:tcPr>
          <w:p w14:paraId="0C8FC7E6" w14:textId="77777777" w:rsidR="009F14C8" w:rsidRDefault="00000000">
            <w:pPr>
              <w:spacing w:after="0"/>
            </w:pPr>
            <w:r>
              <w:rPr>
                <w:sz w:val="18"/>
              </w:rPr>
              <w:t>5 = Kesinlikle Katılıyorum</w:t>
            </w:r>
          </w:p>
        </w:tc>
        <w:tc>
          <w:tcPr>
            <w:tcW w:w="3173" w:type="dxa"/>
            <w:vAlign w:val="center"/>
          </w:tcPr>
          <w:p w14:paraId="02F48099" w14:textId="77777777" w:rsidR="009F14C8" w:rsidRDefault="00000000">
            <w:pPr>
              <w:spacing w:after="0"/>
            </w:pPr>
            <w:r>
              <w:rPr>
                <w:sz w:val="18"/>
              </w:rPr>
              <w:t>29</w:t>
            </w:r>
          </w:p>
        </w:tc>
        <w:tc>
          <w:tcPr>
            <w:tcW w:w="3173" w:type="dxa"/>
            <w:vAlign w:val="center"/>
          </w:tcPr>
          <w:p w14:paraId="78F63057" w14:textId="77777777" w:rsidR="009F14C8" w:rsidRDefault="00000000">
            <w:pPr>
              <w:spacing w:after="0"/>
            </w:pPr>
            <w:r>
              <w:rPr>
                <w:sz w:val="18"/>
              </w:rPr>
              <w:t>%67,4</w:t>
            </w:r>
          </w:p>
        </w:tc>
      </w:tr>
      <w:tr w:rsidR="009F14C8" w14:paraId="09FF6343" w14:textId="77777777">
        <w:trPr>
          <w:jc w:val="center"/>
        </w:trPr>
        <w:tc>
          <w:tcPr>
            <w:tcW w:w="3173" w:type="dxa"/>
            <w:vAlign w:val="center"/>
          </w:tcPr>
          <w:p w14:paraId="5ACA0D6C" w14:textId="77777777" w:rsidR="009F14C8" w:rsidRDefault="00000000">
            <w:pPr>
              <w:spacing w:after="0"/>
            </w:pPr>
            <w:r>
              <w:rPr>
                <w:sz w:val="18"/>
              </w:rPr>
              <w:t>4 = Katılıyorum</w:t>
            </w:r>
          </w:p>
        </w:tc>
        <w:tc>
          <w:tcPr>
            <w:tcW w:w="3173" w:type="dxa"/>
            <w:vAlign w:val="center"/>
          </w:tcPr>
          <w:p w14:paraId="1471DA6E" w14:textId="77777777" w:rsidR="009F14C8" w:rsidRDefault="00000000">
            <w:pPr>
              <w:spacing w:after="0"/>
            </w:pPr>
            <w:r>
              <w:rPr>
                <w:sz w:val="18"/>
              </w:rPr>
              <w:t>12</w:t>
            </w:r>
          </w:p>
        </w:tc>
        <w:tc>
          <w:tcPr>
            <w:tcW w:w="3173" w:type="dxa"/>
            <w:vAlign w:val="center"/>
          </w:tcPr>
          <w:p w14:paraId="6ED55A8A" w14:textId="77777777" w:rsidR="009F14C8" w:rsidRDefault="00000000">
            <w:pPr>
              <w:spacing w:after="0"/>
            </w:pPr>
            <w:r>
              <w:rPr>
                <w:sz w:val="18"/>
              </w:rPr>
              <w:t>%27,9</w:t>
            </w:r>
          </w:p>
        </w:tc>
      </w:tr>
      <w:tr w:rsidR="009F14C8" w14:paraId="586DFEB4" w14:textId="77777777">
        <w:trPr>
          <w:jc w:val="center"/>
        </w:trPr>
        <w:tc>
          <w:tcPr>
            <w:tcW w:w="3173" w:type="dxa"/>
            <w:vAlign w:val="center"/>
          </w:tcPr>
          <w:p w14:paraId="258FB006" w14:textId="77777777" w:rsidR="009F14C8" w:rsidRDefault="00000000">
            <w:pPr>
              <w:spacing w:after="0"/>
            </w:pPr>
            <w:r>
              <w:rPr>
                <w:sz w:val="18"/>
              </w:rPr>
              <w:t>3 = Kararsızım</w:t>
            </w:r>
          </w:p>
        </w:tc>
        <w:tc>
          <w:tcPr>
            <w:tcW w:w="3173" w:type="dxa"/>
            <w:vAlign w:val="center"/>
          </w:tcPr>
          <w:p w14:paraId="14608FE1" w14:textId="77777777" w:rsidR="009F14C8" w:rsidRDefault="00000000">
            <w:pPr>
              <w:spacing w:after="0"/>
            </w:pPr>
            <w:r>
              <w:rPr>
                <w:sz w:val="18"/>
              </w:rPr>
              <w:t>2</w:t>
            </w:r>
          </w:p>
        </w:tc>
        <w:tc>
          <w:tcPr>
            <w:tcW w:w="3173" w:type="dxa"/>
            <w:vAlign w:val="center"/>
          </w:tcPr>
          <w:p w14:paraId="577C58F8" w14:textId="77777777" w:rsidR="009F14C8" w:rsidRDefault="00000000">
            <w:pPr>
              <w:spacing w:after="0"/>
            </w:pPr>
            <w:r>
              <w:rPr>
                <w:sz w:val="18"/>
              </w:rPr>
              <w:t>%4,7</w:t>
            </w:r>
          </w:p>
        </w:tc>
      </w:tr>
      <w:tr w:rsidR="009F14C8" w14:paraId="651B4678" w14:textId="77777777">
        <w:trPr>
          <w:jc w:val="center"/>
        </w:trPr>
        <w:tc>
          <w:tcPr>
            <w:tcW w:w="3173" w:type="dxa"/>
            <w:vAlign w:val="center"/>
          </w:tcPr>
          <w:p w14:paraId="0ED12CB7" w14:textId="77777777" w:rsidR="009F14C8" w:rsidRDefault="00000000">
            <w:pPr>
              <w:spacing w:after="0"/>
            </w:pPr>
            <w:r>
              <w:rPr>
                <w:sz w:val="18"/>
              </w:rPr>
              <w:t>2 = Katılmıyorum</w:t>
            </w:r>
          </w:p>
        </w:tc>
        <w:tc>
          <w:tcPr>
            <w:tcW w:w="3173" w:type="dxa"/>
            <w:vAlign w:val="center"/>
          </w:tcPr>
          <w:p w14:paraId="09AD1C7C" w14:textId="77777777" w:rsidR="009F14C8" w:rsidRDefault="00000000">
            <w:pPr>
              <w:spacing w:after="0"/>
            </w:pPr>
            <w:r>
              <w:rPr>
                <w:sz w:val="18"/>
              </w:rPr>
              <w:t>0</w:t>
            </w:r>
          </w:p>
        </w:tc>
        <w:tc>
          <w:tcPr>
            <w:tcW w:w="3173" w:type="dxa"/>
            <w:vAlign w:val="center"/>
          </w:tcPr>
          <w:p w14:paraId="512A76C5" w14:textId="77777777" w:rsidR="009F14C8" w:rsidRDefault="00000000">
            <w:pPr>
              <w:spacing w:after="0"/>
            </w:pPr>
            <w:r>
              <w:rPr>
                <w:sz w:val="18"/>
              </w:rPr>
              <w:t>%0,0</w:t>
            </w:r>
          </w:p>
        </w:tc>
      </w:tr>
      <w:tr w:rsidR="009F14C8" w14:paraId="644C1440" w14:textId="77777777">
        <w:trPr>
          <w:jc w:val="center"/>
        </w:trPr>
        <w:tc>
          <w:tcPr>
            <w:tcW w:w="3173" w:type="dxa"/>
            <w:vAlign w:val="center"/>
          </w:tcPr>
          <w:p w14:paraId="626B60CE" w14:textId="77777777" w:rsidR="009F14C8" w:rsidRDefault="00000000">
            <w:pPr>
              <w:spacing w:after="0"/>
            </w:pPr>
            <w:r>
              <w:rPr>
                <w:sz w:val="18"/>
              </w:rPr>
              <w:t>1 = Kesinlikle Katılmıyorum</w:t>
            </w:r>
          </w:p>
        </w:tc>
        <w:tc>
          <w:tcPr>
            <w:tcW w:w="3173" w:type="dxa"/>
            <w:vAlign w:val="center"/>
          </w:tcPr>
          <w:p w14:paraId="4C6D984D" w14:textId="77777777" w:rsidR="009F14C8" w:rsidRDefault="00000000">
            <w:pPr>
              <w:spacing w:after="0"/>
            </w:pPr>
            <w:r>
              <w:rPr>
                <w:sz w:val="18"/>
              </w:rPr>
              <w:t>0</w:t>
            </w:r>
          </w:p>
        </w:tc>
        <w:tc>
          <w:tcPr>
            <w:tcW w:w="3173" w:type="dxa"/>
            <w:vAlign w:val="center"/>
          </w:tcPr>
          <w:p w14:paraId="2378972B" w14:textId="77777777" w:rsidR="009F14C8" w:rsidRDefault="00000000">
            <w:pPr>
              <w:spacing w:after="0"/>
            </w:pPr>
            <w:r>
              <w:rPr>
                <w:sz w:val="18"/>
              </w:rPr>
              <w:t>%0,0</w:t>
            </w:r>
          </w:p>
        </w:tc>
      </w:tr>
      <w:tr w:rsidR="009F14C8" w14:paraId="750CC05D" w14:textId="77777777">
        <w:trPr>
          <w:jc w:val="center"/>
        </w:trPr>
        <w:tc>
          <w:tcPr>
            <w:tcW w:w="3173" w:type="dxa"/>
            <w:vAlign w:val="center"/>
          </w:tcPr>
          <w:p w14:paraId="55B1CDF7" w14:textId="77777777" w:rsidR="009F14C8" w:rsidRDefault="00000000">
            <w:pPr>
              <w:spacing w:after="0"/>
            </w:pPr>
            <w:r>
              <w:rPr>
                <w:sz w:val="18"/>
              </w:rPr>
              <w:t>Ortalama</w:t>
            </w:r>
          </w:p>
        </w:tc>
        <w:tc>
          <w:tcPr>
            <w:tcW w:w="3173" w:type="dxa"/>
            <w:vAlign w:val="center"/>
          </w:tcPr>
          <w:p w14:paraId="21375A18" w14:textId="77777777" w:rsidR="009F14C8" w:rsidRDefault="009F14C8">
            <w:pPr>
              <w:spacing w:after="0"/>
            </w:pPr>
          </w:p>
        </w:tc>
        <w:tc>
          <w:tcPr>
            <w:tcW w:w="3173" w:type="dxa"/>
            <w:vAlign w:val="center"/>
          </w:tcPr>
          <w:p w14:paraId="63880AA1" w14:textId="77777777" w:rsidR="009F14C8" w:rsidRDefault="00000000">
            <w:pPr>
              <w:spacing w:after="0"/>
            </w:pPr>
            <w:r>
              <w:rPr>
                <w:sz w:val="18"/>
              </w:rPr>
              <w:t>4,63 / 5,00</w:t>
            </w:r>
          </w:p>
        </w:tc>
      </w:tr>
    </w:tbl>
    <w:p w14:paraId="053CB5FC" w14:textId="77777777" w:rsidR="009F14C8" w:rsidRDefault="00000000">
      <w:r>
        <w:rPr>
          <w:noProof/>
        </w:rPr>
        <w:drawing>
          <wp:inline distT="0" distB="0" distL="0" distR="0" wp14:anchorId="1EEDD1CB" wp14:editId="249619A3">
            <wp:extent cx="4343400" cy="245352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07.png"/>
                    <pic:cNvPicPr/>
                  </pic:nvPicPr>
                  <pic:blipFill>
                    <a:blip r:embed="rId17"/>
                    <a:stretch>
                      <a:fillRect/>
                    </a:stretch>
                  </pic:blipFill>
                  <pic:spPr>
                    <a:xfrm>
                      <a:off x="0" y="0"/>
                      <a:ext cx="4343400" cy="2453523"/>
                    </a:xfrm>
                    <a:prstGeom prst="rect">
                      <a:avLst/>
                    </a:prstGeom>
                  </pic:spPr>
                </pic:pic>
              </a:graphicData>
            </a:graphic>
          </wp:inline>
        </w:drawing>
      </w:r>
    </w:p>
    <w:p w14:paraId="051E4451" w14:textId="77777777" w:rsidR="009F14C8" w:rsidRDefault="00000000">
      <w:pPr>
        <w:pStyle w:val="Balk3"/>
      </w:pPr>
      <w:bookmarkStart w:id="13" w:name="_Toc232111716"/>
      <w:r>
        <w:lastRenderedPageBreak/>
        <w:t>5.8. Madde 8’e İlişkin Bulgular</w:t>
      </w:r>
      <w:bookmarkEnd w:id="13"/>
    </w:p>
    <w:p w14:paraId="752F7AA4" w14:textId="77777777" w:rsidR="009F14C8" w:rsidRDefault="00000000">
      <w:r>
        <w:rPr>
          <w:b/>
          <w:i/>
        </w:rPr>
        <w:t>(Ders bilgi paketlerini hazırlama ve dersimin AKTS değerini belirleme süreçlerinde kullanılan araç, rehber ve sistemlerin yeterli olduğunu düşünüyorum.)</w:t>
      </w:r>
    </w:p>
    <w:p w14:paraId="3980CDA7" w14:textId="77777777" w:rsidR="009F14C8" w:rsidRDefault="00000000">
      <w:r>
        <w:t>Katılımcıların; 20'i (%46,5) Kesinlikle Katılıyorum, 14'i (%32,6) Katılıyorum, 7'i (%16,3) Kararsızım, 2'i (%4,7) Katılmıyorum, 0'i (%0,0) Kesinlikle Katılmıyorum şeklinde görüş bildirmiştir. Bu maddeye geçerli yanıt veren katılımcı sayısı 43'dir.</w:t>
      </w:r>
    </w:p>
    <w:p w14:paraId="1D5E650C" w14:textId="77777777" w:rsidR="009F14C8" w:rsidRDefault="00000000">
      <w:r>
        <w:t>Ortalama puanın 4,21/5,00 olması, olumlu görüş oranının %79,1, kararsız görüş oranının %16,3 ve olumsuz görüş oranının %4,7 düzeyinde gerçekleşmesi bu sonuçlar, ilgili alanda akademik personel memnuniyetinin güçlü düzeyde olduğunu ve mevcut uygulamaların genel olarak olumlu değerlendirildiğini göstermektedir.</w:t>
      </w:r>
    </w:p>
    <w:tbl>
      <w:tblPr>
        <w:tblStyle w:val="TabloKlavuzu"/>
        <w:tblW w:w="0" w:type="auto"/>
        <w:jc w:val="center"/>
        <w:tblLook w:val="04A0" w:firstRow="1" w:lastRow="0" w:firstColumn="1" w:lastColumn="0" w:noHBand="0" w:noVBand="1"/>
      </w:tblPr>
      <w:tblGrid>
        <w:gridCol w:w="3173"/>
        <w:gridCol w:w="3173"/>
        <w:gridCol w:w="3173"/>
      </w:tblGrid>
      <w:tr w:rsidR="009F14C8" w14:paraId="2E603EA8" w14:textId="77777777">
        <w:trPr>
          <w:jc w:val="center"/>
        </w:trPr>
        <w:tc>
          <w:tcPr>
            <w:tcW w:w="3173" w:type="dxa"/>
            <w:vAlign w:val="center"/>
          </w:tcPr>
          <w:p w14:paraId="49574DFB" w14:textId="77777777" w:rsidR="009F14C8" w:rsidRDefault="00000000">
            <w:pPr>
              <w:spacing w:after="0"/>
            </w:pPr>
            <w:r>
              <w:rPr>
                <w:sz w:val="18"/>
              </w:rPr>
              <w:t>Seçenek</w:t>
            </w:r>
          </w:p>
        </w:tc>
        <w:tc>
          <w:tcPr>
            <w:tcW w:w="3173" w:type="dxa"/>
            <w:vAlign w:val="center"/>
          </w:tcPr>
          <w:p w14:paraId="3557811B" w14:textId="77777777" w:rsidR="009F14C8" w:rsidRDefault="00000000">
            <w:pPr>
              <w:spacing w:after="0"/>
            </w:pPr>
            <w:r>
              <w:rPr>
                <w:sz w:val="18"/>
              </w:rPr>
              <w:t>Frekans</w:t>
            </w:r>
          </w:p>
        </w:tc>
        <w:tc>
          <w:tcPr>
            <w:tcW w:w="3173" w:type="dxa"/>
            <w:vAlign w:val="center"/>
          </w:tcPr>
          <w:p w14:paraId="7900CA5D" w14:textId="77777777" w:rsidR="009F14C8" w:rsidRDefault="00000000">
            <w:pPr>
              <w:spacing w:after="0"/>
            </w:pPr>
            <w:r>
              <w:rPr>
                <w:sz w:val="18"/>
              </w:rPr>
              <w:t>Oran</w:t>
            </w:r>
          </w:p>
        </w:tc>
      </w:tr>
      <w:tr w:rsidR="009F14C8" w14:paraId="09474C41" w14:textId="77777777">
        <w:trPr>
          <w:jc w:val="center"/>
        </w:trPr>
        <w:tc>
          <w:tcPr>
            <w:tcW w:w="3173" w:type="dxa"/>
            <w:vAlign w:val="center"/>
          </w:tcPr>
          <w:p w14:paraId="3D508A06" w14:textId="77777777" w:rsidR="009F14C8" w:rsidRDefault="00000000">
            <w:pPr>
              <w:spacing w:after="0"/>
            </w:pPr>
            <w:r>
              <w:rPr>
                <w:sz w:val="18"/>
              </w:rPr>
              <w:t>5 = Kesinlikle Katılıyorum</w:t>
            </w:r>
          </w:p>
        </w:tc>
        <w:tc>
          <w:tcPr>
            <w:tcW w:w="3173" w:type="dxa"/>
            <w:vAlign w:val="center"/>
          </w:tcPr>
          <w:p w14:paraId="55CBDD99" w14:textId="77777777" w:rsidR="009F14C8" w:rsidRDefault="00000000">
            <w:pPr>
              <w:spacing w:after="0"/>
            </w:pPr>
            <w:r>
              <w:rPr>
                <w:sz w:val="18"/>
              </w:rPr>
              <w:t>20</w:t>
            </w:r>
          </w:p>
        </w:tc>
        <w:tc>
          <w:tcPr>
            <w:tcW w:w="3173" w:type="dxa"/>
            <w:vAlign w:val="center"/>
          </w:tcPr>
          <w:p w14:paraId="0901131F" w14:textId="77777777" w:rsidR="009F14C8" w:rsidRDefault="00000000">
            <w:pPr>
              <w:spacing w:after="0"/>
            </w:pPr>
            <w:r>
              <w:rPr>
                <w:sz w:val="18"/>
              </w:rPr>
              <w:t>%46,5</w:t>
            </w:r>
          </w:p>
        </w:tc>
      </w:tr>
      <w:tr w:rsidR="009F14C8" w14:paraId="3F30E19F" w14:textId="77777777">
        <w:trPr>
          <w:jc w:val="center"/>
        </w:trPr>
        <w:tc>
          <w:tcPr>
            <w:tcW w:w="3173" w:type="dxa"/>
            <w:vAlign w:val="center"/>
          </w:tcPr>
          <w:p w14:paraId="0F4511BD" w14:textId="77777777" w:rsidR="009F14C8" w:rsidRDefault="00000000">
            <w:pPr>
              <w:spacing w:after="0"/>
            </w:pPr>
            <w:r>
              <w:rPr>
                <w:sz w:val="18"/>
              </w:rPr>
              <w:t>4 = Katılıyorum</w:t>
            </w:r>
          </w:p>
        </w:tc>
        <w:tc>
          <w:tcPr>
            <w:tcW w:w="3173" w:type="dxa"/>
            <w:vAlign w:val="center"/>
          </w:tcPr>
          <w:p w14:paraId="67C63502" w14:textId="77777777" w:rsidR="009F14C8" w:rsidRDefault="00000000">
            <w:pPr>
              <w:spacing w:after="0"/>
            </w:pPr>
            <w:r>
              <w:rPr>
                <w:sz w:val="18"/>
              </w:rPr>
              <w:t>14</w:t>
            </w:r>
          </w:p>
        </w:tc>
        <w:tc>
          <w:tcPr>
            <w:tcW w:w="3173" w:type="dxa"/>
            <w:vAlign w:val="center"/>
          </w:tcPr>
          <w:p w14:paraId="39EC7427" w14:textId="77777777" w:rsidR="009F14C8" w:rsidRDefault="00000000">
            <w:pPr>
              <w:spacing w:after="0"/>
            </w:pPr>
            <w:r>
              <w:rPr>
                <w:sz w:val="18"/>
              </w:rPr>
              <w:t>%32,6</w:t>
            </w:r>
          </w:p>
        </w:tc>
      </w:tr>
      <w:tr w:rsidR="009F14C8" w14:paraId="51F03A99" w14:textId="77777777">
        <w:trPr>
          <w:jc w:val="center"/>
        </w:trPr>
        <w:tc>
          <w:tcPr>
            <w:tcW w:w="3173" w:type="dxa"/>
            <w:vAlign w:val="center"/>
          </w:tcPr>
          <w:p w14:paraId="514C685A" w14:textId="77777777" w:rsidR="009F14C8" w:rsidRDefault="00000000">
            <w:pPr>
              <w:spacing w:after="0"/>
            </w:pPr>
            <w:r>
              <w:rPr>
                <w:sz w:val="18"/>
              </w:rPr>
              <w:t>3 = Kararsızım</w:t>
            </w:r>
          </w:p>
        </w:tc>
        <w:tc>
          <w:tcPr>
            <w:tcW w:w="3173" w:type="dxa"/>
            <w:vAlign w:val="center"/>
          </w:tcPr>
          <w:p w14:paraId="7B4C2B7E" w14:textId="77777777" w:rsidR="009F14C8" w:rsidRDefault="00000000">
            <w:pPr>
              <w:spacing w:after="0"/>
            </w:pPr>
            <w:r>
              <w:rPr>
                <w:sz w:val="18"/>
              </w:rPr>
              <w:t>7</w:t>
            </w:r>
          </w:p>
        </w:tc>
        <w:tc>
          <w:tcPr>
            <w:tcW w:w="3173" w:type="dxa"/>
            <w:vAlign w:val="center"/>
          </w:tcPr>
          <w:p w14:paraId="342D8912" w14:textId="77777777" w:rsidR="009F14C8" w:rsidRDefault="00000000">
            <w:pPr>
              <w:spacing w:after="0"/>
            </w:pPr>
            <w:r>
              <w:rPr>
                <w:sz w:val="18"/>
              </w:rPr>
              <w:t>%16,3</w:t>
            </w:r>
          </w:p>
        </w:tc>
      </w:tr>
      <w:tr w:rsidR="009F14C8" w14:paraId="4BE505B7" w14:textId="77777777">
        <w:trPr>
          <w:jc w:val="center"/>
        </w:trPr>
        <w:tc>
          <w:tcPr>
            <w:tcW w:w="3173" w:type="dxa"/>
            <w:vAlign w:val="center"/>
          </w:tcPr>
          <w:p w14:paraId="0804EF3B" w14:textId="77777777" w:rsidR="009F14C8" w:rsidRDefault="00000000">
            <w:pPr>
              <w:spacing w:after="0"/>
            </w:pPr>
            <w:r>
              <w:rPr>
                <w:sz w:val="18"/>
              </w:rPr>
              <w:t>2 = Katılmıyorum</w:t>
            </w:r>
          </w:p>
        </w:tc>
        <w:tc>
          <w:tcPr>
            <w:tcW w:w="3173" w:type="dxa"/>
            <w:vAlign w:val="center"/>
          </w:tcPr>
          <w:p w14:paraId="405A5046" w14:textId="77777777" w:rsidR="009F14C8" w:rsidRDefault="00000000">
            <w:pPr>
              <w:spacing w:after="0"/>
            </w:pPr>
            <w:r>
              <w:rPr>
                <w:sz w:val="18"/>
              </w:rPr>
              <w:t>2</w:t>
            </w:r>
          </w:p>
        </w:tc>
        <w:tc>
          <w:tcPr>
            <w:tcW w:w="3173" w:type="dxa"/>
            <w:vAlign w:val="center"/>
          </w:tcPr>
          <w:p w14:paraId="63C65CDA" w14:textId="77777777" w:rsidR="009F14C8" w:rsidRDefault="00000000">
            <w:pPr>
              <w:spacing w:after="0"/>
            </w:pPr>
            <w:r>
              <w:rPr>
                <w:sz w:val="18"/>
              </w:rPr>
              <w:t>%4,7</w:t>
            </w:r>
          </w:p>
        </w:tc>
      </w:tr>
      <w:tr w:rsidR="009F14C8" w14:paraId="563FE7E3" w14:textId="77777777">
        <w:trPr>
          <w:jc w:val="center"/>
        </w:trPr>
        <w:tc>
          <w:tcPr>
            <w:tcW w:w="3173" w:type="dxa"/>
            <w:vAlign w:val="center"/>
          </w:tcPr>
          <w:p w14:paraId="2C191440" w14:textId="77777777" w:rsidR="009F14C8" w:rsidRDefault="00000000">
            <w:pPr>
              <w:spacing w:after="0"/>
            </w:pPr>
            <w:r>
              <w:rPr>
                <w:sz w:val="18"/>
              </w:rPr>
              <w:t>1 = Kesinlikle Katılmıyorum</w:t>
            </w:r>
          </w:p>
        </w:tc>
        <w:tc>
          <w:tcPr>
            <w:tcW w:w="3173" w:type="dxa"/>
            <w:vAlign w:val="center"/>
          </w:tcPr>
          <w:p w14:paraId="592A9BC3" w14:textId="77777777" w:rsidR="009F14C8" w:rsidRDefault="00000000">
            <w:pPr>
              <w:spacing w:after="0"/>
            </w:pPr>
            <w:r>
              <w:rPr>
                <w:sz w:val="18"/>
              </w:rPr>
              <w:t>0</w:t>
            </w:r>
          </w:p>
        </w:tc>
        <w:tc>
          <w:tcPr>
            <w:tcW w:w="3173" w:type="dxa"/>
            <w:vAlign w:val="center"/>
          </w:tcPr>
          <w:p w14:paraId="52A670BD" w14:textId="77777777" w:rsidR="009F14C8" w:rsidRDefault="00000000">
            <w:pPr>
              <w:spacing w:after="0"/>
            </w:pPr>
            <w:r>
              <w:rPr>
                <w:sz w:val="18"/>
              </w:rPr>
              <w:t>%0,0</w:t>
            </w:r>
          </w:p>
        </w:tc>
      </w:tr>
      <w:tr w:rsidR="009F14C8" w14:paraId="7BB19327" w14:textId="77777777">
        <w:trPr>
          <w:jc w:val="center"/>
        </w:trPr>
        <w:tc>
          <w:tcPr>
            <w:tcW w:w="3173" w:type="dxa"/>
            <w:vAlign w:val="center"/>
          </w:tcPr>
          <w:p w14:paraId="6CAFD883" w14:textId="77777777" w:rsidR="009F14C8" w:rsidRDefault="00000000">
            <w:pPr>
              <w:spacing w:after="0"/>
            </w:pPr>
            <w:r>
              <w:rPr>
                <w:sz w:val="18"/>
              </w:rPr>
              <w:t>Ortalama</w:t>
            </w:r>
          </w:p>
        </w:tc>
        <w:tc>
          <w:tcPr>
            <w:tcW w:w="3173" w:type="dxa"/>
            <w:vAlign w:val="center"/>
          </w:tcPr>
          <w:p w14:paraId="31120CC2" w14:textId="77777777" w:rsidR="009F14C8" w:rsidRDefault="009F14C8">
            <w:pPr>
              <w:spacing w:after="0"/>
            </w:pPr>
          </w:p>
        </w:tc>
        <w:tc>
          <w:tcPr>
            <w:tcW w:w="3173" w:type="dxa"/>
            <w:vAlign w:val="center"/>
          </w:tcPr>
          <w:p w14:paraId="1C802900" w14:textId="77777777" w:rsidR="009F14C8" w:rsidRDefault="00000000">
            <w:pPr>
              <w:spacing w:after="0"/>
            </w:pPr>
            <w:r>
              <w:rPr>
                <w:sz w:val="18"/>
              </w:rPr>
              <w:t>4,21 / 5,00</w:t>
            </w:r>
          </w:p>
        </w:tc>
      </w:tr>
    </w:tbl>
    <w:p w14:paraId="66673B2C" w14:textId="77777777" w:rsidR="009F14C8" w:rsidRDefault="00000000">
      <w:r>
        <w:rPr>
          <w:noProof/>
        </w:rPr>
        <w:drawing>
          <wp:inline distT="0" distB="0" distL="0" distR="0" wp14:anchorId="2D62413B" wp14:editId="2D6D450F">
            <wp:extent cx="4343400" cy="2453523"/>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08.png"/>
                    <pic:cNvPicPr/>
                  </pic:nvPicPr>
                  <pic:blipFill>
                    <a:blip r:embed="rId18"/>
                    <a:stretch>
                      <a:fillRect/>
                    </a:stretch>
                  </pic:blipFill>
                  <pic:spPr>
                    <a:xfrm>
                      <a:off x="0" y="0"/>
                      <a:ext cx="4343400" cy="2453523"/>
                    </a:xfrm>
                    <a:prstGeom prst="rect">
                      <a:avLst/>
                    </a:prstGeom>
                  </pic:spPr>
                </pic:pic>
              </a:graphicData>
            </a:graphic>
          </wp:inline>
        </w:drawing>
      </w:r>
    </w:p>
    <w:p w14:paraId="2155F881" w14:textId="77777777" w:rsidR="009F14C8" w:rsidRDefault="00000000">
      <w:pPr>
        <w:pStyle w:val="Balk2"/>
      </w:pPr>
      <w:bookmarkStart w:id="14" w:name="_Toc232111717"/>
      <w:r>
        <w:t>5.2. Ders Yükü, Program Dağılımı ve Öğretim Süreçlerine İlişkin Bulgular</w:t>
      </w:r>
      <w:bookmarkEnd w:id="14"/>
    </w:p>
    <w:p w14:paraId="7A2B2774" w14:textId="77777777" w:rsidR="009F14C8" w:rsidRDefault="00000000">
      <w:pPr>
        <w:pStyle w:val="Balk3"/>
      </w:pPr>
      <w:bookmarkStart w:id="15" w:name="_Toc232111718"/>
      <w:r>
        <w:t>5.9. Madde 9’e İlişkin Bulgular</w:t>
      </w:r>
      <w:bookmarkEnd w:id="15"/>
    </w:p>
    <w:p w14:paraId="64958EFD" w14:textId="77777777" w:rsidR="009F14C8" w:rsidRDefault="00000000">
      <w:r>
        <w:rPr>
          <w:b/>
          <w:i/>
        </w:rPr>
        <w:t>(Öğrencilerden gelen iş yükü geri bildirimlerinin, dersimi güncellerken bana yol gösterdiğini düşünüyorum.)</w:t>
      </w:r>
    </w:p>
    <w:p w14:paraId="589B77DF" w14:textId="77777777" w:rsidR="009F14C8" w:rsidRDefault="00000000">
      <w:r>
        <w:t>Katılımcıların; 19'i (%44,2) Kesinlikle Katılıyorum, 14'i (%32,6) Katılıyorum, 8'i (%18,6) Kararsızım, 1'i (%2,3) Katılmıyorum, 1'i (%2,3) Kesinlikle Katılmıyorum şeklinde görüş bildirmiştir. Bu maddeye geçerli yanıt veren katılımcı sayısı 43'dir.</w:t>
      </w:r>
    </w:p>
    <w:p w14:paraId="5F52786E" w14:textId="77777777" w:rsidR="009F14C8" w:rsidRDefault="00000000">
      <w:r>
        <w:t>Ortalama puanın 4,14/5,00 olması, olumlu görüş oranının %76,7, kararsız görüş oranının %18,6 ve olumsuz görüş oranının %4,7 düzeyinde gerçekleşmesi bu sonuçlar, ilgili alanda akademik personel memnuniyetinin güçlü düzeyde olduğunu ve mevcut uygulamaların genel olarak olumlu değerlendirildiğini göstermektedir.</w:t>
      </w:r>
    </w:p>
    <w:tbl>
      <w:tblPr>
        <w:tblStyle w:val="TabloKlavuzu"/>
        <w:tblW w:w="0" w:type="auto"/>
        <w:jc w:val="center"/>
        <w:tblLook w:val="04A0" w:firstRow="1" w:lastRow="0" w:firstColumn="1" w:lastColumn="0" w:noHBand="0" w:noVBand="1"/>
      </w:tblPr>
      <w:tblGrid>
        <w:gridCol w:w="3173"/>
        <w:gridCol w:w="3173"/>
        <w:gridCol w:w="3173"/>
      </w:tblGrid>
      <w:tr w:rsidR="009F14C8" w14:paraId="6C31DBE2" w14:textId="77777777">
        <w:trPr>
          <w:jc w:val="center"/>
        </w:trPr>
        <w:tc>
          <w:tcPr>
            <w:tcW w:w="3173" w:type="dxa"/>
            <w:vAlign w:val="center"/>
          </w:tcPr>
          <w:p w14:paraId="79E30CAB" w14:textId="77777777" w:rsidR="009F14C8" w:rsidRDefault="00000000">
            <w:pPr>
              <w:spacing w:after="0"/>
            </w:pPr>
            <w:r>
              <w:rPr>
                <w:sz w:val="18"/>
              </w:rPr>
              <w:t>Seçenek</w:t>
            </w:r>
          </w:p>
        </w:tc>
        <w:tc>
          <w:tcPr>
            <w:tcW w:w="3173" w:type="dxa"/>
            <w:vAlign w:val="center"/>
          </w:tcPr>
          <w:p w14:paraId="1669EDDD" w14:textId="77777777" w:rsidR="009F14C8" w:rsidRDefault="00000000">
            <w:pPr>
              <w:spacing w:after="0"/>
            </w:pPr>
            <w:r>
              <w:rPr>
                <w:sz w:val="18"/>
              </w:rPr>
              <w:t>Frekans</w:t>
            </w:r>
          </w:p>
        </w:tc>
        <w:tc>
          <w:tcPr>
            <w:tcW w:w="3173" w:type="dxa"/>
            <w:vAlign w:val="center"/>
          </w:tcPr>
          <w:p w14:paraId="78D706EE" w14:textId="77777777" w:rsidR="009F14C8" w:rsidRDefault="00000000">
            <w:pPr>
              <w:spacing w:after="0"/>
            </w:pPr>
            <w:r>
              <w:rPr>
                <w:sz w:val="18"/>
              </w:rPr>
              <w:t>Oran</w:t>
            </w:r>
          </w:p>
        </w:tc>
      </w:tr>
      <w:tr w:rsidR="009F14C8" w14:paraId="6F55CEA6" w14:textId="77777777">
        <w:trPr>
          <w:jc w:val="center"/>
        </w:trPr>
        <w:tc>
          <w:tcPr>
            <w:tcW w:w="3173" w:type="dxa"/>
            <w:vAlign w:val="center"/>
          </w:tcPr>
          <w:p w14:paraId="4FCD5E05" w14:textId="77777777" w:rsidR="009F14C8" w:rsidRDefault="00000000">
            <w:pPr>
              <w:spacing w:after="0"/>
            </w:pPr>
            <w:r>
              <w:rPr>
                <w:sz w:val="18"/>
              </w:rPr>
              <w:t>5 = Kesinlikle Katılıyorum</w:t>
            </w:r>
          </w:p>
        </w:tc>
        <w:tc>
          <w:tcPr>
            <w:tcW w:w="3173" w:type="dxa"/>
            <w:vAlign w:val="center"/>
          </w:tcPr>
          <w:p w14:paraId="149CB578" w14:textId="77777777" w:rsidR="009F14C8" w:rsidRDefault="00000000">
            <w:pPr>
              <w:spacing w:after="0"/>
            </w:pPr>
            <w:r>
              <w:rPr>
                <w:sz w:val="18"/>
              </w:rPr>
              <w:t>19</w:t>
            </w:r>
          </w:p>
        </w:tc>
        <w:tc>
          <w:tcPr>
            <w:tcW w:w="3173" w:type="dxa"/>
            <w:vAlign w:val="center"/>
          </w:tcPr>
          <w:p w14:paraId="5AEA734A" w14:textId="77777777" w:rsidR="009F14C8" w:rsidRDefault="00000000">
            <w:pPr>
              <w:spacing w:after="0"/>
            </w:pPr>
            <w:r>
              <w:rPr>
                <w:sz w:val="18"/>
              </w:rPr>
              <w:t>%44,2</w:t>
            </w:r>
          </w:p>
        </w:tc>
      </w:tr>
      <w:tr w:rsidR="009F14C8" w14:paraId="1A1C2AA6" w14:textId="77777777">
        <w:trPr>
          <w:jc w:val="center"/>
        </w:trPr>
        <w:tc>
          <w:tcPr>
            <w:tcW w:w="3173" w:type="dxa"/>
            <w:vAlign w:val="center"/>
          </w:tcPr>
          <w:p w14:paraId="49E59E4E" w14:textId="77777777" w:rsidR="009F14C8" w:rsidRDefault="00000000">
            <w:pPr>
              <w:spacing w:after="0"/>
            </w:pPr>
            <w:r>
              <w:rPr>
                <w:sz w:val="18"/>
              </w:rPr>
              <w:t>4 = Katılıyorum</w:t>
            </w:r>
          </w:p>
        </w:tc>
        <w:tc>
          <w:tcPr>
            <w:tcW w:w="3173" w:type="dxa"/>
            <w:vAlign w:val="center"/>
          </w:tcPr>
          <w:p w14:paraId="08F6F4AD" w14:textId="77777777" w:rsidR="009F14C8" w:rsidRDefault="00000000">
            <w:pPr>
              <w:spacing w:after="0"/>
            </w:pPr>
            <w:r>
              <w:rPr>
                <w:sz w:val="18"/>
              </w:rPr>
              <w:t>14</w:t>
            </w:r>
          </w:p>
        </w:tc>
        <w:tc>
          <w:tcPr>
            <w:tcW w:w="3173" w:type="dxa"/>
            <w:vAlign w:val="center"/>
          </w:tcPr>
          <w:p w14:paraId="05153844" w14:textId="77777777" w:rsidR="009F14C8" w:rsidRDefault="00000000">
            <w:pPr>
              <w:spacing w:after="0"/>
            </w:pPr>
            <w:r>
              <w:rPr>
                <w:sz w:val="18"/>
              </w:rPr>
              <w:t>%32,6</w:t>
            </w:r>
          </w:p>
        </w:tc>
      </w:tr>
      <w:tr w:rsidR="009F14C8" w14:paraId="2B5315E9" w14:textId="77777777">
        <w:trPr>
          <w:jc w:val="center"/>
        </w:trPr>
        <w:tc>
          <w:tcPr>
            <w:tcW w:w="3173" w:type="dxa"/>
            <w:vAlign w:val="center"/>
          </w:tcPr>
          <w:p w14:paraId="459CE0A5" w14:textId="77777777" w:rsidR="009F14C8" w:rsidRDefault="00000000">
            <w:pPr>
              <w:spacing w:after="0"/>
            </w:pPr>
            <w:r>
              <w:rPr>
                <w:sz w:val="18"/>
              </w:rPr>
              <w:t>3 = Kararsızım</w:t>
            </w:r>
          </w:p>
        </w:tc>
        <w:tc>
          <w:tcPr>
            <w:tcW w:w="3173" w:type="dxa"/>
            <w:vAlign w:val="center"/>
          </w:tcPr>
          <w:p w14:paraId="2E62F894" w14:textId="77777777" w:rsidR="009F14C8" w:rsidRDefault="00000000">
            <w:pPr>
              <w:spacing w:after="0"/>
            </w:pPr>
            <w:r>
              <w:rPr>
                <w:sz w:val="18"/>
              </w:rPr>
              <w:t>8</w:t>
            </w:r>
          </w:p>
        </w:tc>
        <w:tc>
          <w:tcPr>
            <w:tcW w:w="3173" w:type="dxa"/>
            <w:vAlign w:val="center"/>
          </w:tcPr>
          <w:p w14:paraId="25E7090E" w14:textId="77777777" w:rsidR="009F14C8" w:rsidRDefault="00000000">
            <w:pPr>
              <w:spacing w:after="0"/>
            </w:pPr>
            <w:r>
              <w:rPr>
                <w:sz w:val="18"/>
              </w:rPr>
              <w:t>%18,6</w:t>
            </w:r>
          </w:p>
        </w:tc>
      </w:tr>
      <w:tr w:rsidR="009F14C8" w14:paraId="65A760A9" w14:textId="77777777">
        <w:trPr>
          <w:jc w:val="center"/>
        </w:trPr>
        <w:tc>
          <w:tcPr>
            <w:tcW w:w="3173" w:type="dxa"/>
            <w:vAlign w:val="center"/>
          </w:tcPr>
          <w:p w14:paraId="2D7C4B7C" w14:textId="77777777" w:rsidR="009F14C8" w:rsidRDefault="00000000">
            <w:pPr>
              <w:spacing w:after="0"/>
            </w:pPr>
            <w:r>
              <w:rPr>
                <w:sz w:val="18"/>
              </w:rPr>
              <w:lastRenderedPageBreak/>
              <w:t>2 = Katılmıyorum</w:t>
            </w:r>
          </w:p>
        </w:tc>
        <w:tc>
          <w:tcPr>
            <w:tcW w:w="3173" w:type="dxa"/>
            <w:vAlign w:val="center"/>
          </w:tcPr>
          <w:p w14:paraId="1468A499" w14:textId="77777777" w:rsidR="009F14C8" w:rsidRDefault="00000000">
            <w:pPr>
              <w:spacing w:after="0"/>
            </w:pPr>
            <w:r>
              <w:rPr>
                <w:sz w:val="18"/>
              </w:rPr>
              <w:t>1</w:t>
            </w:r>
          </w:p>
        </w:tc>
        <w:tc>
          <w:tcPr>
            <w:tcW w:w="3173" w:type="dxa"/>
            <w:vAlign w:val="center"/>
          </w:tcPr>
          <w:p w14:paraId="0D7F3F2D" w14:textId="77777777" w:rsidR="009F14C8" w:rsidRDefault="00000000">
            <w:pPr>
              <w:spacing w:after="0"/>
            </w:pPr>
            <w:r>
              <w:rPr>
                <w:sz w:val="18"/>
              </w:rPr>
              <w:t>%2,3</w:t>
            </w:r>
          </w:p>
        </w:tc>
      </w:tr>
      <w:tr w:rsidR="009F14C8" w14:paraId="54366043" w14:textId="77777777">
        <w:trPr>
          <w:jc w:val="center"/>
        </w:trPr>
        <w:tc>
          <w:tcPr>
            <w:tcW w:w="3173" w:type="dxa"/>
            <w:vAlign w:val="center"/>
          </w:tcPr>
          <w:p w14:paraId="61341FE4" w14:textId="77777777" w:rsidR="009F14C8" w:rsidRDefault="00000000">
            <w:pPr>
              <w:spacing w:after="0"/>
            </w:pPr>
            <w:r>
              <w:rPr>
                <w:sz w:val="18"/>
              </w:rPr>
              <w:t>1 = Kesinlikle Katılmıyorum</w:t>
            </w:r>
          </w:p>
        </w:tc>
        <w:tc>
          <w:tcPr>
            <w:tcW w:w="3173" w:type="dxa"/>
            <w:vAlign w:val="center"/>
          </w:tcPr>
          <w:p w14:paraId="27B84845" w14:textId="77777777" w:rsidR="009F14C8" w:rsidRDefault="00000000">
            <w:pPr>
              <w:spacing w:after="0"/>
            </w:pPr>
            <w:r>
              <w:rPr>
                <w:sz w:val="18"/>
              </w:rPr>
              <w:t>1</w:t>
            </w:r>
          </w:p>
        </w:tc>
        <w:tc>
          <w:tcPr>
            <w:tcW w:w="3173" w:type="dxa"/>
            <w:vAlign w:val="center"/>
          </w:tcPr>
          <w:p w14:paraId="63B93BC2" w14:textId="77777777" w:rsidR="009F14C8" w:rsidRDefault="00000000">
            <w:pPr>
              <w:spacing w:after="0"/>
            </w:pPr>
            <w:r>
              <w:rPr>
                <w:sz w:val="18"/>
              </w:rPr>
              <w:t>%2,3</w:t>
            </w:r>
          </w:p>
        </w:tc>
      </w:tr>
      <w:tr w:rsidR="009F14C8" w14:paraId="1F89F92F" w14:textId="77777777">
        <w:trPr>
          <w:jc w:val="center"/>
        </w:trPr>
        <w:tc>
          <w:tcPr>
            <w:tcW w:w="3173" w:type="dxa"/>
            <w:vAlign w:val="center"/>
          </w:tcPr>
          <w:p w14:paraId="4517BB90" w14:textId="77777777" w:rsidR="009F14C8" w:rsidRDefault="00000000">
            <w:pPr>
              <w:spacing w:after="0"/>
            </w:pPr>
            <w:r>
              <w:rPr>
                <w:sz w:val="18"/>
              </w:rPr>
              <w:t>Ortalama</w:t>
            </w:r>
          </w:p>
        </w:tc>
        <w:tc>
          <w:tcPr>
            <w:tcW w:w="3173" w:type="dxa"/>
            <w:vAlign w:val="center"/>
          </w:tcPr>
          <w:p w14:paraId="3A835942" w14:textId="77777777" w:rsidR="009F14C8" w:rsidRDefault="009F14C8">
            <w:pPr>
              <w:spacing w:after="0"/>
            </w:pPr>
          </w:p>
        </w:tc>
        <w:tc>
          <w:tcPr>
            <w:tcW w:w="3173" w:type="dxa"/>
            <w:vAlign w:val="center"/>
          </w:tcPr>
          <w:p w14:paraId="5C03F990" w14:textId="77777777" w:rsidR="009F14C8" w:rsidRDefault="00000000">
            <w:pPr>
              <w:spacing w:after="0"/>
            </w:pPr>
            <w:r>
              <w:rPr>
                <w:sz w:val="18"/>
              </w:rPr>
              <w:t>4,14 / 5,00</w:t>
            </w:r>
          </w:p>
        </w:tc>
      </w:tr>
    </w:tbl>
    <w:p w14:paraId="0B293AD2" w14:textId="77777777" w:rsidR="009F14C8" w:rsidRDefault="00000000">
      <w:r>
        <w:rPr>
          <w:noProof/>
        </w:rPr>
        <w:drawing>
          <wp:inline distT="0" distB="0" distL="0" distR="0" wp14:anchorId="53FF1502" wp14:editId="7BD5CF48">
            <wp:extent cx="4343400" cy="2453523"/>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09.png"/>
                    <pic:cNvPicPr/>
                  </pic:nvPicPr>
                  <pic:blipFill>
                    <a:blip r:embed="rId19"/>
                    <a:stretch>
                      <a:fillRect/>
                    </a:stretch>
                  </pic:blipFill>
                  <pic:spPr>
                    <a:xfrm>
                      <a:off x="0" y="0"/>
                      <a:ext cx="4343400" cy="2453523"/>
                    </a:xfrm>
                    <a:prstGeom prst="rect">
                      <a:avLst/>
                    </a:prstGeom>
                  </pic:spPr>
                </pic:pic>
              </a:graphicData>
            </a:graphic>
          </wp:inline>
        </w:drawing>
      </w:r>
    </w:p>
    <w:p w14:paraId="47C24D5A" w14:textId="77777777" w:rsidR="009F14C8" w:rsidRDefault="00000000">
      <w:pPr>
        <w:pStyle w:val="Balk3"/>
      </w:pPr>
      <w:bookmarkStart w:id="16" w:name="_Toc232111719"/>
      <w:r>
        <w:t>5.10. Madde 10’e İlişkin Bulgular</w:t>
      </w:r>
      <w:bookmarkEnd w:id="16"/>
    </w:p>
    <w:p w14:paraId="041E3EFB" w14:textId="77777777" w:rsidR="009F14C8" w:rsidRDefault="00000000">
      <w:r>
        <w:rPr>
          <w:b/>
          <w:i/>
        </w:rPr>
        <w:t>(Kendi derslerimle ilgili öğrenci anket sonuçlarına ve geri bildirimlerine şeffaf bir şekilde erişebiliyorum.)</w:t>
      </w:r>
    </w:p>
    <w:p w14:paraId="1762C906" w14:textId="77777777" w:rsidR="009F14C8" w:rsidRDefault="00000000">
      <w:r>
        <w:t>Katılımcıların; 17'i (%39,5) Kesinlikle Katılıyorum, 16'i (%37,2) Katılıyorum, 6'i (%14,0) Kararsızım, 3'i (%7,0) Katılmıyorum, 1'i (%2,3) Kesinlikle Katılmıyorum şeklinde görüş bildirmiştir. Bu maddeye geçerli yanıt veren katılımcı sayısı 43'dir.</w:t>
      </w:r>
    </w:p>
    <w:p w14:paraId="43C6BA9B" w14:textId="77777777" w:rsidR="009F14C8" w:rsidRDefault="00000000">
      <w:r>
        <w:t>Ortalama puanın 4,05/5,00 olması, olumlu görüş oranının %76,7, kararsız görüş oranının %14,0 ve olumsuz görüş oranının %9,3 düzeyinde gerçekleşmesi bu sonuçlar, ilgili alanda akademik personel memnuniyetinin güçlü düzeyde olduğunu ve mevcut uygulamaların genel olarak olumlu değerlendirildiğini göstermektedir.</w:t>
      </w:r>
    </w:p>
    <w:tbl>
      <w:tblPr>
        <w:tblStyle w:val="TabloKlavuzu"/>
        <w:tblW w:w="0" w:type="auto"/>
        <w:jc w:val="center"/>
        <w:tblLook w:val="04A0" w:firstRow="1" w:lastRow="0" w:firstColumn="1" w:lastColumn="0" w:noHBand="0" w:noVBand="1"/>
      </w:tblPr>
      <w:tblGrid>
        <w:gridCol w:w="3173"/>
        <w:gridCol w:w="3173"/>
        <w:gridCol w:w="3173"/>
      </w:tblGrid>
      <w:tr w:rsidR="009F14C8" w14:paraId="70AB3A7D" w14:textId="77777777">
        <w:trPr>
          <w:jc w:val="center"/>
        </w:trPr>
        <w:tc>
          <w:tcPr>
            <w:tcW w:w="3173" w:type="dxa"/>
            <w:vAlign w:val="center"/>
          </w:tcPr>
          <w:p w14:paraId="39F19477" w14:textId="77777777" w:rsidR="009F14C8" w:rsidRDefault="00000000">
            <w:pPr>
              <w:spacing w:after="0"/>
            </w:pPr>
            <w:r>
              <w:rPr>
                <w:sz w:val="18"/>
              </w:rPr>
              <w:t>Seçenek</w:t>
            </w:r>
          </w:p>
        </w:tc>
        <w:tc>
          <w:tcPr>
            <w:tcW w:w="3173" w:type="dxa"/>
            <w:vAlign w:val="center"/>
          </w:tcPr>
          <w:p w14:paraId="03D97000" w14:textId="77777777" w:rsidR="009F14C8" w:rsidRDefault="00000000">
            <w:pPr>
              <w:spacing w:after="0"/>
            </w:pPr>
            <w:r>
              <w:rPr>
                <w:sz w:val="18"/>
              </w:rPr>
              <w:t>Frekans</w:t>
            </w:r>
          </w:p>
        </w:tc>
        <w:tc>
          <w:tcPr>
            <w:tcW w:w="3173" w:type="dxa"/>
            <w:vAlign w:val="center"/>
          </w:tcPr>
          <w:p w14:paraId="47AA7083" w14:textId="77777777" w:rsidR="009F14C8" w:rsidRDefault="00000000">
            <w:pPr>
              <w:spacing w:after="0"/>
            </w:pPr>
            <w:r>
              <w:rPr>
                <w:sz w:val="18"/>
              </w:rPr>
              <w:t>Oran</w:t>
            </w:r>
          </w:p>
        </w:tc>
      </w:tr>
      <w:tr w:rsidR="009F14C8" w14:paraId="11DE686F" w14:textId="77777777">
        <w:trPr>
          <w:jc w:val="center"/>
        </w:trPr>
        <w:tc>
          <w:tcPr>
            <w:tcW w:w="3173" w:type="dxa"/>
            <w:vAlign w:val="center"/>
          </w:tcPr>
          <w:p w14:paraId="73EFB2A3" w14:textId="77777777" w:rsidR="009F14C8" w:rsidRDefault="00000000">
            <w:pPr>
              <w:spacing w:after="0"/>
            </w:pPr>
            <w:r>
              <w:rPr>
                <w:sz w:val="18"/>
              </w:rPr>
              <w:t>5 = Kesinlikle Katılıyorum</w:t>
            </w:r>
          </w:p>
        </w:tc>
        <w:tc>
          <w:tcPr>
            <w:tcW w:w="3173" w:type="dxa"/>
            <w:vAlign w:val="center"/>
          </w:tcPr>
          <w:p w14:paraId="4DA50057" w14:textId="77777777" w:rsidR="009F14C8" w:rsidRDefault="00000000">
            <w:pPr>
              <w:spacing w:after="0"/>
            </w:pPr>
            <w:r>
              <w:rPr>
                <w:sz w:val="18"/>
              </w:rPr>
              <w:t>17</w:t>
            </w:r>
          </w:p>
        </w:tc>
        <w:tc>
          <w:tcPr>
            <w:tcW w:w="3173" w:type="dxa"/>
            <w:vAlign w:val="center"/>
          </w:tcPr>
          <w:p w14:paraId="4E0ADD73" w14:textId="77777777" w:rsidR="009F14C8" w:rsidRDefault="00000000">
            <w:pPr>
              <w:spacing w:after="0"/>
            </w:pPr>
            <w:r>
              <w:rPr>
                <w:sz w:val="18"/>
              </w:rPr>
              <w:t>%39,5</w:t>
            </w:r>
          </w:p>
        </w:tc>
      </w:tr>
      <w:tr w:rsidR="009F14C8" w14:paraId="05FF5508" w14:textId="77777777">
        <w:trPr>
          <w:jc w:val="center"/>
        </w:trPr>
        <w:tc>
          <w:tcPr>
            <w:tcW w:w="3173" w:type="dxa"/>
            <w:vAlign w:val="center"/>
          </w:tcPr>
          <w:p w14:paraId="1C593422" w14:textId="77777777" w:rsidR="009F14C8" w:rsidRDefault="00000000">
            <w:pPr>
              <w:spacing w:after="0"/>
            </w:pPr>
            <w:r>
              <w:rPr>
                <w:sz w:val="18"/>
              </w:rPr>
              <w:t>4 = Katılıyorum</w:t>
            </w:r>
          </w:p>
        </w:tc>
        <w:tc>
          <w:tcPr>
            <w:tcW w:w="3173" w:type="dxa"/>
            <w:vAlign w:val="center"/>
          </w:tcPr>
          <w:p w14:paraId="2531AC9B" w14:textId="77777777" w:rsidR="009F14C8" w:rsidRDefault="00000000">
            <w:pPr>
              <w:spacing w:after="0"/>
            </w:pPr>
            <w:r>
              <w:rPr>
                <w:sz w:val="18"/>
              </w:rPr>
              <w:t>16</w:t>
            </w:r>
          </w:p>
        </w:tc>
        <w:tc>
          <w:tcPr>
            <w:tcW w:w="3173" w:type="dxa"/>
            <w:vAlign w:val="center"/>
          </w:tcPr>
          <w:p w14:paraId="7DB78F3F" w14:textId="77777777" w:rsidR="009F14C8" w:rsidRDefault="00000000">
            <w:pPr>
              <w:spacing w:after="0"/>
            </w:pPr>
            <w:r>
              <w:rPr>
                <w:sz w:val="18"/>
              </w:rPr>
              <w:t>%37,2</w:t>
            </w:r>
          </w:p>
        </w:tc>
      </w:tr>
      <w:tr w:rsidR="009F14C8" w14:paraId="4FC9CDB6" w14:textId="77777777">
        <w:trPr>
          <w:jc w:val="center"/>
        </w:trPr>
        <w:tc>
          <w:tcPr>
            <w:tcW w:w="3173" w:type="dxa"/>
            <w:vAlign w:val="center"/>
          </w:tcPr>
          <w:p w14:paraId="2F6DD22C" w14:textId="77777777" w:rsidR="009F14C8" w:rsidRDefault="00000000">
            <w:pPr>
              <w:spacing w:after="0"/>
            </w:pPr>
            <w:r>
              <w:rPr>
                <w:sz w:val="18"/>
              </w:rPr>
              <w:t>3 = Kararsızım</w:t>
            </w:r>
          </w:p>
        </w:tc>
        <w:tc>
          <w:tcPr>
            <w:tcW w:w="3173" w:type="dxa"/>
            <w:vAlign w:val="center"/>
          </w:tcPr>
          <w:p w14:paraId="2324B9A7" w14:textId="77777777" w:rsidR="009F14C8" w:rsidRDefault="00000000">
            <w:pPr>
              <w:spacing w:after="0"/>
            </w:pPr>
            <w:r>
              <w:rPr>
                <w:sz w:val="18"/>
              </w:rPr>
              <w:t>6</w:t>
            </w:r>
          </w:p>
        </w:tc>
        <w:tc>
          <w:tcPr>
            <w:tcW w:w="3173" w:type="dxa"/>
            <w:vAlign w:val="center"/>
          </w:tcPr>
          <w:p w14:paraId="52F30313" w14:textId="77777777" w:rsidR="009F14C8" w:rsidRDefault="00000000">
            <w:pPr>
              <w:spacing w:after="0"/>
            </w:pPr>
            <w:r>
              <w:rPr>
                <w:sz w:val="18"/>
              </w:rPr>
              <w:t>%14,0</w:t>
            </w:r>
          </w:p>
        </w:tc>
      </w:tr>
      <w:tr w:rsidR="009F14C8" w14:paraId="3A4A0B5F" w14:textId="77777777">
        <w:trPr>
          <w:jc w:val="center"/>
        </w:trPr>
        <w:tc>
          <w:tcPr>
            <w:tcW w:w="3173" w:type="dxa"/>
            <w:vAlign w:val="center"/>
          </w:tcPr>
          <w:p w14:paraId="0BE5A8D8" w14:textId="77777777" w:rsidR="009F14C8" w:rsidRDefault="00000000">
            <w:pPr>
              <w:spacing w:after="0"/>
            </w:pPr>
            <w:r>
              <w:rPr>
                <w:sz w:val="18"/>
              </w:rPr>
              <w:t>2 = Katılmıyorum</w:t>
            </w:r>
          </w:p>
        </w:tc>
        <w:tc>
          <w:tcPr>
            <w:tcW w:w="3173" w:type="dxa"/>
            <w:vAlign w:val="center"/>
          </w:tcPr>
          <w:p w14:paraId="048B2543" w14:textId="77777777" w:rsidR="009F14C8" w:rsidRDefault="00000000">
            <w:pPr>
              <w:spacing w:after="0"/>
            </w:pPr>
            <w:r>
              <w:rPr>
                <w:sz w:val="18"/>
              </w:rPr>
              <w:t>3</w:t>
            </w:r>
          </w:p>
        </w:tc>
        <w:tc>
          <w:tcPr>
            <w:tcW w:w="3173" w:type="dxa"/>
            <w:vAlign w:val="center"/>
          </w:tcPr>
          <w:p w14:paraId="6921370E" w14:textId="77777777" w:rsidR="009F14C8" w:rsidRDefault="00000000">
            <w:pPr>
              <w:spacing w:after="0"/>
            </w:pPr>
            <w:r>
              <w:rPr>
                <w:sz w:val="18"/>
              </w:rPr>
              <w:t>%7,0</w:t>
            </w:r>
          </w:p>
        </w:tc>
      </w:tr>
      <w:tr w:rsidR="009F14C8" w14:paraId="0E748834" w14:textId="77777777">
        <w:trPr>
          <w:jc w:val="center"/>
        </w:trPr>
        <w:tc>
          <w:tcPr>
            <w:tcW w:w="3173" w:type="dxa"/>
            <w:vAlign w:val="center"/>
          </w:tcPr>
          <w:p w14:paraId="45A31BF2" w14:textId="77777777" w:rsidR="009F14C8" w:rsidRDefault="00000000">
            <w:pPr>
              <w:spacing w:after="0"/>
            </w:pPr>
            <w:r>
              <w:rPr>
                <w:sz w:val="18"/>
              </w:rPr>
              <w:t>1 = Kesinlikle Katılmıyorum</w:t>
            </w:r>
          </w:p>
        </w:tc>
        <w:tc>
          <w:tcPr>
            <w:tcW w:w="3173" w:type="dxa"/>
            <w:vAlign w:val="center"/>
          </w:tcPr>
          <w:p w14:paraId="1D73E3FD" w14:textId="77777777" w:rsidR="009F14C8" w:rsidRDefault="00000000">
            <w:pPr>
              <w:spacing w:after="0"/>
            </w:pPr>
            <w:r>
              <w:rPr>
                <w:sz w:val="18"/>
              </w:rPr>
              <w:t>1</w:t>
            </w:r>
          </w:p>
        </w:tc>
        <w:tc>
          <w:tcPr>
            <w:tcW w:w="3173" w:type="dxa"/>
            <w:vAlign w:val="center"/>
          </w:tcPr>
          <w:p w14:paraId="01FE28EC" w14:textId="77777777" w:rsidR="009F14C8" w:rsidRDefault="00000000">
            <w:pPr>
              <w:spacing w:after="0"/>
            </w:pPr>
            <w:r>
              <w:rPr>
                <w:sz w:val="18"/>
              </w:rPr>
              <w:t>%2,3</w:t>
            </w:r>
          </w:p>
        </w:tc>
      </w:tr>
      <w:tr w:rsidR="009F14C8" w14:paraId="06BC2176" w14:textId="77777777">
        <w:trPr>
          <w:jc w:val="center"/>
        </w:trPr>
        <w:tc>
          <w:tcPr>
            <w:tcW w:w="3173" w:type="dxa"/>
            <w:vAlign w:val="center"/>
          </w:tcPr>
          <w:p w14:paraId="2799FBA6" w14:textId="77777777" w:rsidR="009F14C8" w:rsidRDefault="00000000">
            <w:pPr>
              <w:spacing w:after="0"/>
            </w:pPr>
            <w:r>
              <w:rPr>
                <w:sz w:val="18"/>
              </w:rPr>
              <w:t>Ortalama</w:t>
            </w:r>
          </w:p>
        </w:tc>
        <w:tc>
          <w:tcPr>
            <w:tcW w:w="3173" w:type="dxa"/>
            <w:vAlign w:val="center"/>
          </w:tcPr>
          <w:p w14:paraId="5957E818" w14:textId="77777777" w:rsidR="009F14C8" w:rsidRDefault="009F14C8">
            <w:pPr>
              <w:spacing w:after="0"/>
            </w:pPr>
          </w:p>
        </w:tc>
        <w:tc>
          <w:tcPr>
            <w:tcW w:w="3173" w:type="dxa"/>
            <w:vAlign w:val="center"/>
          </w:tcPr>
          <w:p w14:paraId="1C6FC3ED" w14:textId="77777777" w:rsidR="009F14C8" w:rsidRDefault="00000000">
            <w:pPr>
              <w:spacing w:after="0"/>
            </w:pPr>
            <w:r>
              <w:rPr>
                <w:sz w:val="18"/>
              </w:rPr>
              <w:t>4,05 / 5,00</w:t>
            </w:r>
          </w:p>
        </w:tc>
      </w:tr>
    </w:tbl>
    <w:p w14:paraId="7A5C4E7B" w14:textId="77777777" w:rsidR="009F14C8" w:rsidRDefault="00000000">
      <w:r>
        <w:rPr>
          <w:noProof/>
        </w:rPr>
        <w:lastRenderedPageBreak/>
        <w:drawing>
          <wp:inline distT="0" distB="0" distL="0" distR="0" wp14:anchorId="547DEA07" wp14:editId="7D87E588">
            <wp:extent cx="4343400" cy="2453523"/>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10.png"/>
                    <pic:cNvPicPr/>
                  </pic:nvPicPr>
                  <pic:blipFill>
                    <a:blip r:embed="rId20"/>
                    <a:stretch>
                      <a:fillRect/>
                    </a:stretch>
                  </pic:blipFill>
                  <pic:spPr>
                    <a:xfrm>
                      <a:off x="0" y="0"/>
                      <a:ext cx="4343400" cy="2453523"/>
                    </a:xfrm>
                    <a:prstGeom prst="rect">
                      <a:avLst/>
                    </a:prstGeom>
                  </pic:spPr>
                </pic:pic>
              </a:graphicData>
            </a:graphic>
          </wp:inline>
        </w:drawing>
      </w:r>
    </w:p>
    <w:p w14:paraId="423BC1BD" w14:textId="77777777" w:rsidR="009F14C8" w:rsidRDefault="00000000">
      <w:pPr>
        <w:pStyle w:val="Balk3"/>
      </w:pPr>
      <w:bookmarkStart w:id="17" w:name="_Toc232111720"/>
      <w:r>
        <w:t>5.11. Madde 11’e İlişkin Bulgular</w:t>
      </w:r>
      <w:bookmarkEnd w:id="17"/>
    </w:p>
    <w:p w14:paraId="09844FA6" w14:textId="77777777" w:rsidR="009F14C8" w:rsidRDefault="00000000">
      <w:r>
        <w:rPr>
          <w:b/>
          <w:i/>
        </w:rPr>
        <w:t>(Eğitim süreçlerindeki aksaklıkları bildirdiğimde, bu geri bildirimlerin program güncellemelerinde dikkate alındığını düşünüyorum.)</w:t>
      </w:r>
    </w:p>
    <w:p w14:paraId="33F03A91" w14:textId="77777777" w:rsidR="009F14C8" w:rsidRDefault="00000000">
      <w:r>
        <w:t>Katılımcıların; 16'i (%37,2) Kesinlikle Katılıyorum, 17'i (%39,5) Katılıyorum, 4'i (%9,3) Kararsızım, 5'i (%11,6) Katılmıyorum, 1'i (%2,3) Kesinlikle Katılmıyorum şeklinde görüş bildirmiştir. Bu maddeye geçerli yanıt veren katılımcı sayısı 43'dir.</w:t>
      </w:r>
    </w:p>
    <w:p w14:paraId="2203AD69" w14:textId="77777777" w:rsidR="009F14C8" w:rsidRDefault="00000000">
      <w:r>
        <w:t>Ortalama puanın 3,98/5,00 olması, olumlu görüş oranının %76,7, kararsız görüş oranının %9,3 ve olumsuz görüş oranının %14,0 düzeyinde gerçekleşmesi bu sonuçlar, ilgili alanda genel eğilimin olumlu olduğunu; bununla birlikte kararsız ve olumsuz görüşlerin de iyileştirme süreçlerinde dikkate alınması gerektiğini göstermektedir.</w:t>
      </w:r>
    </w:p>
    <w:tbl>
      <w:tblPr>
        <w:tblStyle w:val="TabloKlavuzu"/>
        <w:tblW w:w="0" w:type="auto"/>
        <w:jc w:val="center"/>
        <w:tblLook w:val="04A0" w:firstRow="1" w:lastRow="0" w:firstColumn="1" w:lastColumn="0" w:noHBand="0" w:noVBand="1"/>
      </w:tblPr>
      <w:tblGrid>
        <w:gridCol w:w="3173"/>
        <w:gridCol w:w="3173"/>
        <w:gridCol w:w="3173"/>
      </w:tblGrid>
      <w:tr w:rsidR="009F14C8" w14:paraId="319BD96A" w14:textId="77777777">
        <w:trPr>
          <w:jc w:val="center"/>
        </w:trPr>
        <w:tc>
          <w:tcPr>
            <w:tcW w:w="3173" w:type="dxa"/>
            <w:vAlign w:val="center"/>
          </w:tcPr>
          <w:p w14:paraId="02205BBB" w14:textId="77777777" w:rsidR="009F14C8" w:rsidRDefault="00000000">
            <w:pPr>
              <w:spacing w:after="0"/>
            </w:pPr>
            <w:r>
              <w:rPr>
                <w:sz w:val="18"/>
              </w:rPr>
              <w:t>Seçenek</w:t>
            </w:r>
          </w:p>
        </w:tc>
        <w:tc>
          <w:tcPr>
            <w:tcW w:w="3173" w:type="dxa"/>
            <w:vAlign w:val="center"/>
          </w:tcPr>
          <w:p w14:paraId="2E6BCC75" w14:textId="77777777" w:rsidR="009F14C8" w:rsidRDefault="00000000">
            <w:pPr>
              <w:spacing w:after="0"/>
            </w:pPr>
            <w:r>
              <w:rPr>
                <w:sz w:val="18"/>
              </w:rPr>
              <w:t>Frekans</w:t>
            </w:r>
          </w:p>
        </w:tc>
        <w:tc>
          <w:tcPr>
            <w:tcW w:w="3173" w:type="dxa"/>
            <w:vAlign w:val="center"/>
          </w:tcPr>
          <w:p w14:paraId="788F6ED5" w14:textId="77777777" w:rsidR="009F14C8" w:rsidRDefault="00000000">
            <w:pPr>
              <w:spacing w:after="0"/>
            </w:pPr>
            <w:r>
              <w:rPr>
                <w:sz w:val="18"/>
              </w:rPr>
              <w:t>Oran</w:t>
            </w:r>
          </w:p>
        </w:tc>
      </w:tr>
      <w:tr w:rsidR="009F14C8" w14:paraId="01975988" w14:textId="77777777">
        <w:trPr>
          <w:jc w:val="center"/>
        </w:trPr>
        <w:tc>
          <w:tcPr>
            <w:tcW w:w="3173" w:type="dxa"/>
            <w:vAlign w:val="center"/>
          </w:tcPr>
          <w:p w14:paraId="42F0910C" w14:textId="77777777" w:rsidR="009F14C8" w:rsidRDefault="00000000">
            <w:pPr>
              <w:spacing w:after="0"/>
            </w:pPr>
            <w:r>
              <w:rPr>
                <w:sz w:val="18"/>
              </w:rPr>
              <w:t>5 = Kesinlikle Katılıyorum</w:t>
            </w:r>
          </w:p>
        </w:tc>
        <w:tc>
          <w:tcPr>
            <w:tcW w:w="3173" w:type="dxa"/>
            <w:vAlign w:val="center"/>
          </w:tcPr>
          <w:p w14:paraId="21F95586" w14:textId="77777777" w:rsidR="009F14C8" w:rsidRDefault="00000000">
            <w:pPr>
              <w:spacing w:after="0"/>
            </w:pPr>
            <w:r>
              <w:rPr>
                <w:sz w:val="18"/>
              </w:rPr>
              <w:t>16</w:t>
            </w:r>
          </w:p>
        </w:tc>
        <w:tc>
          <w:tcPr>
            <w:tcW w:w="3173" w:type="dxa"/>
            <w:vAlign w:val="center"/>
          </w:tcPr>
          <w:p w14:paraId="7552B930" w14:textId="77777777" w:rsidR="009F14C8" w:rsidRDefault="00000000">
            <w:pPr>
              <w:spacing w:after="0"/>
            </w:pPr>
            <w:r>
              <w:rPr>
                <w:sz w:val="18"/>
              </w:rPr>
              <w:t>%37,2</w:t>
            </w:r>
          </w:p>
        </w:tc>
      </w:tr>
      <w:tr w:rsidR="009F14C8" w14:paraId="57811933" w14:textId="77777777">
        <w:trPr>
          <w:jc w:val="center"/>
        </w:trPr>
        <w:tc>
          <w:tcPr>
            <w:tcW w:w="3173" w:type="dxa"/>
            <w:vAlign w:val="center"/>
          </w:tcPr>
          <w:p w14:paraId="265269E2" w14:textId="77777777" w:rsidR="009F14C8" w:rsidRDefault="00000000">
            <w:pPr>
              <w:spacing w:after="0"/>
            </w:pPr>
            <w:r>
              <w:rPr>
                <w:sz w:val="18"/>
              </w:rPr>
              <w:t>4 = Katılıyorum</w:t>
            </w:r>
          </w:p>
        </w:tc>
        <w:tc>
          <w:tcPr>
            <w:tcW w:w="3173" w:type="dxa"/>
            <w:vAlign w:val="center"/>
          </w:tcPr>
          <w:p w14:paraId="42B4D4C6" w14:textId="77777777" w:rsidR="009F14C8" w:rsidRDefault="00000000">
            <w:pPr>
              <w:spacing w:after="0"/>
            </w:pPr>
            <w:r>
              <w:rPr>
                <w:sz w:val="18"/>
              </w:rPr>
              <w:t>17</w:t>
            </w:r>
          </w:p>
        </w:tc>
        <w:tc>
          <w:tcPr>
            <w:tcW w:w="3173" w:type="dxa"/>
            <w:vAlign w:val="center"/>
          </w:tcPr>
          <w:p w14:paraId="2E5394D2" w14:textId="77777777" w:rsidR="009F14C8" w:rsidRDefault="00000000">
            <w:pPr>
              <w:spacing w:after="0"/>
            </w:pPr>
            <w:r>
              <w:rPr>
                <w:sz w:val="18"/>
              </w:rPr>
              <w:t>%39,5</w:t>
            </w:r>
          </w:p>
        </w:tc>
      </w:tr>
      <w:tr w:rsidR="009F14C8" w14:paraId="7D0124C4" w14:textId="77777777">
        <w:trPr>
          <w:jc w:val="center"/>
        </w:trPr>
        <w:tc>
          <w:tcPr>
            <w:tcW w:w="3173" w:type="dxa"/>
            <w:vAlign w:val="center"/>
          </w:tcPr>
          <w:p w14:paraId="0EB09C5C" w14:textId="77777777" w:rsidR="009F14C8" w:rsidRDefault="00000000">
            <w:pPr>
              <w:spacing w:after="0"/>
            </w:pPr>
            <w:r>
              <w:rPr>
                <w:sz w:val="18"/>
              </w:rPr>
              <w:t>3 = Kararsızım</w:t>
            </w:r>
          </w:p>
        </w:tc>
        <w:tc>
          <w:tcPr>
            <w:tcW w:w="3173" w:type="dxa"/>
            <w:vAlign w:val="center"/>
          </w:tcPr>
          <w:p w14:paraId="286B3F4E" w14:textId="77777777" w:rsidR="009F14C8" w:rsidRDefault="00000000">
            <w:pPr>
              <w:spacing w:after="0"/>
            </w:pPr>
            <w:r>
              <w:rPr>
                <w:sz w:val="18"/>
              </w:rPr>
              <w:t>4</w:t>
            </w:r>
          </w:p>
        </w:tc>
        <w:tc>
          <w:tcPr>
            <w:tcW w:w="3173" w:type="dxa"/>
            <w:vAlign w:val="center"/>
          </w:tcPr>
          <w:p w14:paraId="35684A8F" w14:textId="77777777" w:rsidR="009F14C8" w:rsidRDefault="00000000">
            <w:pPr>
              <w:spacing w:after="0"/>
            </w:pPr>
            <w:r>
              <w:rPr>
                <w:sz w:val="18"/>
              </w:rPr>
              <w:t>%9,3</w:t>
            </w:r>
          </w:p>
        </w:tc>
      </w:tr>
      <w:tr w:rsidR="009F14C8" w14:paraId="6685BEC7" w14:textId="77777777">
        <w:trPr>
          <w:jc w:val="center"/>
        </w:trPr>
        <w:tc>
          <w:tcPr>
            <w:tcW w:w="3173" w:type="dxa"/>
            <w:vAlign w:val="center"/>
          </w:tcPr>
          <w:p w14:paraId="2FEC64B9" w14:textId="77777777" w:rsidR="009F14C8" w:rsidRDefault="00000000">
            <w:pPr>
              <w:spacing w:after="0"/>
            </w:pPr>
            <w:r>
              <w:rPr>
                <w:sz w:val="18"/>
              </w:rPr>
              <w:t>2 = Katılmıyorum</w:t>
            </w:r>
          </w:p>
        </w:tc>
        <w:tc>
          <w:tcPr>
            <w:tcW w:w="3173" w:type="dxa"/>
            <w:vAlign w:val="center"/>
          </w:tcPr>
          <w:p w14:paraId="1AE0C7E1" w14:textId="77777777" w:rsidR="009F14C8" w:rsidRDefault="00000000">
            <w:pPr>
              <w:spacing w:after="0"/>
            </w:pPr>
            <w:r>
              <w:rPr>
                <w:sz w:val="18"/>
              </w:rPr>
              <w:t>5</w:t>
            </w:r>
          </w:p>
        </w:tc>
        <w:tc>
          <w:tcPr>
            <w:tcW w:w="3173" w:type="dxa"/>
            <w:vAlign w:val="center"/>
          </w:tcPr>
          <w:p w14:paraId="3C60BED5" w14:textId="77777777" w:rsidR="009F14C8" w:rsidRDefault="00000000">
            <w:pPr>
              <w:spacing w:after="0"/>
            </w:pPr>
            <w:r>
              <w:rPr>
                <w:sz w:val="18"/>
              </w:rPr>
              <w:t>%11,6</w:t>
            </w:r>
          </w:p>
        </w:tc>
      </w:tr>
      <w:tr w:rsidR="009F14C8" w14:paraId="1F07182A" w14:textId="77777777">
        <w:trPr>
          <w:jc w:val="center"/>
        </w:trPr>
        <w:tc>
          <w:tcPr>
            <w:tcW w:w="3173" w:type="dxa"/>
            <w:vAlign w:val="center"/>
          </w:tcPr>
          <w:p w14:paraId="33F4CA7C" w14:textId="77777777" w:rsidR="009F14C8" w:rsidRDefault="00000000">
            <w:pPr>
              <w:spacing w:after="0"/>
            </w:pPr>
            <w:r>
              <w:rPr>
                <w:sz w:val="18"/>
              </w:rPr>
              <w:t>1 = Kesinlikle Katılmıyorum</w:t>
            </w:r>
          </w:p>
        </w:tc>
        <w:tc>
          <w:tcPr>
            <w:tcW w:w="3173" w:type="dxa"/>
            <w:vAlign w:val="center"/>
          </w:tcPr>
          <w:p w14:paraId="5108C9FE" w14:textId="77777777" w:rsidR="009F14C8" w:rsidRDefault="00000000">
            <w:pPr>
              <w:spacing w:after="0"/>
            </w:pPr>
            <w:r>
              <w:rPr>
                <w:sz w:val="18"/>
              </w:rPr>
              <w:t>1</w:t>
            </w:r>
          </w:p>
        </w:tc>
        <w:tc>
          <w:tcPr>
            <w:tcW w:w="3173" w:type="dxa"/>
            <w:vAlign w:val="center"/>
          </w:tcPr>
          <w:p w14:paraId="5939F209" w14:textId="77777777" w:rsidR="009F14C8" w:rsidRDefault="00000000">
            <w:pPr>
              <w:spacing w:after="0"/>
            </w:pPr>
            <w:r>
              <w:rPr>
                <w:sz w:val="18"/>
              </w:rPr>
              <w:t>%2,3</w:t>
            </w:r>
          </w:p>
        </w:tc>
      </w:tr>
      <w:tr w:rsidR="009F14C8" w14:paraId="6DE4B012" w14:textId="77777777">
        <w:trPr>
          <w:jc w:val="center"/>
        </w:trPr>
        <w:tc>
          <w:tcPr>
            <w:tcW w:w="3173" w:type="dxa"/>
            <w:vAlign w:val="center"/>
          </w:tcPr>
          <w:p w14:paraId="6E36D560" w14:textId="77777777" w:rsidR="009F14C8" w:rsidRDefault="00000000">
            <w:pPr>
              <w:spacing w:after="0"/>
            </w:pPr>
            <w:r>
              <w:rPr>
                <w:sz w:val="18"/>
              </w:rPr>
              <w:t>Ortalama</w:t>
            </w:r>
          </w:p>
        </w:tc>
        <w:tc>
          <w:tcPr>
            <w:tcW w:w="3173" w:type="dxa"/>
            <w:vAlign w:val="center"/>
          </w:tcPr>
          <w:p w14:paraId="48A4C713" w14:textId="77777777" w:rsidR="009F14C8" w:rsidRDefault="009F14C8">
            <w:pPr>
              <w:spacing w:after="0"/>
            </w:pPr>
          </w:p>
        </w:tc>
        <w:tc>
          <w:tcPr>
            <w:tcW w:w="3173" w:type="dxa"/>
            <w:vAlign w:val="center"/>
          </w:tcPr>
          <w:p w14:paraId="7475FFD6" w14:textId="77777777" w:rsidR="009F14C8" w:rsidRDefault="00000000">
            <w:pPr>
              <w:spacing w:after="0"/>
            </w:pPr>
            <w:r>
              <w:rPr>
                <w:sz w:val="18"/>
              </w:rPr>
              <w:t>3,98 / 5,00</w:t>
            </w:r>
          </w:p>
        </w:tc>
      </w:tr>
    </w:tbl>
    <w:p w14:paraId="7943A224" w14:textId="77777777" w:rsidR="009F14C8" w:rsidRDefault="00000000">
      <w:r>
        <w:rPr>
          <w:noProof/>
        </w:rPr>
        <w:drawing>
          <wp:inline distT="0" distB="0" distL="0" distR="0" wp14:anchorId="617D8E30" wp14:editId="28C4A3FA">
            <wp:extent cx="4343400" cy="2453523"/>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11.png"/>
                    <pic:cNvPicPr/>
                  </pic:nvPicPr>
                  <pic:blipFill>
                    <a:blip r:embed="rId21"/>
                    <a:stretch>
                      <a:fillRect/>
                    </a:stretch>
                  </pic:blipFill>
                  <pic:spPr>
                    <a:xfrm>
                      <a:off x="0" y="0"/>
                      <a:ext cx="4343400" cy="2453523"/>
                    </a:xfrm>
                    <a:prstGeom prst="rect">
                      <a:avLst/>
                    </a:prstGeom>
                  </pic:spPr>
                </pic:pic>
              </a:graphicData>
            </a:graphic>
          </wp:inline>
        </w:drawing>
      </w:r>
    </w:p>
    <w:p w14:paraId="32B025CE" w14:textId="77777777" w:rsidR="009F14C8" w:rsidRDefault="00000000">
      <w:pPr>
        <w:pStyle w:val="Balk3"/>
      </w:pPr>
      <w:bookmarkStart w:id="18" w:name="_Toc232111721"/>
      <w:r>
        <w:lastRenderedPageBreak/>
        <w:t>5.12. Madde 12’e İlişkin Bulgular</w:t>
      </w:r>
      <w:bookmarkEnd w:id="18"/>
    </w:p>
    <w:p w14:paraId="2AA72AE0" w14:textId="77777777" w:rsidR="009F14C8" w:rsidRDefault="00000000">
      <w:r>
        <w:rPr>
          <w:b/>
          <w:i/>
        </w:rPr>
        <w:t>(Fakülte yönetiminin (Dekanlık) eğitim-öğretimle ilgili aldığı kararlar (akademik takvim, sınav programları, klinik rotasyonları vb.) iş akışımı kolaylaştıracak şekilde zamanında duyurulmaktadır.)</w:t>
      </w:r>
    </w:p>
    <w:p w14:paraId="6A24A173" w14:textId="77777777" w:rsidR="009F14C8" w:rsidRDefault="00000000">
      <w:r>
        <w:t>Katılımcıların; 24'i (%55,8) Kesinlikle Katılıyorum, 16'i (%37,2) Katılıyorum, 2'i (%4,7) Kararsızım, 1'i (%2,3) Katılmıyorum, 0'i (%0,0) Kesinlikle Katılmıyorum şeklinde görüş bildirmiştir. Bu maddeye geçerli yanıt veren katılımcı sayısı 43'dir.</w:t>
      </w:r>
    </w:p>
    <w:p w14:paraId="1A529CF6" w14:textId="77777777" w:rsidR="009F14C8" w:rsidRDefault="00000000">
      <w:r>
        <w:t>Ortalama puanın 4,47/5,00 olması, olumlu görüş oranının %93,0, kararsız görüş oranının %4,7 ve olumsuz görüş oranının %2,3 düzeyinde gerçekleşmesi bu sonuçlar, ilgili alanda akademik personel memnuniyetinin güçlü düzeyde olduğunu ve mevcut uygulamaların genel olarak olumlu değerlendirildiğini göstermektedir.</w:t>
      </w:r>
    </w:p>
    <w:tbl>
      <w:tblPr>
        <w:tblStyle w:val="TabloKlavuzu"/>
        <w:tblW w:w="0" w:type="auto"/>
        <w:jc w:val="center"/>
        <w:tblLook w:val="04A0" w:firstRow="1" w:lastRow="0" w:firstColumn="1" w:lastColumn="0" w:noHBand="0" w:noVBand="1"/>
      </w:tblPr>
      <w:tblGrid>
        <w:gridCol w:w="3173"/>
        <w:gridCol w:w="3173"/>
        <w:gridCol w:w="3173"/>
      </w:tblGrid>
      <w:tr w:rsidR="009F14C8" w14:paraId="5C328C7B" w14:textId="77777777">
        <w:trPr>
          <w:jc w:val="center"/>
        </w:trPr>
        <w:tc>
          <w:tcPr>
            <w:tcW w:w="3173" w:type="dxa"/>
            <w:vAlign w:val="center"/>
          </w:tcPr>
          <w:p w14:paraId="6E5C3739" w14:textId="77777777" w:rsidR="009F14C8" w:rsidRDefault="00000000">
            <w:pPr>
              <w:spacing w:after="0"/>
            </w:pPr>
            <w:r>
              <w:rPr>
                <w:sz w:val="18"/>
              </w:rPr>
              <w:t>Seçenek</w:t>
            </w:r>
          </w:p>
        </w:tc>
        <w:tc>
          <w:tcPr>
            <w:tcW w:w="3173" w:type="dxa"/>
            <w:vAlign w:val="center"/>
          </w:tcPr>
          <w:p w14:paraId="62BF65D7" w14:textId="77777777" w:rsidR="009F14C8" w:rsidRDefault="00000000">
            <w:pPr>
              <w:spacing w:after="0"/>
            </w:pPr>
            <w:r>
              <w:rPr>
                <w:sz w:val="18"/>
              </w:rPr>
              <w:t>Frekans</w:t>
            </w:r>
          </w:p>
        </w:tc>
        <w:tc>
          <w:tcPr>
            <w:tcW w:w="3173" w:type="dxa"/>
            <w:vAlign w:val="center"/>
          </w:tcPr>
          <w:p w14:paraId="63B2C4BE" w14:textId="77777777" w:rsidR="009F14C8" w:rsidRDefault="00000000">
            <w:pPr>
              <w:spacing w:after="0"/>
            </w:pPr>
            <w:r>
              <w:rPr>
                <w:sz w:val="18"/>
              </w:rPr>
              <w:t>Oran</w:t>
            </w:r>
          </w:p>
        </w:tc>
      </w:tr>
      <w:tr w:rsidR="009F14C8" w14:paraId="2D166CCD" w14:textId="77777777">
        <w:trPr>
          <w:jc w:val="center"/>
        </w:trPr>
        <w:tc>
          <w:tcPr>
            <w:tcW w:w="3173" w:type="dxa"/>
            <w:vAlign w:val="center"/>
          </w:tcPr>
          <w:p w14:paraId="1A443443" w14:textId="77777777" w:rsidR="009F14C8" w:rsidRDefault="00000000">
            <w:pPr>
              <w:spacing w:after="0"/>
            </w:pPr>
            <w:r>
              <w:rPr>
                <w:sz w:val="18"/>
              </w:rPr>
              <w:t>5 = Kesinlikle Katılıyorum</w:t>
            </w:r>
          </w:p>
        </w:tc>
        <w:tc>
          <w:tcPr>
            <w:tcW w:w="3173" w:type="dxa"/>
            <w:vAlign w:val="center"/>
          </w:tcPr>
          <w:p w14:paraId="45959F31" w14:textId="77777777" w:rsidR="009F14C8" w:rsidRDefault="00000000">
            <w:pPr>
              <w:spacing w:after="0"/>
            </w:pPr>
            <w:r>
              <w:rPr>
                <w:sz w:val="18"/>
              </w:rPr>
              <w:t>24</w:t>
            </w:r>
          </w:p>
        </w:tc>
        <w:tc>
          <w:tcPr>
            <w:tcW w:w="3173" w:type="dxa"/>
            <w:vAlign w:val="center"/>
          </w:tcPr>
          <w:p w14:paraId="18090520" w14:textId="77777777" w:rsidR="009F14C8" w:rsidRDefault="00000000">
            <w:pPr>
              <w:spacing w:after="0"/>
            </w:pPr>
            <w:r>
              <w:rPr>
                <w:sz w:val="18"/>
              </w:rPr>
              <w:t>%55,8</w:t>
            </w:r>
          </w:p>
        </w:tc>
      </w:tr>
      <w:tr w:rsidR="009F14C8" w14:paraId="54A86053" w14:textId="77777777">
        <w:trPr>
          <w:jc w:val="center"/>
        </w:trPr>
        <w:tc>
          <w:tcPr>
            <w:tcW w:w="3173" w:type="dxa"/>
            <w:vAlign w:val="center"/>
          </w:tcPr>
          <w:p w14:paraId="5058B596" w14:textId="77777777" w:rsidR="009F14C8" w:rsidRDefault="00000000">
            <w:pPr>
              <w:spacing w:after="0"/>
            </w:pPr>
            <w:r>
              <w:rPr>
                <w:sz w:val="18"/>
              </w:rPr>
              <w:t>4 = Katılıyorum</w:t>
            </w:r>
          </w:p>
        </w:tc>
        <w:tc>
          <w:tcPr>
            <w:tcW w:w="3173" w:type="dxa"/>
            <w:vAlign w:val="center"/>
          </w:tcPr>
          <w:p w14:paraId="763B0F69" w14:textId="77777777" w:rsidR="009F14C8" w:rsidRDefault="00000000">
            <w:pPr>
              <w:spacing w:after="0"/>
            </w:pPr>
            <w:r>
              <w:rPr>
                <w:sz w:val="18"/>
              </w:rPr>
              <w:t>16</w:t>
            </w:r>
          </w:p>
        </w:tc>
        <w:tc>
          <w:tcPr>
            <w:tcW w:w="3173" w:type="dxa"/>
            <w:vAlign w:val="center"/>
          </w:tcPr>
          <w:p w14:paraId="52CB19C4" w14:textId="77777777" w:rsidR="009F14C8" w:rsidRDefault="00000000">
            <w:pPr>
              <w:spacing w:after="0"/>
            </w:pPr>
            <w:r>
              <w:rPr>
                <w:sz w:val="18"/>
              </w:rPr>
              <w:t>%37,2</w:t>
            </w:r>
          </w:p>
        </w:tc>
      </w:tr>
      <w:tr w:rsidR="009F14C8" w14:paraId="154FB8B7" w14:textId="77777777">
        <w:trPr>
          <w:jc w:val="center"/>
        </w:trPr>
        <w:tc>
          <w:tcPr>
            <w:tcW w:w="3173" w:type="dxa"/>
            <w:vAlign w:val="center"/>
          </w:tcPr>
          <w:p w14:paraId="5A842E1C" w14:textId="77777777" w:rsidR="009F14C8" w:rsidRDefault="00000000">
            <w:pPr>
              <w:spacing w:after="0"/>
            </w:pPr>
            <w:r>
              <w:rPr>
                <w:sz w:val="18"/>
              </w:rPr>
              <w:t>3 = Kararsızım</w:t>
            </w:r>
          </w:p>
        </w:tc>
        <w:tc>
          <w:tcPr>
            <w:tcW w:w="3173" w:type="dxa"/>
            <w:vAlign w:val="center"/>
          </w:tcPr>
          <w:p w14:paraId="1BE9DFD6" w14:textId="77777777" w:rsidR="009F14C8" w:rsidRDefault="00000000">
            <w:pPr>
              <w:spacing w:after="0"/>
            </w:pPr>
            <w:r>
              <w:rPr>
                <w:sz w:val="18"/>
              </w:rPr>
              <w:t>2</w:t>
            </w:r>
          </w:p>
        </w:tc>
        <w:tc>
          <w:tcPr>
            <w:tcW w:w="3173" w:type="dxa"/>
            <w:vAlign w:val="center"/>
          </w:tcPr>
          <w:p w14:paraId="763CCB49" w14:textId="77777777" w:rsidR="009F14C8" w:rsidRDefault="00000000">
            <w:pPr>
              <w:spacing w:after="0"/>
            </w:pPr>
            <w:r>
              <w:rPr>
                <w:sz w:val="18"/>
              </w:rPr>
              <w:t>%4,7</w:t>
            </w:r>
          </w:p>
        </w:tc>
      </w:tr>
      <w:tr w:rsidR="009F14C8" w14:paraId="60677837" w14:textId="77777777">
        <w:trPr>
          <w:jc w:val="center"/>
        </w:trPr>
        <w:tc>
          <w:tcPr>
            <w:tcW w:w="3173" w:type="dxa"/>
            <w:vAlign w:val="center"/>
          </w:tcPr>
          <w:p w14:paraId="2E6E0E70" w14:textId="77777777" w:rsidR="009F14C8" w:rsidRDefault="00000000">
            <w:pPr>
              <w:spacing w:after="0"/>
            </w:pPr>
            <w:r>
              <w:rPr>
                <w:sz w:val="18"/>
              </w:rPr>
              <w:t>2 = Katılmıyorum</w:t>
            </w:r>
          </w:p>
        </w:tc>
        <w:tc>
          <w:tcPr>
            <w:tcW w:w="3173" w:type="dxa"/>
            <w:vAlign w:val="center"/>
          </w:tcPr>
          <w:p w14:paraId="4F2C9CE1" w14:textId="77777777" w:rsidR="009F14C8" w:rsidRDefault="00000000">
            <w:pPr>
              <w:spacing w:after="0"/>
            </w:pPr>
            <w:r>
              <w:rPr>
                <w:sz w:val="18"/>
              </w:rPr>
              <w:t>1</w:t>
            </w:r>
          </w:p>
        </w:tc>
        <w:tc>
          <w:tcPr>
            <w:tcW w:w="3173" w:type="dxa"/>
            <w:vAlign w:val="center"/>
          </w:tcPr>
          <w:p w14:paraId="7D8B346F" w14:textId="77777777" w:rsidR="009F14C8" w:rsidRDefault="00000000">
            <w:pPr>
              <w:spacing w:after="0"/>
            </w:pPr>
            <w:r>
              <w:rPr>
                <w:sz w:val="18"/>
              </w:rPr>
              <w:t>%2,3</w:t>
            </w:r>
          </w:p>
        </w:tc>
      </w:tr>
      <w:tr w:rsidR="009F14C8" w14:paraId="465E842D" w14:textId="77777777">
        <w:trPr>
          <w:jc w:val="center"/>
        </w:trPr>
        <w:tc>
          <w:tcPr>
            <w:tcW w:w="3173" w:type="dxa"/>
            <w:vAlign w:val="center"/>
          </w:tcPr>
          <w:p w14:paraId="7C7BB36A" w14:textId="77777777" w:rsidR="009F14C8" w:rsidRDefault="00000000">
            <w:pPr>
              <w:spacing w:after="0"/>
            </w:pPr>
            <w:r>
              <w:rPr>
                <w:sz w:val="18"/>
              </w:rPr>
              <w:t>1 = Kesinlikle Katılmıyorum</w:t>
            </w:r>
          </w:p>
        </w:tc>
        <w:tc>
          <w:tcPr>
            <w:tcW w:w="3173" w:type="dxa"/>
            <w:vAlign w:val="center"/>
          </w:tcPr>
          <w:p w14:paraId="309ED6C1" w14:textId="77777777" w:rsidR="009F14C8" w:rsidRDefault="00000000">
            <w:pPr>
              <w:spacing w:after="0"/>
            </w:pPr>
            <w:r>
              <w:rPr>
                <w:sz w:val="18"/>
              </w:rPr>
              <w:t>0</w:t>
            </w:r>
          </w:p>
        </w:tc>
        <w:tc>
          <w:tcPr>
            <w:tcW w:w="3173" w:type="dxa"/>
            <w:vAlign w:val="center"/>
          </w:tcPr>
          <w:p w14:paraId="58A17DA8" w14:textId="77777777" w:rsidR="009F14C8" w:rsidRDefault="00000000">
            <w:pPr>
              <w:spacing w:after="0"/>
            </w:pPr>
            <w:r>
              <w:rPr>
                <w:sz w:val="18"/>
              </w:rPr>
              <w:t>%0,0</w:t>
            </w:r>
          </w:p>
        </w:tc>
      </w:tr>
      <w:tr w:rsidR="009F14C8" w14:paraId="6A1459C1" w14:textId="77777777">
        <w:trPr>
          <w:jc w:val="center"/>
        </w:trPr>
        <w:tc>
          <w:tcPr>
            <w:tcW w:w="3173" w:type="dxa"/>
            <w:vAlign w:val="center"/>
          </w:tcPr>
          <w:p w14:paraId="33018CA3" w14:textId="77777777" w:rsidR="009F14C8" w:rsidRDefault="00000000">
            <w:pPr>
              <w:spacing w:after="0"/>
            </w:pPr>
            <w:r>
              <w:rPr>
                <w:sz w:val="18"/>
              </w:rPr>
              <w:t>Ortalama</w:t>
            </w:r>
          </w:p>
        </w:tc>
        <w:tc>
          <w:tcPr>
            <w:tcW w:w="3173" w:type="dxa"/>
            <w:vAlign w:val="center"/>
          </w:tcPr>
          <w:p w14:paraId="5D7D1E55" w14:textId="77777777" w:rsidR="009F14C8" w:rsidRDefault="009F14C8">
            <w:pPr>
              <w:spacing w:after="0"/>
            </w:pPr>
          </w:p>
        </w:tc>
        <w:tc>
          <w:tcPr>
            <w:tcW w:w="3173" w:type="dxa"/>
            <w:vAlign w:val="center"/>
          </w:tcPr>
          <w:p w14:paraId="240189E8" w14:textId="77777777" w:rsidR="009F14C8" w:rsidRDefault="00000000">
            <w:pPr>
              <w:spacing w:after="0"/>
            </w:pPr>
            <w:r>
              <w:rPr>
                <w:sz w:val="18"/>
              </w:rPr>
              <w:t>4,47 / 5,00</w:t>
            </w:r>
          </w:p>
        </w:tc>
      </w:tr>
    </w:tbl>
    <w:p w14:paraId="29C41E1A" w14:textId="77777777" w:rsidR="009F14C8" w:rsidRDefault="00000000">
      <w:r>
        <w:rPr>
          <w:noProof/>
        </w:rPr>
        <w:drawing>
          <wp:inline distT="0" distB="0" distL="0" distR="0" wp14:anchorId="1AD36DD0" wp14:editId="3C287CAF">
            <wp:extent cx="4343400" cy="2453523"/>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12.png"/>
                    <pic:cNvPicPr/>
                  </pic:nvPicPr>
                  <pic:blipFill>
                    <a:blip r:embed="rId22"/>
                    <a:stretch>
                      <a:fillRect/>
                    </a:stretch>
                  </pic:blipFill>
                  <pic:spPr>
                    <a:xfrm>
                      <a:off x="0" y="0"/>
                      <a:ext cx="4343400" cy="2453523"/>
                    </a:xfrm>
                    <a:prstGeom prst="rect">
                      <a:avLst/>
                    </a:prstGeom>
                  </pic:spPr>
                </pic:pic>
              </a:graphicData>
            </a:graphic>
          </wp:inline>
        </w:drawing>
      </w:r>
    </w:p>
    <w:p w14:paraId="63C38EE1" w14:textId="77777777" w:rsidR="009F14C8" w:rsidRDefault="00000000">
      <w:pPr>
        <w:pStyle w:val="Balk3"/>
      </w:pPr>
      <w:bookmarkStart w:id="19" w:name="_Toc232111722"/>
      <w:r>
        <w:t>5.13. Madde 13’e İlişkin Bulgular</w:t>
      </w:r>
      <w:bookmarkEnd w:id="19"/>
    </w:p>
    <w:p w14:paraId="604D39DC" w14:textId="77777777" w:rsidR="009F14C8" w:rsidRDefault="00000000">
      <w:r>
        <w:rPr>
          <w:b/>
          <w:i/>
        </w:rPr>
        <w:t>(Eğitim ve klinik uygulama süreçlerini yönetirken ihtiyaç duyduğum idari desteğe hızlıca ulaşabiliyorum.)</w:t>
      </w:r>
    </w:p>
    <w:p w14:paraId="0DB18AE3" w14:textId="77777777" w:rsidR="009F14C8" w:rsidRDefault="00000000">
      <w:r>
        <w:t>Katılımcıların; 23'i (%53,5) Kesinlikle Katılıyorum, 10'i (%23,3) Katılıyorum, 8'i (%18,6) Kararsızım, 2'i (%4,7) Katılmıyorum, 0'i (%0,0) Kesinlikle Katılmıyorum şeklinde görüş bildirmiştir. Bu maddeye geçerli yanıt veren katılımcı sayısı 43'dir.</w:t>
      </w:r>
    </w:p>
    <w:p w14:paraId="6F29D165" w14:textId="77777777" w:rsidR="009F14C8" w:rsidRDefault="00000000">
      <w:r>
        <w:t>Ortalama puanın 4,26/5,00 olması, olumlu görüş oranının %76,7, kararsız görüş oranının %18,6 ve olumsuz görüş oranının %4,7 düzeyinde gerçekleşmesi bu sonuçlar, ilgili alanda akademik personel memnuniyetinin güçlü düzeyde olduğunu ve mevcut uygulamaların genel olarak olumlu değerlendirildiğini göstermektedir.</w:t>
      </w:r>
    </w:p>
    <w:tbl>
      <w:tblPr>
        <w:tblStyle w:val="TabloKlavuzu"/>
        <w:tblW w:w="0" w:type="auto"/>
        <w:jc w:val="center"/>
        <w:tblLook w:val="04A0" w:firstRow="1" w:lastRow="0" w:firstColumn="1" w:lastColumn="0" w:noHBand="0" w:noVBand="1"/>
      </w:tblPr>
      <w:tblGrid>
        <w:gridCol w:w="3173"/>
        <w:gridCol w:w="3173"/>
        <w:gridCol w:w="3173"/>
      </w:tblGrid>
      <w:tr w:rsidR="009F14C8" w14:paraId="132F4B64" w14:textId="77777777">
        <w:trPr>
          <w:jc w:val="center"/>
        </w:trPr>
        <w:tc>
          <w:tcPr>
            <w:tcW w:w="3173" w:type="dxa"/>
            <w:vAlign w:val="center"/>
          </w:tcPr>
          <w:p w14:paraId="325312F8" w14:textId="77777777" w:rsidR="009F14C8" w:rsidRDefault="00000000">
            <w:pPr>
              <w:spacing w:after="0"/>
            </w:pPr>
            <w:r>
              <w:rPr>
                <w:sz w:val="18"/>
              </w:rPr>
              <w:t>Seçenek</w:t>
            </w:r>
          </w:p>
        </w:tc>
        <w:tc>
          <w:tcPr>
            <w:tcW w:w="3173" w:type="dxa"/>
            <w:vAlign w:val="center"/>
          </w:tcPr>
          <w:p w14:paraId="380B7090" w14:textId="77777777" w:rsidR="009F14C8" w:rsidRDefault="00000000">
            <w:pPr>
              <w:spacing w:after="0"/>
            </w:pPr>
            <w:r>
              <w:rPr>
                <w:sz w:val="18"/>
              </w:rPr>
              <w:t>Frekans</w:t>
            </w:r>
          </w:p>
        </w:tc>
        <w:tc>
          <w:tcPr>
            <w:tcW w:w="3173" w:type="dxa"/>
            <w:vAlign w:val="center"/>
          </w:tcPr>
          <w:p w14:paraId="29EA0E32" w14:textId="77777777" w:rsidR="009F14C8" w:rsidRDefault="00000000">
            <w:pPr>
              <w:spacing w:after="0"/>
            </w:pPr>
            <w:r>
              <w:rPr>
                <w:sz w:val="18"/>
              </w:rPr>
              <w:t>Oran</w:t>
            </w:r>
          </w:p>
        </w:tc>
      </w:tr>
      <w:tr w:rsidR="009F14C8" w14:paraId="41AAD830" w14:textId="77777777">
        <w:trPr>
          <w:jc w:val="center"/>
        </w:trPr>
        <w:tc>
          <w:tcPr>
            <w:tcW w:w="3173" w:type="dxa"/>
            <w:vAlign w:val="center"/>
          </w:tcPr>
          <w:p w14:paraId="186BE9C9" w14:textId="77777777" w:rsidR="009F14C8" w:rsidRDefault="00000000">
            <w:pPr>
              <w:spacing w:after="0"/>
            </w:pPr>
            <w:r>
              <w:rPr>
                <w:sz w:val="18"/>
              </w:rPr>
              <w:t>5 = Kesinlikle Katılıyorum</w:t>
            </w:r>
          </w:p>
        </w:tc>
        <w:tc>
          <w:tcPr>
            <w:tcW w:w="3173" w:type="dxa"/>
            <w:vAlign w:val="center"/>
          </w:tcPr>
          <w:p w14:paraId="7EF48F2B" w14:textId="77777777" w:rsidR="009F14C8" w:rsidRDefault="00000000">
            <w:pPr>
              <w:spacing w:after="0"/>
            </w:pPr>
            <w:r>
              <w:rPr>
                <w:sz w:val="18"/>
              </w:rPr>
              <w:t>23</w:t>
            </w:r>
          </w:p>
        </w:tc>
        <w:tc>
          <w:tcPr>
            <w:tcW w:w="3173" w:type="dxa"/>
            <w:vAlign w:val="center"/>
          </w:tcPr>
          <w:p w14:paraId="07256BF2" w14:textId="77777777" w:rsidR="009F14C8" w:rsidRDefault="00000000">
            <w:pPr>
              <w:spacing w:after="0"/>
            </w:pPr>
            <w:r>
              <w:rPr>
                <w:sz w:val="18"/>
              </w:rPr>
              <w:t>%53,5</w:t>
            </w:r>
          </w:p>
        </w:tc>
      </w:tr>
      <w:tr w:rsidR="009F14C8" w14:paraId="76A3C331" w14:textId="77777777">
        <w:trPr>
          <w:jc w:val="center"/>
        </w:trPr>
        <w:tc>
          <w:tcPr>
            <w:tcW w:w="3173" w:type="dxa"/>
            <w:vAlign w:val="center"/>
          </w:tcPr>
          <w:p w14:paraId="523488E5" w14:textId="77777777" w:rsidR="009F14C8" w:rsidRDefault="00000000">
            <w:pPr>
              <w:spacing w:after="0"/>
            </w:pPr>
            <w:r>
              <w:rPr>
                <w:sz w:val="18"/>
              </w:rPr>
              <w:t>4 = Katılıyorum</w:t>
            </w:r>
          </w:p>
        </w:tc>
        <w:tc>
          <w:tcPr>
            <w:tcW w:w="3173" w:type="dxa"/>
            <w:vAlign w:val="center"/>
          </w:tcPr>
          <w:p w14:paraId="4474A2C4" w14:textId="77777777" w:rsidR="009F14C8" w:rsidRDefault="00000000">
            <w:pPr>
              <w:spacing w:after="0"/>
            </w:pPr>
            <w:r>
              <w:rPr>
                <w:sz w:val="18"/>
              </w:rPr>
              <w:t>10</w:t>
            </w:r>
          </w:p>
        </w:tc>
        <w:tc>
          <w:tcPr>
            <w:tcW w:w="3173" w:type="dxa"/>
            <w:vAlign w:val="center"/>
          </w:tcPr>
          <w:p w14:paraId="4995106B" w14:textId="77777777" w:rsidR="009F14C8" w:rsidRDefault="00000000">
            <w:pPr>
              <w:spacing w:after="0"/>
            </w:pPr>
            <w:r>
              <w:rPr>
                <w:sz w:val="18"/>
              </w:rPr>
              <w:t>%23,3</w:t>
            </w:r>
          </w:p>
        </w:tc>
      </w:tr>
      <w:tr w:rsidR="009F14C8" w14:paraId="29665865" w14:textId="77777777">
        <w:trPr>
          <w:jc w:val="center"/>
        </w:trPr>
        <w:tc>
          <w:tcPr>
            <w:tcW w:w="3173" w:type="dxa"/>
            <w:vAlign w:val="center"/>
          </w:tcPr>
          <w:p w14:paraId="03842557" w14:textId="77777777" w:rsidR="009F14C8" w:rsidRDefault="00000000">
            <w:pPr>
              <w:spacing w:after="0"/>
            </w:pPr>
            <w:r>
              <w:rPr>
                <w:sz w:val="18"/>
              </w:rPr>
              <w:t>3 = Kararsızım</w:t>
            </w:r>
          </w:p>
        </w:tc>
        <w:tc>
          <w:tcPr>
            <w:tcW w:w="3173" w:type="dxa"/>
            <w:vAlign w:val="center"/>
          </w:tcPr>
          <w:p w14:paraId="7F993BDD" w14:textId="77777777" w:rsidR="009F14C8" w:rsidRDefault="00000000">
            <w:pPr>
              <w:spacing w:after="0"/>
            </w:pPr>
            <w:r>
              <w:rPr>
                <w:sz w:val="18"/>
              </w:rPr>
              <w:t>8</w:t>
            </w:r>
          </w:p>
        </w:tc>
        <w:tc>
          <w:tcPr>
            <w:tcW w:w="3173" w:type="dxa"/>
            <w:vAlign w:val="center"/>
          </w:tcPr>
          <w:p w14:paraId="349A9581" w14:textId="77777777" w:rsidR="009F14C8" w:rsidRDefault="00000000">
            <w:pPr>
              <w:spacing w:after="0"/>
            </w:pPr>
            <w:r>
              <w:rPr>
                <w:sz w:val="18"/>
              </w:rPr>
              <w:t>%18,6</w:t>
            </w:r>
          </w:p>
        </w:tc>
      </w:tr>
      <w:tr w:rsidR="009F14C8" w14:paraId="484E6374" w14:textId="77777777">
        <w:trPr>
          <w:jc w:val="center"/>
        </w:trPr>
        <w:tc>
          <w:tcPr>
            <w:tcW w:w="3173" w:type="dxa"/>
            <w:vAlign w:val="center"/>
          </w:tcPr>
          <w:p w14:paraId="5659EF0F" w14:textId="77777777" w:rsidR="009F14C8" w:rsidRDefault="00000000">
            <w:pPr>
              <w:spacing w:after="0"/>
            </w:pPr>
            <w:r>
              <w:rPr>
                <w:sz w:val="18"/>
              </w:rPr>
              <w:t>2 = Katılmıyorum</w:t>
            </w:r>
          </w:p>
        </w:tc>
        <w:tc>
          <w:tcPr>
            <w:tcW w:w="3173" w:type="dxa"/>
            <w:vAlign w:val="center"/>
          </w:tcPr>
          <w:p w14:paraId="53350085" w14:textId="77777777" w:rsidR="009F14C8" w:rsidRDefault="00000000">
            <w:pPr>
              <w:spacing w:after="0"/>
            </w:pPr>
            <w:r>
              <w:rPr>
                <w:sz w:val="18"/>
              </w:rPr>
              <w:t>2</w:t>
            </w:r>
          </w:p>
        </w:tc>
        <w:tc>
          <w:tcPr>
            <w:tcW w:w="3173" w:type="dxa"/>
            <w:vAlign w:val="center"/>
          </w:tcPr>
          <w:p w14:paraId="3361C1A3" w14:textId="77777777" w:rsidR="009F14C8" w:rsidRDefault="00000000">
            <w:pPr>
              <w:spacing w:after="0"/>
            </w:pPr>
            <w:r>
              <w:rPr>
                <w:sz w:val="18"/>
              </w:rPr>
              <w:t>%4,7</w:t>
            </w:r>
          </w:p>
        </w:tc>
      </w:tr>
      <w:tr w:rsidR="009F14C8" w14:paraId="564EFC41" w14:textId="77777777">
        <w:trPr>
          <w:jc w:val="center"/>
        </w:trPr>
        <w:tc>
          <w:tcPr>
            <w:tcW w:w="3173" w:type="dxa"/>
            <w:vAlign w:val="center"/>
          </w:tcPr>
          <w:p w14:paraId="024A3FCC" w14:textId="77777777" w:rsidR="009F14C8" w:rsidRDefault="00000000">
            <w:pPr>
              <w:spacing w:after="0"/>
            </w:pPr>
            <w:r>
              <w:rPr>
                <w:sz w:val="18"/>
              </w:rPr>
              <w:t>1 = Kesinlikle Katılmıyorum</w:t>
            </w:r>
          </w:p>
        </w:tc>
        <w:tc>
          <w:tcPr>
            <w:tcW w:w="3173" w:type="dxa"/>
            <w:vAlign w:val="center"/>
          </w:tcPr>
          <w:p w14:paraId="757E22BD" w14:textId="77777777" w:rsidR="009F14C8" w:rsidRDefault="00000000">
            <w:pPr>
              <w:spacing w:after="0"/>
            </w:pPr>
            <w:r>
              <w:rPr>
                <w:sz w:val="18"/>
              </w:rPr>
              <w:t>0</w:t>
            </w:r>
          </w:p>
        </w:tc>
        <w:tc>
          <w:tcPr>
            <w:tcW w:w="3173" w:type="dxa"/>
            <w:vAlign w:val="center"/>
          </w:tcPr>
          <w:p w14:paraId="03079E42" w14:textId="77777777" w:rsidR="009F14C8" w:rsidRDefault="00000000">
            <w:pPr>
              <w:spacing w:after="0"/>
            </w:pPr>
            <w:r>
              <w:rPr>
                <w:sz w:val="18"/>
              </w:rPr>
              <w:t>%0,0</w:t>
            </w:r>
          </w:p>
        </w:tc>
      </w:tr>
      <w:tr w:rsidR="009F14C8" w14:paraId="7BAE6CED" w14:textId="77777777">
        <w:trPr>
          <w:jc w:val="center"/>
        </w:trPr>
        <w:tc>
          <w:tcPr>
            <w:tcW w:w="3173" w:type="dxa"/>
            <w:vAlign w:val="center"/>
          </w:tcPr>
          <w:p w14:paraId="2F301EE3" w14:textId="77777777" w:rsidR="009F14C8" w:rsidRDefault="00000000">
            <w:pPr>
              <w:spacing w:after="0"/>
            </w:pPr>
            <w:r>
              <w:rPr>
                <w:sz w:val="18"/>
              </w:rPr>
              <w:lastRenderedPageBreak/>
              <w:t>Ortalama</w:t>
            </w:r>
          </w:p>
        </w:tc>
        <w:tc>
          <w:tcPr>
            <w:tcW w:w="3173" w:type="dxa"/>
            <w:vAlign w:val="center"/>
          </w:tcPr>
          <w:p w14:paraId="641DA9B4" w14:textId="77777777" w:rsidR="009F14C8" w:rsidRDefault="009F14C8">
            <w:pPr>
              <w:spacing w:after="0"/>
            </w:pPr>
          </w:p>
        </w:tc>
        <w:tc>
          <w:tcPr>
            <w:tcW w:w="3173" w:type="dxa"/>
            <w:vAlign w:val="center"/>
          </w:tcPr>
          <w:p w14:paraId="610443EB" w14:textId="77777777" w:rsidR="009F14C8" w:rsidRDefault="00000000">
            <w:pPr>
              <w:spacing w:after="0"/>
            </w:pPr>
            <w:r>
              <w:rPr>
                <w:sz w:val="18"/>
              </w:rPr>
              <w:t>4,26 / 5,00</w:t>
            </w:r>
          </w:p>
        </w:tc>
      </w:tr>
    </w:tbl>
    <w:p w14:paraId="6D95C924" w14:textId="77777777" w:rsidR="009F14C8" w:rsidRDefault="00000000">
      <w:r>
        <w:rPr>
          <w:noProof/>
        </w:rPr>
        <w:drawing>
          <wp:inline distT="0" distB="0" distL="0" distR="0" wp14:anchorId="78442149" wp14:editId="68BDD3F2">
            <wp:extent cx="4343400" cy="2453523"/>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13.png"/>
                    <pic:cNvPicPr/>
                  </pic:nvPicPr>
                  <pic:blipFill>
                    <a:blip r:embed="rId23"/>
                    <a:stretch>
                      <a:fillRect/>
                    </a:stretch>
                  </pic:blipFill>
                  <pic:spPr>
                    <a:xfrm>
                      <a:off x="0" y="0"/>
                      <a:ext cx="4343400" cy="2453523"/>
                    </a:xfrm>
                    <a:prstGeom prst="rect">
                      <a:avLst/>
                    </a:prstGeom>
                  </pic:spPr>
                </pic:pic>
              </a:graphicData>
            </a:graphic>
          </wp:inline>
        </w:drawing>
      </w:r>
    </w:p>
    <w:p w14:paraId="26524C76" w14:textId="77777777" w:rsidR="009F14C8" w:rsidRDefault="00000000">
      <w:pPr>
        <w:pStyle w:val="Balk3"/>
      </w:pPr>
      <w:bookmarkStart w:id="20" w:name="_Toc232111723"/>
      <w:r>
        <w:t>5.14. Madde 14’e İlişkin Bulgular</w:t>
      </w:r>
      <w:bookmarkEnd w:id="20"/>
    </w:p>
    <w:p w14:paraId="3E4C1160" w14:textId="77777777" w:rsidR="009F14C8" w:rsidRDefault="00000000">
      <w:r>
        <w:rPr>
          <w:b/>
          <w:i/>
        </w:rPr>
        <w:t>(Derslerimde klinik vaka analizi, probleme dayalı öğrenme, uygulamalı/proje temelli yaklaşımlar ve yeni nesil öğretim teknolojileri gibi yenilikçi öğretim yöntemlerini etkili şekilde kullanabilmem için gerekli teknik altyapı, teknolojik olanaklar ve kurumsal desteğin yeterli düzeyde sağlandığını düşünüyorum.)</w:t>
      </w:r>
    </w:p>
    <w:p w14:paraId="074366CC" w14:textId="77777777" w:rsidR="009F14C8" w:rsidRDefault="00000000">
      <w:r>
        <w:t>Katılımcıların; 12'i (%27,9) Kesinlikle Katılıyorum, 6'i (%14,0) Katılıyorum, 13'i (%30,2) Kararsızım, 11'i (%25,6) Katılmıyorum, 1'i (%2,3) Kesinlikle Katılmıyorum şeklinde görüş bildirmiştir. Bu maddeye geçerli yanıt veren katılımcı sayısı 43'dir.</w:t>
      </w:r>
    </w:p>
    <w:p w14:paraId="3FCB4832" w14:textId="77777777" w:rsidR="009F14C8" w:rsidRDefault="00000000">
      <w:r>
        <w:t>Ortalama puanın 3,40/5,00 olması, olumlu görüş oranının %41,9, kararsız görüş oranının %30,2 ve olumsuz görüş oranının %27,9 düzeyinde gerçekleşmesi bu sonuçlar, ilgili alanda memnuniyetin orta düzeyde seyrettiğini ve mevcut uygulamaların güçlendirilmesine ihtiyaç bulunduğunu göstermektedir.</w:t>
      </w:r>
    </w:p>
    <w:tbl>
      <w:tblPr>
        <w:tblStyle w:val="TabloKlavuzu"/>
        <w:tblW w:w="0" w:type="auto"/>
        <w:jc w:val="center"/>
        <w:tblLook w:val="04A0" w:firstRow="1" w:lastRow="0" w:firstColumn="1" w:lastColumn="0" w:noHBand="0" w:noVBand="1"/>
      </w:tblPr>
      <w:tblGrid>
        <w:gridCol w:w="3173"/>
        <w:gridCol w:w="3173"/>
        <w:gridCol w:w="3173"/>
      </w:tblGrid>
      <w:tr w:rsidR="009F14C8" w14:paraId="6237E5F1" w14:textId="77777777">
        <w:trPr>
          <w:jc w:val="center"/>
        </w:trPr>
        <w:tc>
          <w:tcPr>
            <w:tcW w:w="3173" w:type="dxa"/>
            <w:vAlign w:val="center"/>
          </w:tcPr>
          <w:p w14:paraId="749D86D2" w14:textId="77777777" w:rsidR="009F14C8" w:rsidRDefault="00000000">
            <w:pPr>
              <w:spacing w:after="0"/>
            </w:pPr>
            <w:r>
              <w:rPr>
                <w:sz w:val="18"/>
              </w:rPr>
              <w:t>Seçenek</w:t>
            </w:r>
          </w:p>
        </w:tc>
        <w:tc>
          <w:tcPr>
            <w:tcW w:w="3173" w:type="dxa"/>
            <w:vAlign w:val="center"/>
          </w:tcPr>
          <w:p w14:paraId="5A4A0C44" w14:textId="77777777" w:rsidR="009F14C8" w:rsidRDefault="00000000">
            <w:pPr>
              <w:spacing w:after="0"/>
            </w:pPr>
            <w:r>
              <w:rPr>
                <w:sz w:val="18"/>
              </w:rPr>
              <w:t>Frekans</w:t>
            </w:r>
          </w:p>
        </w:tc>
        <w:tc>
          <w:tcPr>
            <w:tcW w:w="3173" w:type="dxa"/>
            <w:vAlign w:val="center"/>
          </w:tcPr>
          <w:p w14:paraId="65C56EC8" w14:textId="77777777" w:rsidR="009F14C8" w:rsidRDefault="00000000">
            <w:pPr>
              <w:spacing w:after="0"/>
            </w:pPr>
            <w:r>
              <w:rPr>
                <w:sz w:val="18"/>
              </w:rPr>
              <w:t>Oran</w:t>
            </w:r>
          </w:p>
        </w:tc>
      </w:tr>
      <w:tr w:rsidR="009F14C8" w14:paraId="25D4B779" w14:textId="77777777">
        <w:trPr>
          <w:jc w:val="center"/>
        </w:trPr>
        <w:tc>
          <w:tcPr>
            <w:tcW w:w="3173" w:type="dxa"/>
            <w:vAlign w:val="center"/>
          </w:tcPr>
          <w:p w14:paraId="157D2EFD" w14:textId="77777777" w:rsidR="009F14C8" w:rsidRDefault="00000000">
            <w:pPr>
              <w:spacing w:after="0"/>
            </w:pPr>
            <w:r>
              <w:rPr>
                <w:sz w:val="18"/>
              </w:rPr>
              <w:t>5 = Kesinlikle Katılıyorum</w:t>
            </w:r>
          </w:p>
        </w:tc>
        <w:tc>
          <w:tcPr>
            <w:tcW w:w="3173" w:type="dxa"/>
            <w:vAlign w:val="center"/>
          </w:tcPr>
          <w:p w14:paraId="7E804A9E" w14:textId="77777777" w:rsidR="009F14C8" w:rsidRDefault="00000000">
            <w:pPr>
              <w:spacing w:after="0"/>
            </w:pPr>
            <w:r>
              <w:rPr>
                <w:sz w:val="18"/>
              </w:rPr>
              <w:t>12</w:t>
            </w:r>
          </w:p>
        </w:tc>
        <w:tc>
          <w:tcPr>
            <w:tcW w:w="3173" w:type="dxa"/>
            <w:vAlign w:val="center"/>
          </w:tcPr>
          <w:p w14:paraId="1ABB7DC5" w14:textId="77777777" w:rsidR="009F14C8" w:rsidRDefault="00000000">
            <w:pPr>
              <w:spacing w:after="0"/>
            </w:pPr>
            <w:r>
              <w:rPr>
                <w:sz w:val="18"/>
              </w:rPr>
              <w:t>%27,9</w:t>
            </w:r>
          </w:p>
        </w:tc>
      </w:tr>
      <w:tr w:rsidR="009F14C8" w14:paraId="46B28215" w14:textId="77777777">
        <w:trPr>
          <w:jc w:val="center"/>
        </w:trPr>
        <w:tc>
          <w:tcPr>
            <w:tcW w:w="3173" w:type="dxa"/>
            <w:vAlign w:val="center"/>
          </w:tcPr>
          <w:p w14:paraId="6C8F6CAE" w14:textId="77777777" w:rsidR="009F14C8" w:rsidRDefault="00000000">
            <w:pPr>
              <w:spacing w:after="0"/>
            </w:pPr>
            <w:r>
              <w:rPr>
                <w:sz w:val="18"/>
              </w:rPr>
              <w:t>4 = Katılıyorum</w:t>
            </w:r>
          </w:p>
        </w:tc>
        <w:tc>
          <w:tcPr>
            <w:tcW w:w="3173" w:type="dxa"/>
            <w:vAlign w:val="center"/>
          </w:tcPr>
          <w:p w14:paraId="5549333D" w14:textId="77777777" w:rsidR="009F14C8" w:rsidRDefault="00000000">
            <w:pPr>
              <w:spacing w:after="0"/>
            </w:pPr>
            <w:r>
              <w:rPr>
                <w:sz w:val="18"/>
              </w:rPr>
              <w:t>6</w:t>
            </w:r>
          </w:p>
        </w:tc>
        <w:tc>
          <w:tcPr>
            <w:tcW w:w="3173" w:type="dxa"/>
            <w:vAlign w:val="center"/>
          </w:tcPr>
          <w:p w14:paraId="743F97E1" w14:textId="77777777" w:rsidR="009F14C8" w:rsidRDefault="00000000">
            <w:pPr>
              <w:spacing w:after="0"/>
            </w:pPr>
            <w:r>
              <w:rPr>
                <w:sz w:val="18"/>
              </w:rPr>
              <w:t>%14,0</w:t>
            </w:r>
          </w:p>
        </w:tc>
      </w:tr>
      <w:tr w:rsidR="009F14C8" w14:paraId="531892D5" w14:textId="77777777">
        <w:trPr>
          <w:jc w:val="center"/>
        </w:trPr>
        <w:tc>
          <w:tcPr>
            <w:tcW w:w="3173" w:type="dxa"/>
            <w:vAlign w:val="center"/>
          </w:tcPr>
          <w:p w14:paraId="49353678" w14:textId="77777777" w:rsidR="009F14C8" w:rsidRDefault="00000000">
            <w:pPr>
              <w:spacing w:after="0"/>
            </w:pPr>
            <w:r>
              <w:rPr>
                <w:sz w:val="18"/>
              </w:rPr>
              <w:t>3 = Kararsızım</w:t>
            </w:r>
          </w:p>
        </w:tc>
        <w:tc>
          <w:tcPr>
            <w:tcW w:w="3173" w:type="dxa"/>
            <w:vAlign w:val="center"/>
          </w:tcPr>
          <w:p w14:paraId="19778771" w14:textId="77777777" w:rsidR="009F14C8" w:rsidRDefault="00000000">
            <w:pPr>
              <w:spacing w:after="0"/>
            </w:pPr>
            <w:r>
              <w:rPr>
                <w:sz w:val="18"/>
              </w:rPr>
              <w:t>13</w:t>
            </w:r>
          </w:p>
        </w:tc>
        <w:tc>
          <w:tcPr>
            <w:tcW w:w="3173" w:type="dxa"/>
            <w:vAlign w:val="center"/>
          </w:tcPr>
          <w:p w14:paraId="1993B878" w14:textId="77777777" w:rsidR="009F14C8" w:rsidRDefault="00000000">
            <w:pPr>
              <w:spacing w:after="0"/>
            </w:pPr>
            <w:r>
              <w:rPr>
                <w:sz w:val="18"/>
              </w:rPr>
              <w:t>%30,2</w:t>
            </w:r>
          </w:p>
        </w:tc>
      </w:tr>
      <w:tr w:rsidR="009F14C8" w14:paraId="019CA725" w14:textId="77777777">
        <w:trPr>
          <w:jc w:val="center"/>
        </w:trPr>
        <w:tc>
          <w:tcPr>
            <w:tcW w:w="3173" w:type="dxa"/>
            <w:vAlign w:val="center"/>
          </w:tcPr>
          <w:p w14:paraId="70C5DAE7" w14:textId="77777777" w:rsidR="009F14C8" w:rsidRDefault="00000000">
            <w:pPr>
              <w:spacing w:after="0"/>
            </w:pPr>
            <w:r>
              <w:rPr>
                <w:sz w:val="18"/>
              </w:rPr>
              <w:t>2 = Katılmıyorum</w:t>
            </w:r>
          </w:p>
        </w:tc>
        <w:tc>
          <w:tcPr>
            <w:tcW w:w="3173" w:type="dxa"/>
            <w:vAlign w:val="center"/>
          </w:tcPr>
          <w:p w14:paraId="716BD4D7" w14:textId="77777777" w:rsidR="009F14C8" w:rsidRDefault="00000000">
            <w:pPr>
              <w:spacing w:after="0"/>
            </w:pPr>
            <w:r>
              <w:rPr>
                <w:sz w:val="18"/>
              </w:rPr>
              <w:t>11</w:t>
            </w:r>
          </w:p>
        </w:tc>
        <w:tc>
          <w:tcPr>
            <w:tcW w:w="3173" w:type="dxa"/>
            <w:vAlign w:val="center"/>
          </w:tcPr>
          <w:p w14:paraId="50D11EEF" w14:textId="77777777" w:rsidR="009F14C8" w:rsidRDefault="00000000">
            <w:pPr>
              <w:spacing w:after="0"/>
            </w:pPr>
            <w:r>
              <w:rPr>
                <w:sz w:val="18"/>
              </w:rPr>
              <w:t>%25,6</w:t>
            </w:r>
          </w:p>
        </w:tc>
      </w:tr>
      <w:tr w:rsidR="009F14C8" w14:paraId="0FD4BE25" w14:textId="77777777">
        <w:trPr>
          <w:jc w:val="center"/>
        </w:trPr>
        <w:tc>
          <w:tcPr>
            <w:tcW w:w="3173" w:type="dxa"/>
            <w:vAlign w:val="center"/>
          </w:tcPr>
          <w:p w14:paraId="71C4F4A1" w14:textId="77777777" w:rsidR="009F14C8" w:rsidRDefault="00000000">
            <w:pPr>
              <w:spacing w:after="0"/>
            </w:pPr>
            <w:r>
              <w:rPr>
                <w:sz w:val="18"/>
              </w:rPr>
              <w:t>1 = Kesinlikle Katılmıyorum</w:t>
            </w:r>
          </w:p>
        </w:tc>
        <w:tc>
          <w:tcPr>
            <w:tcW w:w="3173" w:type="dxa"/>
            <w:vAlign w:val="center"/>
          </w:tcPr>
          <w:p w14:paraId="2BE9BB8D" w14:textId="77777777" w:rsidR="009F14C8" w:rsidRDefault="00000000">
            <w:pPr>
              <w:spacing w:after="0"/>
            </w:pPr>
            <w:r>
              <w:rPr>
                <w:sz w:val="18"/>
              </w:rPr>
              <w:t>1</w:t>
            </w:r>
          </w:p>
        </w:tc>
        <w:tc>
          <w:tcPr>
            <w:tcW w:w="3173" w:type="dxa"/>
            <w:vAlign w:val="center"/>
          </w:tcPr>
          <w:p w14:paraId="40CCE75D" w14:textId="77777777" w:rsidR="009F14C8" w:rsidRDefault="00000000">
            <w:pPr>
              <w:spacing w:after="0"/>
            </w:pPr>
            <w:r>
              <w:rPr>
                <w:sz w:val="18"/>
              </w:rPr>
              <w:t>%2,3</w:t>
            </w:r>
          </w:p>
        </w:tc>
      </w:tr>
      <w:tr w:rsidR="009F14C8" w14:paraId="4F72FD2F" w14:textId="77777777">
        <w:trPr>
          <w:jc w:val="center"/>
        </w:trPr>
        <w:tc>
          <w:tcPr>
            <w:tcW w:w="3173" w:type="dxa"/>
            <w:vAlign w:val="center"/>
          </w:tcPr>
          <w:p w14:paraId="6F8F3F5F" w14:textId="77777777" w:rsidR="009F14C8" w:rsidRDefault="00000000">
            <w:pPr>
              <w:spacing w:after="0"/>
            </w:pPr>
            <w:r>
              <w:rPr>
                <w:sz w:val="18"/>
              </w:rPr>
              <w:t>Ortalama</w:t>
            </w:r>
          </w:p>
        </w:tc>
        <w:tc>
          <w:tcPr>
            <w:tcW w:w="3173" w:type="dxa"/>
            <w:vAlign w:val="center"/>
          </w:tcPr>
          <w:p w14:paraId="657F069C" w14:textId="77777777" w:rsidR="009F14C8" w:rsidRDefault="009F14C8">
            <w:pPr>
              <w:spacing w:after="0"/>
            </w:pPr>
          </w:p>
        </w:tc>
        <w:tc>
          <w:tcPr>
            <w:tcW w:w="3173" w:type="dxa"/>
            <w:vAlign w:val="center"/>
          </w:tcPr>
          <w:p w14:paraId="552D8C7A" w14:textId="77777777" w:rsidR="009F14C8" w:rsidRDefault="00000000">
            <w:pPr>
              <w:spacing w:after="0"/>
            </w:pPr>
            <w:r>
              <w:rPr>
                <w:sz w:val="18"/>
              </w:rPr>
              <w:t>3,40 / 5,00</w:t>
            </w:r>
          </w:p>
        </w:tc>
      </w:tr>
    </w:tbl>
    <w:p w14:paraId="0967DE40" w14:textId="77777777" w:rsidR="009F14C8" w:rsidRDefault="00000000">
      <w:r>
        <w:rPr>
          <w:noProof/>
        </w:rPr>
        <w:drawing>
          <wp:inline distT="0" distB="0" distL="0" distR="0" wp14:anchorId="5578D071" wp14:editId="16E15D9D">
            <wp:extent cx="4343400" cy="2453523"/>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14.png"/>
                    <pic:cNvPicPr/>
                  </pic:nvPicPr>
                  <pic:blipFill>
                    <a:blip r:embed="rId24"/>
                    <a:stretch>
                      <a:fillRect/>
                    </a:stretch>
                  </pic:blipFill>
                  <pic:spPr>
                    <a:xfrm>
                      <a:off x="0" y="0"/>
                      <a:ext cx="4343400" cy="2453523"/>
                    </a:xfrm>
                    <a:prstGeom prst="rect">
                      <a:avLst/>
                    </a:prstGeom>
                  </pic:spPr>
                </pic:pic>
              </a:graphicData>
            </a:graphic>
          </wp:inline>
        </w:drawing>
      </w:r>
    </w:p>
    <w:p w14:paraId="70C5FF7C" w14:textId="77777777" w:rsidR="009F14C8" w:rsidRDefault="00000000">
      <w:pPr>
        <w:pStyle w:val="Balk3"/>
      </w:pPr>
      <w:bookmarkStart w:id="21" w:name="_Toc232111724"/>
      <w:r>
        <w:lastRenderedPageBreak/>
        <w:t>5.15. Madde 15’e İlişkin Bulgular</w:t>
      </w:r>
      <w:bookmarkEnd w:id="21"/>
    </w:p>
    <w:p w14:paraId="76E727C3" w14:textId="77777777" w:rsidR="009F14C8" w:rsidRDefault="00000000">
      <w:r>
        <w:rPr>
          <w:b/>
          <w:i/>
        </w:rPr>
        <w:t>(Derslerimde kullandığım ölçme-değerlendirme yöntemlerinde (yazılı sınav, pratik/klinik sınav vb.) akademik özerkliğimin korunduğuna inanıyorum.)</w:t>
      </w:r>
    </w:p>
    <w:p w14:paraId="1CED5D73" w14:textId="77777777" w:rsidR="009F14C8" w:rsidRDefault="00000000">
      <w:r>
        <w:t>Katılımcıların; 26'i (%60,5) Kesinlikle Katılıyorum, 14'i (%32,6) Katılıyorum, 2'i (%4,7) Kararsızım, 1'i (%2,3) Katılmıyorum, 0'i (%0,0) Kesinlikle Katılmıyorum şeklinde görüş bildirmiştir. Bu maddeye geçerli yanıt veren katılımcı sayısı 43'dir.</w:t>
      </w:r>
    </w:p>
    <w:p w14:paraId="5926D71F" w14:textId="77777777" w:rsidR="009F14C8" w:rsidRDefault="00000000">
      <w:r>
        <w:t>Ortalama puanın 4,51/5,00 olması, olumlu görüş oranının %93,0, kararsız görüş oranının %4,7 ve olumsuz görüş oranının %2,3 düzeyinde gerçekleşmesi bu sonuçlar, ilgili alanda akademik personel memnuniyetinin güçlü düzeyde olduğunu ve mevcut uygulamaların genel olarak olumlu değerlendirildiğini göstermektedir.</w:t>
      </w:r>
    </w:p>
    <w:tbl>
      <w:tblPr>
        <w:tblStyle w:val="TabloKlavuzu"/>
        <w:tblW w:w="0" w:type="auto"/>
        <w:jc w:val="center"/>
        <w:tblLook w:val="04A0" w:firstRow="1" w:lastRow="0" w:firstColumn="1" w:lastColumn="0" w:noHBand="0" w:noVBand="1"/>
      </w:tblPr>
      <w:tblGrid>
        <w:gridCol w:w="3173"/>
        <w:gridCol w:w="3173"/>
        <w:gridCol w:w="3173"/>
      </w:tblGrid>
      <w:tr w:rsidR="009F14C8" w14:paraId="688D7ECA" w14:textId="77777777">
        <w:trPr>
          <w:jc w:val="center"/>
        </w:trPr>
        <w:tc>
          <w:tcPr>
            <w:tcW w:w="3173" w:type="dxa"/>
            <w:vAlign w:val="center"/>
          </w:tcPr>
          <w:p w14:paraId="4217B201" w14:textId="77777777" w:rsidR="009F14C8" w:rsidRDefault="00000000">
            <w:pPr>
              <w:spacing w:after="0"/>
            </w:pPr>
            <w:r>
              <w:rPr>
                <w:sz w:val="18"/>
              </w:rPr>
              <w:t>Seçenek</w:t>
            </w:r>
          </w:p>
        </w:tc>
        <w:tc>
          <w:tcPr>
            <w:tcW w:w="3173" w:type="dxa"/>
            <w:vAlign w:val="center"/>
          </w:tcPr>
          <w:p w14:paraId="22149FDD" w14:textId="77777777" w:rsidR="009F14C8" w:rsidRDefault="00000000">
            <w:pPr>
              <w:spacing w:after="0"/>
            </w:pPr>
            <w:r>
              <w:rPr>
                <w:sz w:val="18"/>
              </w:rPr>
              <w:t>Frekans</w:t>
            </w:r>
          </w:p>
        </w:tc>
        <w:tc>
          <w:tcPr>
            <w:tcW w:w="3173" w:type="dxa"/>
            <w:vAlign w:val="center"/>
          </w:tcPr>
          <w:p w14:paraId="0C45B06A" w14:textId="77777777" w:rsidR="009F14C8" w:rsidRDefault="00000000">
            <w:pPr>
              <w:spacing w:after="0"/>
            </w:pPr>
            <w:r>
              <w:rPr>
                <w:sz w:val="18"/>
              </w:rPr>
              <w:t>Oran</w:t>
            </w:r>
          </w:p>
        </w:tc>
      </w:tr>
      <w:tr w:rsidR="009F14C8" w14:paraId="4DF65202" w14:textId="77777777">
        <w:trPr>
          <w:jc w:val="center"/>
        </w:trPr>
        <w:tc>
          <w:tcPr>
            <w:tcW w:w="3173" w:type="dxa"/>
            <w:vAlign w:val="center"/>
          </w:tcPr>
          <w:p w14:paraId="1745F2A3" w14:textId="77777777" w:rsidR="009F14C8" w:rsidRDefault="00000000">
            <w:pPr>
              <w:spacing w:after="0"/>
            </w:pPr>
            <w:r>
              <w:rPr>
                <w:sz w:val="18"/>
              </w:rPr>
              <w:t>5 = Kesinlikle Katılıyorum</w:t>
            </w:r>
          </w:p>
        </w:tc>
        <w:tc>
          <w:tcPr>
            <w:tcW w:w="3173" w:type="dxa"/>
            <w:vAlign w:val="center"/>
          </w:tcPr>
          <w:p w14:paraId="717A163A" w14:textId="77777777" w:rsidR="009F14C8" w:rsidRDefault="00000000">
            <w:pPr>
              <w:spacing w:after="0"/>
            </w:pPr>
            <w:r>
              <w:rPr>
                <w:sz w:val="18"/>
              </w:rPr>
              <w:t>26</w:t>
            </w:r>
          </w:p>
        </w:tc>
        <w:tc>
          <w:tcPr>
            <w:tcW w:w="3173" w:type="dxa"/>
            <w:vAlign w:val="center"/>
          </w:tcPr>
          <w:p w14:paraId="73B3A60E" w14:textId="77777777" w:rsidR="009F14C8" w:rsidRDefault="00000000">
            <w:pPr>
              <w:spacing w:after="0"/>
            </w:pPr>
            <w:r>
              <w:rPr>
                <w:sz w:val="18"/>
              </w:rPr>
              <w:t>%60,5</w:t>
            </w:r>
          </w:p>
        </w:tc>
      </w:tr>
      <w:tr w:rsidR="009F14C8" w14:paraId="11308B44" w14:textId="77777777">
        <w:trPr>
          <w:jc w:val="center"/>
        </w:trPr>
        <w:tc>
          <w:tcPr>
            <w:tcW w:w="3173" w:type="dxa"/>
            <w:vAlign w:val="center"/>
          </w:tcPr>
          <w:p w14:paraId="7DB4F85B" w14:textId="77777777" w:rsidR="009F14C8" w:rsidRDefault="00000000">
            <w:pPr>
              <w:spacing w:after="0"/>
            </w:pPr>
            <w:r>
              <w:rPr>
                <w:sz w:val="18"/>
              </w:rPr>
              <w:t>4 = Katılıyorum</w:t>
            </w:r>
          </w:p>
        </w:tc>
        <w:tc>
          <w:tcPr>
            <w:tcW w:w="3173" w:type="dxa"/>
            <w:vAlign w:val="center"/>
          </w:tcPr>
          <w:p w14:paraId="22A8AEE6" w14:textId="77777777" w:rsidR="009F14C8" w:rsidRDefault="00000000">
            <w:pPr>
              <w:spacing w:after="0"/>
            </w:pPr>
            <w:r>
              <w:rPr>
                <w:sz w:val="18"/>
              </w:rPr>
              <w:t>14</w:t>
            </w:r>
          </w:p>
        </w:tc>
        <w:tc>
          <w:tcPr>
            <w:tcW w:w="3173" w:type="dxa"/>
            <w:vAlign w:val="center"/>
          </w:tcPr>
          <w:p w14:paraId="3C4A8080" w14:textId="77777777" w:rsidR="009F14C8" w:rsidRDefault="00000000">
            <w:pPr>
              <w:spacing w:after="0"/>
            </w:pPr>
            <w:r>
              <w:rPr>
                <w:sz w:val="18"/>
              </w:rPr>
              <w:t>%32,6</w:t>
            </w:r>
          </w:p>
        </w:tc>
      </w:tr>
      <w:tr w:rsidR="009F14C8" w14:paraId="10AF6E1F" w14:textId="77777777">
        <w:trPr>
          <w:jc w:val="center"/>
        </w:trPr>
        <w:tc>
          <w:tcPr>
            <w:tcW w:w="3173" w:type="dxa"/>
            <w:vAlign w:val="center"/>
          </w:tcPr>
          <w:p w14:paraId="0E5B5E3D" w14:textId="77777777" w:rsidR="009F14C8" w:rsidRDefault="00000000">
            <w:pPr>
              <w:spacing w:after="0"/>
            </w:pPr>
            <w:r>
              <w:rPr>
                <w:sz w:val="18"/>
              </w:rPr>
              <w:t>3 = Kararsızım</w:t>
            </w:r>
          </w:p>
        </w:tc>
        <w:tc>
          <w:tcPr>
            <w:tcW w:w="3173" w:type="dxa"/>
            <w:vAlign w:val="center"/>
          </w:tcPr>
          <w:p w14:paraId="623AF5EB" w14:textId="77777777" w:rsidR="009F14C8" w:rsidRDefault="00000000">
            <w:pPr>
              <w:spacing w:after="0"/>
            </w:pPr>
            <w:r>
              <w:rPr>
                <w:sz w:val="18"/>
              </w:rPr>
              <w:t>2</w:t>
            </w:r>
          </w:p>
        </w:tc>
        <w:tc>
          <w:tcPr>
            <w:tcW w:w="3173" w:type="dxa"/>
            <w:vAlign w:val="center"/>
          </w:tcPr>
          <w:p w14:paraId="0AF91536" w14:textId="77777777" w:rsidR="009F14C8" w:rsidRDefault="00000000">
            <w:pPr>
              <w:spacing w:after="0"/>
            </w:pPr>
            <w:r>
              <w:rPr>
                <w:sz w:val="18"/>
              </w:rPr>
              <w:t>%4,7</w:t>
            </w:r>
          </w:p>
        </w:tc>
      </w:tr>
      <w:tr w:rsidR="009F14C8" w14:paraId="55FFED41" w14:textId="77777777">
        <w:trPr>
          <w:jc w:val="center"/>
        </w:trPr>
        <w:tc>
          <w:tcPr>
            <w:tcW w:w="3173" w:type="dxa"/>
            <w:vAlign w:val="center"/>
          </w:tcPr>
          <w:p w14:paraId="352042E6" w14:textId="77777777" w:rsidR="009F14C8" w:rsidRDefault="00000000">
            <w:pPr>
              <w:spacing w:after="0"/>
            </w:pPr>
            <w:r>
              <w:rPr>
                <w:sz w:val="18"/>
              </w:rPr>
              <w:t>2 = Katılmıyorum</w:t>
            </w:r>
          </w:p>
        </w:tc>
        <w:tc>
          <w:tcPr>
            <w:tcW w:w="3173" w:type="dxa"/>
            <w:vAlign w:val="center"/>
          </w:tcPr>
          <w:p w14:paraId="31B34EC4" w14:textId="77777777" w:rsidR="009F14C8" w:rsidRDefault="00000000">
            <w:pPr>
              <w:spacing w:after="0"/>
            </w:pPr>
            <w:r>
              <w:rPr>
                <w:sz w:val="18"/>
              </w:rPr>
              <w:t>1</w:t>
            </w:r>
          </w:p>
        </w:tc>
        <w:tc>
          <w:tcPr>
            <w:tcW w:w="3173" w:type="dxa"/>
            <w:vAlign w:val="center"/>
          </w:tcPr>
          <w:p w14:paraId="46E18D8B" w14:textId="77777777" w:rsidR="009F14C8" w:rsidRDefault="00000000">
            <w:pPr>
              <w:spacing w:after="0"/>
            </w:pPr>
            <w:r>
              <w:rPr>
                <w:sz w:val="18"/>
              </w:rPr>
              <w:t>%2,3</w:t>
            </w:r>
          </w:p>
        </w:tc>
      </w:tr>
      <w:tr w:rsidR="009F14C8" w14:paraId="7DB63C0E" w14:textId="77777777">
        <w:trPr>
          <w:jc w:val="center"/>
        </w:trPr>
        <w:tc>
          <w:tcPr>
            <w:tcW w:w="3173" w:type="dxa"/>
            <w:vAlign w:val="center"/>
          </w:tcPr>
          <w:p w14:paraId="563DB5B2" w14:textId="77777777" w:rsidR="009F14C8" w:rsidRDefault="00000000">
            <w:pPr>
              <w:spacing w:after="0"/>
            </w:pPr>
            <w:r>
              <w:rPr>
                <w:sz w:val="18"/>
              </w:rPr>
              <w:t>1 = Kesinlikle Katılmıyorum</w:t>
            </w:r>
          </w:p>
        </w:tc>
        <w:tc>
          <w:tcPr>
            <w:tcW w:w="3173" w:type="dxa"/>
            <w:vAlign w:val="center"/>
          </w:tcPr>
          <w:p w14:paraId="18705AC3" w14:textId="77777777" w:rsidR="009F14C8" w:rsidRDefault="00000000">
            <w:pPr>
              <w:spacing w:after="0"/>
            </w:pPr>
            <w:r>
              <w:rPr>
                <w:sz w:val="18"/>
              </w:rPr>
              <w:t>0</w:t>
            </w:r>
          </w:p>
        </w:tc>
        <w:tc>
          <w:tcPr>
            <w:tcW w:w="3173" w:type="dxa"/>
            <w:vAlign w:val="center"/>
          </w:tcPr>
          <w:p w14:paraId="2956B04D" w14:textId="77777777" w:rsidR="009F14C8" w:rsidRDefault="00000000">
            <w:pPr>
              <w:spacing w:after="0"/>
            </w:pPr>
            <w:r>
              <w:rPr>
                <w:sz w:val="18"/>
              </w:rPr>
              <w:t>%0,0</w:t>
            </w:r>
          </w:p>
        </w:tc>
      </w:tr>
      <w:tr w:rsidR="009F14C8" w14:paraId="3903256E" w14:textId="77777777">
        <w:trPr>
          <w:jc w:val="center"/>
        </w:trPr>
        <w:tc>
          <w:tcPr>
            <w:tcW w:w="3173" w:type="dxa"/>
            <w:vAlign w:val="center"/>
          </w:tcPr>
          <w:p w14:paraId="532AED3B" w14:textId="77777777" w:rsidR="009F14C8" w:rsidRDefault="00000000">
            <w:pPr>
              <w:spacing w:after="0"/>
            </w:pPr>
            <w:r>
              <w:rPr>
                <w:sz w:val="18"/>
              </w:rPr>
              <w:t>Ortalama</w:t>
            </w:r>
          </w:p>
        </w:tc>
        <w:tc>
          <w:tcPr>
            <w:tcW w:w="3173" w:type="dxa"/>
            <w:vAlign w:val="center"/>
          </w:tcPr>
          <w:p w14:paraId="30DBCBEC" w14:textId="77777777" w:rsidR="009F14C8" w:rsidRDefault="009F14C8">
            <w:pPr>
              <w:spacing w:after="0"/>
            </w:pPr>
          </w:p>
        </w:tc>
        <w:tc>
          <w:tcPr>
            <w:tcW w:w="3173" w:type="dxa"/>
            <w:vAlign w:val="center"/>
          </w:tcPr>
          <w:p w14:paraId="7B2AEE41" w14:textId="77777777" w:rsidR="009F14C8" w:rsidRDefault="00000000">
            <w:pPr>
              <w:spacing w:after="0"/>
            </w:pPr>
            <w:r>
              <w:rPr>
                <w:sz w:val="18"/>
              </w:rPr>
              <w:t>4,51 / 5,00</w:t>
            </w:r>
          </w:p>
        </w:tc>
      </w:tr>
    </w:tbl>
    <w:p w14:paraId="48BFC381" w14:textId="77777777" w:rsidR="009F14C8" w:rsidRDefault="00000000">
      <w:r>
        <w:rPr>
          <w:noProof/>
        </w:rPr>
        <w:drawing>
          <wp:inline distT="0" distB="0" distL="0" distR="0" wp14:anchorId="5ED10C5A" wp14:editId="14D3BB01">
            <wp:extent cx="4343400" cy="2453523"/>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15.png"/>
                    <pic:cNvPicPr/>
                  </pic:nvPicPr>
                  <pic:blipFill>
                    <a:blip r:embed="rId25"/>
                    <a:stretch>
                      <a:fillRect/>
                    </a:stretch>
                  </pic:blipFill>
                  <pic:spPr>
                    <a:xfrm>
                      <a:off x="0" y="0"/>
                      <a:ext cx="4343400" cy="2453523"/>
                    </a:xfrm>
                    <a:prstGeom prst="rect">
                      <a:avLst/>
                    </a:prstGeom>
                  </pic:spPr>
                </pic:pic>
              </a:graphicData>
            </a:graphic>
          </wp:inline>
        </w:drawing>
      </w:r>
    </w:p>
    <w:p w14:paraId="7FBBFDD5" w14:textId="77777777" w:rsidR="009F14C8" w:rsidRDefault="00000000">
      <w:pPr>
        <w:pStyle w:val="Balk3"/>
      </w:pPr>
      <w:bookmarkStart w:id="22" w:name="_Toc232111725"/>
      <w:r>
        <w:t>5.16. Madde 16’e İlişkin Bulgular</w:t>
      </w:r>
      <w:bookmarkEnd w:id="22"/>
    </w:p>
    <w:p w14:paraId="6A05C9A4" w14:textId="77777777" w:rsidR="009F14C8" w:rsidRDefault="00000000">
      <w:r>
        <w:rPr>
          <w:b/>
          <w:i/>
        </w:rPr>
        <w:t>(Sınav sonuçlarını ilan etme ve itirazları değerlendirme süreçlerinde kullanılan otomasyon sisteminin (OBS vb.) her zaman aktif ve şeffaf bir şekilde erişime açık bulunmaktadır.)</w:t>
      </w:r>
    </w:p>
    <w:p w14:paraId="7B157CC1" w14:textId="77777777" w:rsidR="009F14C8" w:rsidRDefault="00000000">
      <w:r>
        <w:t>Katılımcıların; 26'i (%60,5) Kesinlikle Katılıyorum, 11'i (%25,6) Katılıyorum, 3'i (%7,0) Kararsızım, 2'i (%4,7) Katılmıyorum, 1'i (%2,3) Kesinlikle Katılmıyorum şeklinde görüş bildirmiştir. Bu maddeye geçerli yanıt veren katılımcı sayısı 43'dir.</w:t>
      </w:r>
    </w:p>
    <w:p w14:paraId="025FF2B3" w14:textId="77777777" w:rsidR="009F14C8" w:rsidRDefault="00000000">
      <w:r>
        <w:t>Ortalama puanın 4,37/5,00 olması, olumlu görüş oranının %86,0, kararsız görüş oranının %7,0 ve olumsuz görüş oranının %7,0 düzeyinde gerçekleşmesi bu sonuçlar, ilgili alanda akademik personel memnuniyetinin güçlü düzeyde olduğunu ve mevcut uygulamaların genel olarak olumlu değerlendirildiğini göstermektedir.</w:t>
      </w:r>
    </w:p>
    <w:tbl>
      <w:tblPr>
        <w:tblStyle w:val="TabloKlavuzu"/>
        <w:tblW w:w="0" w:type="auto"/>
        <w:jc w:val="center"/>
        <w:tblLook w:val="04A0" w:firstRow="1" w:lastRow="0" w:firstColumn="1" w:lastColumn="0" w:noHBand="0" w:noVBand="1"/>
      </w:tblPr>
      <w:tblGrid>
        <w:gridCol w:w="3173"/>
        <w:gridCol w:w="3173"/>
        <w:gridCol w:w="3173"/>
      </w:tblGrid>
      <w:tr w:rsidR="009F14C8" w14:paraId="0A89FF74" w14:textId="77777777">
        <w:trPr>
          <w:jc w:val="center"/>
        </w:trPr>
        <w:tc>
          <w:tcPr>
            <w:tcW w:w="3173" w:type="dxa"/>
            <w:vAlign w:val="center"/>
          </w:tcPr>
          <w:p w14:paraId="35EE76CC" w14:textId="77777777" w:rsidR="009F14C8" w:rsidRDefault="00000000">
            <w:pPr>
              <w:spacing w:after="0"/>
            </w:pPr>
            <w:r>
              <w:rPr>
                <w:sz w:val="18"/>
              </w:rPr>
              <w:t>Seçenek</w:t>
            </w:r>
          </w:p>
        </w:tc>
        <w:tc>
          <w:tcPr>
            <w:tcW w:w="3173" w:type="dxa"/>
            <w:vAlign w:val="center"/>
          </w:tcPr>
          <w:p w14:paraId="18504BAD" w14:textId="77777777" w:rsidR="009F14C8" w:rsidRDefault="00000000">
            <w:pPr>
              <w:spacing w:after="0"/>
            </w:pPr>
            <w:r>
              <w:rPr>
                <w:sz w:val="18"/>
              </w:rPr>
              <w:t>Frekans</w:t>
            </w:r>
          </w:p>
        </w:tc>
        <w:tc>
          <w:tcPr>
            <w:tcW w:w="3173" w:type="dxa"/>
            <w:vAlign w:val="center"/>
          </w:tcPr>
          <w:p w14:paraId="5B73F4FA" w14:textId="77777777" w:rsidR="009F14C8" w:rsidRDefault="00000000">
            <w:pPr>
              <w:spacing w:after="0"/>
            </w:pPr>
            <w:r>
              <w:rPr>
                <w:sz w:val="18"/>
              </w:rPr>
              <w:t>Oran</w:t>
            </w:r>
          </w:p>
        </w:tc>
      </w:tr>
      <w:tr w:rsidR="009F14C8" w14:paraId="388110AD" w14:textId="77777777">
        <w:trPr>
          <w:jc w:val="center"/>
        </w:trPr>
        <w:tc>
          <w:tcPr>
            <w:tcW w:w="3173" w:type="dxa"/>
            <w:vAlign w:val="center"/>
          </w:tcPr>
          <w:p w14:paraId="6B19B671" w14:textId="77777777" w:rsidR="009F14C8" w:rsidRDefault="00000000">
            <w:pPr>
              <w:spacing w:after="0"/>
            </w:pPr>
            <w:r>
              <w:rPr>
                <w:sz w:val="18"/>
              </w:rPr>
              <w:t>5 = Kesinlikle Katılıyorum</w:t>
            </w:r>
          </w:p>
        </w:tc>
        <w:tc>
          <w:tcPr>
            <w:tcW w:w="3173" w:type="dxa"/>
            <w:vAlign w:val="center"/>
          </w:tcPr>
          <w:p w14:paraId="5478FAD2" w14:textId="77777777" w:rsidR="009F14C8" w:rsidRDefault="00000000">
            <w:pPr>
              <w:spacing w:after="0"/>
            </w:pPr>
            <w:r>
              <w:rPr>
                <w:sz w:val="18"/>
              </w:rPr>
              <w:t>26</w:t>
            </w:r>
          </w:p>
        </w:tc>
        <w:tc>
          <w:tcPr>
            <w:tcW w:w="3173" w:type="dxa"/>
            <w:vAlign w:val="center"/>
          </w:tcPr>
          <w:p w14:paraId="403B282D" w14:textId="77777777" w:rsidR="009F14C8" w:rsidRDefault="00000000">
            <w:pPr>
              <w:spacing w:after="0"/>
            </w:pPr>
            <w:r>
              <w:rPr>
                <w:sz w:val="18"/>
              </w:rPr>
              <w:t>%60,5</w:t>
            </w:r>
          </w:p>
        </w:tc>
      </w:tr>
      <w:tr w:rsidR="009F14C8" w14:paraId="77A4C080" w14:textId="77777777">
        <w:trPr>
          <w:jc w:val="center"/>
        </w:trPr>
        <w:tc>
          <w:tcPr>
            <w:tcW w:w="3173" w:type="dxa"/>
            <w:vAlign w:val="center"/>
          </w:tcPr>
          <w:p w14:paraId="4A699DE1" w14:textId="77777777" w:rsidR="009F14C8" w:rsidRDefault="00000000">
            <w:pPr>
              <w:spacing w:after="0"/>
            </w:pPr>
            <w:r>
              <w:rPr>
                <w:sz w:val="18"/>
              </w:rPr>
              <w:t>4 = Katılıyorum</w:t>
            </w:r>
          </w:p>
        </w:tc>
        <w:tc>
          <w:tcPr>
            <w:tcW w:w="3173" w:type="dxa"/>
            <w:vAlign w:val="center"/>
          </w:tcPr>
          <w:p w14:paraId="50DAA331" w14:textId="77777777" w:rsidR="009F14C8" w:rsidRDefault="00000000">
            <w:pPr>
              <w:spacing w:after="0"/>
            </w:pPr>
            <w:r>
              <w:rPr>
                <w:sz w:val="18"/>
              </w:rPr>
              <w:t>11</w:t>
            </w:r>
          </w:p>
        </w:tc>
        <w:tc>
          <w:tcPr>
            <w:tcW w:w="3173" w:type="dxa"/>
            <w:vAlign w:val="center"/>
          </w:tcPr>
          <w:p w14:paraId="6EB38290" w14:textId="77777777" w:rsidR="009F14C8" w:rsidRDefault="00000000">
            <w:pPr>
              <w:spacing w:after="0"/>
            </w:pPr>
            <w:r>
              <w:rPr>
                <w:sz w:val="18"/>
              </w:rPr>
              <w:t>%25,6</w:t>
            </w:r>
          </w:p>
        </w:tc>
      </w:tr>
      <w:tr w:rsidR="009F14C8" w14:paraId="26411C5B" w14:textId="77777777">
        <w:trPr>
          <w:jc w:val="center"/>
        </w:trPr>
        <w:tc>
          <w:tcPr>
            <w:tcW w:w="3173" w:type="dxa"/>
            <w:vAlign w:val="center"/>
          </w:tcPr>
          <w:p w14:paraId="0679E7D0" w14:textId="77777777" w:rsidR="009F14C8" w:rsidRDefault="00000000">
            <w:pPr>
              <w:spacing w:after="0"/>
            </w:pPr>
            <w:r>
              <w:rPr>
                <w:sz w:val="18"/>
              </w:rPr>
              <w:t>3 = Kararsızım</w:t>
            </w:r>
          </w:p>
        </w:tc>
        <w:tc>
          <w:tcPr>
            <w:tcW w:w="3173" w:type="dxa"/>
            <w:vAlign w:val="center"/>
          </w:tcPr>
          <w:p w14:paraId="0DBECD0A" w14:textId="77777777" w:rsidR="009F14C8" w:rsidRDefault="00000000">
            <w:pPr>
              <w:spacing w:after="0"/>
            </w:pPr>
            <w:r>
              <w:rPr>
                <w:sz w:val="18"/>
              </w:rPr>
              <w:t>3</w:t>
            </w:r>
          </w:p>
        </w:tc>
        <w:tc>
          <w:tcPr>
            <w:tcW w:w="3173" w:type="dxa"/>
            <w:vAlign w:val="center"/>
          </w:tcPr>
          <w:p w14:paraId="6BCCAE21" w14:textId="77777777" w:rsidR="009F14C8" w:rsidRDefault="00000000">
            <w:pPr>
              <w:spacing w:after="0"/>
            </w:pPr>
            <w:r>
              <w:rPr>
                <w:sz w:val="18"/>
              </w:rPr>
              <w:t>%7,0</w:t>
            </w:r>
          </w:p>
        </w:tc>
      </w:tr>
      <w:tr w:rsidR="009F14C8" w14:paraId="3559399B" w14:textId="77777777">
        <w:trPr>
          <w:jc w:val="center"/>
        </w:trPr>
        <w:tc>
          <w:tcPr>
            <w:tcW w:w="3173" w:type="dxa"/>
            <w:vAlign w:val="center"/>
          </w:tcPr>
          <w:p w14:paraId="2AE985FC" w14:textId="77777777" w:rsidR="009F14C8" w:rsidRDefault="00000000">
            <w:pPr>
              <w:spacing w:after="0"/>
            </w:pPr>
            <w:r>
              <w:rPr>
                <w:sz w:val="18"/>
              </w:rPr>
              <w:t>2 = Katılmıyorum</w:t>
            </w:r>
          </w:p>
        </w:tc>
        <w:tc>
          <w:tcPr>
            <w:tcW w:w="3173" w:type="dxa"/>
            <w:vAlign w:val="center"/>
          </w:tcPr>
          <w:p w14:paraId="5BC5CD7E" w14:textId="77777777" w:rsidR="009F14C8" w:rsidRDefault="00000000">
            <w:pPr>
              <w:spacing w:after="0"/>
            </w:pPr>
            <w:r>
              <w:rPr>
                <w:sz w:val="18"/>
              </w:rPr>
              <w:t>2</w:t>
            </w:r>
          </w:p>
        </w:tc>
        <w:tc>
          <w:tcPr>
            <w:tcW w:w="3173" w:type="dxa"/>
            <w:vAlign w:val="center"/>
          </w:tcPr>
          <w:p w14:paraId="4E693669" w14:textId="77777777" w:rsidR="009F14C8" w:rsidRDefault="00000000">
            <w:pPr>
              <w:spacing w:after="0"/>
            </w:pPr>
            <w:r>
              <w:rPr>
                <w:sz w:val="18"/>
              </w:rPr>
              <w:t>%4,7</w:t>
            </w:r>
          </w:p>
        </w:tc>
      </w:tr>
      <w:tr w:rsidR="009F14C8" w14:paraId="20B13C1C" w14:textId="77777777">
        <w:trPr>
          <w:jc w:val="center"/>
        </w:trPr>
        <w:tc>
          <w:tcPr>
            <w:tcW w:w="3173" w:type="dxa"/>
            <w:vAlign w:val="center"/>
          </w:tcPr>
          <w:p w14:paraId="3B03B285" w14:textId="77777777" w:rsidR="009F14C8" w:rsidRDefault="00000000">
            <w:pPr>
              <w:spacing w:after="0"/>
            </w:pPr>
            <w:r>
              <w:rPr>
                <w:sz w:val="18"/>
              </w:rPr>
              <w:t>1 = Kesinlikle Katılmıyorum</w:t>
            </w:r>
          </w:p>
        </w:tc>
        <w:tc>
          <w:tcPr>
            <w:tcW w:w="3173" w:type="dxa"/>
            <w:vAlign w:val="center"/>
          </w:tcPr>
          <w:p w14:paraId="17E46F89" w14:textId="77777777" w:rsidR="009F14C8" w:rsidRDefault="00000000">
            <w:pPr>
              <w:spacing w:after="0"/>
            </w:pPr>
            <w:r>
              <w:rPr>
                <w:sz w:val="18"/>
              </w:rPr>
              <w:t>1</w:t>
            </w:r>
          </w:p>
        </w:tc>
        <w:tc>
          <w:tcPr>
            <w:tcW w:w="3173" w:type="dxa"/>
            <w:vAlign w:val="center"/>
          </w:tcPr>
          <w:p w14:paraId="31979EBB" w14:textId="77777777" w:rsidR="009F14C8" w:rsidRDefault="00000000">
            <w:pPr>
              <w:spacing w:after="0"/>
            </w:pPr>
            <w:r>
              <w:rPr>
                <w:sz w:val="18"/>
              </w:rPr>
              <w:t>%2,3</w:t>
            </w:r>
          </w:p>
        </w:tc>
      </w:tr>
      <w:tr w:rsidR="009F14C8" w14:paraId="78D468BE" w14:textId="77777777">
        <w:trPr>
          <w:jc w:val="center"/>
        </w:trPr>
        <w:tc>
          <w:tcPr>
            <w:tcW w:w="3173" w:type="dxa"/>
            <w:vAlign w:val="center"/>
          </w:tcPr>
          <w:p w14:paraId="4A5BBF49" w14:textId="77777777" w:rsidR="009F14C8" w:rsidRDefault="00000000">
            <w:pPr>
              <w:spacing w:after="0"/>
            </w:pPr>
            <w:r>
              <w:rPr>
                <w:sz w:val="18"/>
              </w:rPr>
              <w:lastRenderedPageBreak/>
              <w:t>Ortalama</w:t>
            </w:r>
          </w:p>
        </w:tc>
        <w:tc>
          <w:tcPr>
            <w:tcW w:w="3173" w:type="dxa"/>
            <w:vAlign w:val="center"/>
          </w:tcPr>
          <w:p w14:paraId="3CC62771" w14:textId="77777777" w:rsidR="009F14C8" w:rsidRDefault="009F14C8">
            <w:pPr>
              <w:spacing w:after="0"/>
            </w:pPr>
          </w:p>
        </w:tc>
        <w:tc>
          <w:tcPr>
            <w:tcW w:w="3173" w:type="dxa"/>
            <w:vAlign w:val="center"/>
          </w:tcPr>
          <w:p w14:paraId="18E3DE50" w14:textId="77777777" w:rsidR="009F14C8" w:rsidRDefault="00000000">
            <w:pPr>
              <w:spacing w:after="0"/>
            </w:pPr>
            <w:r>
              <w:rPr>
                <w:sz w:val="18"/>
              </w:rPr>
              <w:t>4,37 / 5,00</w:t>
            </w:r>
          </w:p>
        </w:tc>
      </w:tr>
    </w:tbl>
    <w:p w14:paraId="07C33E62" w14:textId="77777777" w:rsidR="009F14C8" w:rsidRDefault="00000000">
      <w:r>
        <w:rPr>
          <w:noProof/>
        </w:rPr>
        <w:drawing>
          <wp:inline distT="0" distB="0" distL="0" distR="0" wp14:anchorId="19B9D4D5" wp14:editId="09269D17">
            <wp:extent cx="4343400" cy="2453523"/>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16.png"/>
                    <pic:cNvPicPr/>
                  </pic:nvPicPr>
                  <pic:blipFill>
                    <a:blip r:embed="rId26"/>
                    <a:stretch>
                      <a:fillRect/>
                    </a:stretch>
                  </pic:blipFill>
                  <pic:spPr>
                    <a:xfrm>
                      <a:off x="0" y="0"/>
                      <a:ext cx="4343400" cy="2453523"/>
                    </a:xfrm>
                    <a:prstGeom prst="rect">
                      <a:avLst/>
                    </a:prstGeom>
                  </pic:spPr>
                </pic:pic>
              </a:graphicData>
            </a:graphic>
          </wp:inline>
        </w:drawing>
      </w:r>
    </w:p>
    <w:p w14:paraId="683CE4BB" w14:textId="77777777" w:rsidR="009F14C8" w:rsidRDefault="00000000">
      <w:pPr>
        <w:pStyle w:val="Balk3"/>
      </w:pPr>
      <w:bookmarkStart w:id="23" w:name="_Toc232111726"/>
      <w:r>
        <w:t>5.17. Madde 17’e İlişkin Bulgular</w:t>
      </w:r>
      <w:bookmarkEnd w:id="23"/>
    </w:p>
    <w:p w14:paraId="031FBD71" w14:textId="77777777" w:rsidR="009F14C8" w:rsidRDefault="00000000">
      <w:r>
        <w:rPr>
          <w:b/>
          <w:i/>
        </w:rPr>
        <w:t>(Ders kazanımlarına uygun, öğrenci merkezli ve dezavantajlı grupları da kapsayan çoklu ölçme-değerlendirme yöntemleri etkin bir şekilde planlanıp uygulanmaktadır.)</w:t>
      </w:r>
    </w:p>
    <w:p w14:paraId="73B353EA" w14:textId="77777777" w:rsidR="009F14C8" w:rsidRDefault="00000000">
      <w:r>
        <w:t>Katılımcıların; 22'i (%51,2) Kesinlikle Katılıyorum, 16'i (%37,2) Katılıyorum, 4'i (%9,3) Kararsızım, 1'i (%2,3) Katılmıyorum, 0'i (%0,0) Kesinlikle Katılmıyorum şeklinde görüş bildirmiştir. Bu maddeye geçerli yanıt veren katılımcı sayısı 43'dir.</w:t>
      </w:r>
    </w:p>
    <w:p w14:paraId="41A73D3C" w14:textId="77777777" w:rsidR="009F14C8" w:rsidRDefault="00000000">
      <w:r>
        <w:t>Ortalama puanın 4,37/5,00 olması, olumlu görüş oranının %88,4, kararsız görüş oranının %9,3 ve olumsuz görüş oranının %2,3 düzeyinde gerçekleşmesi bu sonuçlar, ilgili alanda akademik personel memnuniyetinin güçlü düzeyde olduğunu ve mevcut uygulamaların genel olarak olumlu değerlendirildiğini göstermektedir.</w:t>
      </w:r>
    </w:p>
    <w:tbl>
      <w:tblPr>
        <w:tblStyle w:val="TabloKlavuzu"/>
        <w:tblW w:w="0" w:type="auto"/>
        <w:jc w:val="center"/>
        <w:tblLook w:val="04A0" w:firstRow="1" w:lastRow="0" w:firstColumn="1" w:lastColumn="0" w:noHBand="0" w:noVBand="1"/>
      </w:tblPr>
      <w:tblGrid>
        <w:gridCol w:w="3173"/>
        <w:gridCol w:w="3173"/>
        <w:gridCol w:w="3173"/>
      </w:tblGrid>
      <w:tr w:rsidR="009F14C8" w14:paraId="671FC8F5" w14:textId="77777777">
        <w:trPr>
          <w:jc w:val="center"/>
        </w:trPr>
        <w:tc>
          <w:tcPr>
            <w:tcW w:w="3173" w:type="dxa"/>
            <w:vAlign w:val="center"/>
          </w:tcPr>
          <w:p w14:paraId="47E4EFB4" w14:textId="77777777" w:rsidR="009F14C8" w:rsidRDefault="00000000">
            <w:pPr>
              <w:spacing w:after="0"/>
            </w:pPr>
            <w:r>
              <w:rPr>
                <w:sz w:val="18"/>
              </w:rPr>
              <w:t>Seçenek</w:t>
            </w:r>
          </w:p>
        </w:tc>
        <w:tc>
          <w:tcPr>
            <w:tcW w:w="3173" w:type="dxa"/>
            <w:vAlign w:val="center"/>
          </w:tcPr>
          <w:p w14:paraId="34CC9C1E" w14:textId="77777777" w:rsidR="009F14C8" w:rsidRDefault="00000000">
            <w:pPr>
              <w:spacing w:after="0"/>
            </w:pPr>
            <w:r>
              <w:rPr>
                <w:sz w:val="18"/>
              </w:rPr>
              <w:t>Frekans</w:t>
            </w:r>
          </w:p>
        </w:tc>
        <w:tc>
          <w:tcPr>
            <w:tcW w:w="3173" w:type="dxa"/>
            <w:vAlign w:val="center"/>
          </w:tcPr>
          <w:p w14:paraId="288DE891" w14:textId="77777777" w:rsidR="009F14C8" w:rsidRDefault="00000000">
            <w:pPr>
              <w:spacing w:after="0"/>
            </w:pPr>
            <w:r>
              <w:rPr>
                <w:sz w:val="18"/>
              </w:rPr>
              <w:t>Oran</w:t>
            </w:r>
          </w:p>
        </w:tc>
      </w:tr>
      <w:tr w:rsidR="009F14C8" w14:paraId="1394DF29" w14:textId="77777777">
        <w:trPr>
          <w:jc w:val="center"/>
        </w:trPr>
        <w:tc>
          <w:tcPr>
            <w:tcW w:w="3173" w:type="dxa"/>
            <w:vAlign w:val="center"/>
          </w:tcPr>
          <w:p w14:paraId="496D4761" w14:textId="77777777" w:rsidR="009F14C8" w:rsidRDefault="00000000">
            <w:pPr>
              <w:spacing w:after="0"/>
            </w:pPr>
            <w:r>
              <w:rPr>
                <w:sz w:val="18"/>
              </w:rPr>
              <w:t>5 = Kesinlikle Katılıyorum</w:t>
            </w:r>
          </w:p>
        </w:tc>
        <w:tc>
          <w:tcPr>
            <w:tcW w:w="3173" w:type="dxa"/>
            <w:vAlign w:val="center"/>
          </w:tcPr>
          <w:p w14:paraId="00582F0E" w14:textId="77777777" w:rsidR="009F14C8" w:rsidRDefault="00000000">
            <w:pPr>
              <w:spacing w:after="0"/>
            </w:pPr>
            <w:r>
              <w:rPr>
                <w:sz w:val="18"/>
              </w:rPr>
              <w:t>22</w:t>
            </w:r>
          </w:p>
        </w:tc>
        <w:tc>
          <w:tcPr>
            <w:tcW w:w="3173" w:type="dxa"/>
            <w:vAlign w:val="center"/>
          </w:tcPr>
          <w:p w14:paraId="5211E541" w14:textId="77777777" w:rsidR="009F14C8" w:rsidRDefault="00000000">
            <w:pPr>
              <w:spacing w:after="0"/>
            </w:pPr>
            <w:r>
              <w:rPr>
                <w:sz w:val="18"/>
              </w:rPr>
              <w:t>%51,2</w:t>
            </w:r>
          </w:p>
        </w:tc>
      </w:tr>
      <w:tr w:rsidR="009F14C8" w14:paraId="738DB123" w14:textId="77777777">
        <w:trPr>
          <w:jc w:val="center"/>
        </w:trPr>
        <w:tc>
          <w:tcPr>
            <w:tcW w:w="3173" w:type="dxa"/>
            <w:vAlign w:val="center"/>
          </w:tcPr>
          <w:p w14:paraId="5141E303" w14:textId="77777777" w:rsidR="009F14C8" w:rsidRDefault="00000000">
            <w:pPr>
              <w:spacing w:after="0"/>
            </w:pPr>
            <w:r>
              <w:rPr>
                <w:sz w:val="18"/>
              </w:rPr>
              <w:t>4 = Katılıyorum</w:t>
            </w:r>
          </w:p>
        </w:tc>
        <w:tc>
          <w:tcPr>
            <w:tcW w:w="3173" w:type="dxa"/>
            <w:vAlign w:val="center"/>
          </w:tcPr>
          <w:p w14:paraId="67AECFFD" w14:textId="77777777" w:rsidR="009F14C8" w:rsidRDefault="00000000">
            <w:pPr>
              <w:spacing w:after="0"/>
            </w:pPr>
            <w:r>
              <w:rPr>
                <w:sz w:val="18"/>
              </w:rPr>
              <w:t>16</w:t>
            </w:r>
          </w:p>
        </w:tc>
        <w:tc>
          <w:tcPr>
            <w:tcW w:w="3173" w:type="dxa"/>
            <w:vAlign w:val="center"/>
          </w:tcPr>
          <w:p w14:paraId="386E1E50" w14:textId="77777777" w:rsidR="009F14C8" w:rsidRDefault="00000000">
            <w:pPr>
              <w:spacing w:after="0"/>
            </w:pPr>
            <w:r>
              <w:rPr>
                <w:sz w:val="18"/>
              </w:rPr>
              <w:t>%37,2</w:t>
            </w:r>
          </w:p>
        </w:tc>
      </w:tr>
      <w:tr w:rsidR="009F14C8" w14:paraId="140ECD40" w14:textId="77777777">
        <w:trPr>
          <w:jc w:val="center"/>
        </w:trPr>
        <w:tc>
          <w:tcPr>
            <w:tcW w:w="3173" w:type="dxa"/>
            <w:vAlign w:val="center"/>
          </w:tcPr>
          <w:p w14:paraId="1DD16FE5" w14:textId="77777777" w:rsidR="009F14C8" w:rsidRDefault="00000000">
            <w:pPr>
              <w:spacing w:after="0"/>
            </w:pPr>
            <w:r>
              <w:rPr>
                <w:sz w:val="18"/>
              </w:rPr>
              <w:t>3 = Kararsızım</w:t>
            </w:r>
          </w:p>
        </w:tc>
        <w:tc>
          <w:tcPr>
            <w:tcW w:w="3173" w:type="dxa"/>
            <w:vAlign w:val="center"/>
          </w:tcPr>
          <w:p w14:paraId="06BE787D" w14:textId="77777777" w:rsidR="009F14C8" w:rsidRDefault="00000000">
            <w:pPr>
              <w:spacing w:after="0"/>
            </w:pPr>
            <w:r>
              <w:rPr>
                <w:sz w:val="18"/>
              </w:rPr>
              <w:t>4</w:t>
            </w:r>
          </w:p>
        </w:tc>
        <w:tc>
          <w:tcPr>
            <w:tcW w:w="3173" w:type="dxa"/>
            <w:vAlign w:val="center"/>
          </w:tcPr>
          <w:p w14:paraId="54211426" w14:textId="77777777" w:rsidR="009F14C8" w:rsidRDefault="00000000">
            <w:pPr>
              <w:spacing w:after="0"/>
            </w:pPr>
            <w:r>
              <w:rPr>
                <w:sz w:val="18"/>
              </w:rPr>
              <w:t>%9,3</w:t>
            </w:r>
          </w:p>
        </w:tc>
      </w:tr>
      <w:tr w:rsidR="009F14C8" w14:paraId="60FC4B98" w14:textId="77777777">
        <w:trPr>
          <w:jc w:val="center"/>
        </w:trPr>
        <w:tc>
          <w:tcPr>
            <w:tcW w:w="3173" w:type="dxa"/>
            <w:vAlign w:val="center"/>
          </w:tcPr>
          <w:p w14:paraId="16E4C2C1" w14:textId="77777777" w:rsidR="009F14C8" w:rsidRDefault="00000000">
            <w:pPr>
              <w:spacing w:after="0"/>
            </w:pPr>
            <w:r>
              <w:rPr>
                <w:sz w:val="18"/>
              </w:rPr>
              <w:t>2 = Katılmıyorum</w:t>
            </w:r>
          </w:p>
        </w:tc>
        <w:tc>
          <w:tcPr>
            <w:tcW w:w="3173" w:type="dxa"/>
            <w:vAlign w:val="center"/>
          </w:tcPr>
          <w:p w14:paraId="611029EC" w14:textId="77777777" w:rsidR="009F14C8" w:rsidRDefault="00000000">
            <w:pPr>
              <w:spacing w:after="0"/>
            </w:pPr>
            <w:r>
              <w:rPr>
                <w:sz w:val="18"/>
              </w:rPr>
              <w:t>1</w:t>
            </w:r>
          </w:p>
        </w:tc>
        <w:tc>
          <w:tcPr>
            <w:tcW w:w="3173" w:type="dxa"/>
            <w:vAlign w:val="center"/>
          </w:tcPr>
          <w:p w14:paraId="44252B56" w14:textId="77777777" w:rsidR="009F14C8" w:rsidRDefault="00000000">
            <w:pPr>
              <w:spacing w:after="0"/>
            </w:pPr>
            <w:r>
              <w:rPr>
                <w:sz w:val="18"/>
              </w:rPr>
              <w:t>%2,3</w:t>
            </w:r>
          </w:p>
        </w:tc>
      </w:tr>
      <w:tr w:rsidR="009F14C8" w14:paraId="2A4ED9AA" w14:textId="77777777">
        <w:trPr>
          <w:jc w:val="center"/>
        </w:trPr>
        <w:tc>
          <w:tcPr>
            <w:tcW w:w="3173" w:type="dxa"/>
            <w:vAlign w:val="center"/>
          </w:tcPr>
          <w:p w14:paraId="49ECFFC1" w14:textId="77777777" w:rsidR="009F14C8" w:rsidRDefault="00000000">
            <w:pPr>
              <w:spacing w:after="0"/>
            </w:pPr>
            <w:r>
              <w:rPr>
                <w:sz w:val="18"/>
              </w:rPr>
              <w:t>1 = Kesinlikle Katılmıyorum</w:t>
            </w:r>
          </w:p>
        </w:tc>
        <w:tc>
          <w:tcPr>
            <w:tcW w:w="3173" w:type="dxa"/>
            <w:vAlign w:val="center"/>
          </w:tcPr>
          <w:p w14:paraId="241C5A6B" w14:textId="77777777" w:rsidR="009F14C8" w:rsidRDefault="00000000">
            <w:pPr>
              <w:spacing w:after="0"/>
            </w:pPr>
            <w:r>
              <w:rPr>
                <w:sz w:val="18"/>
              </w:rPr>
              <w:t>0</w:t>
            </w:r>
          </w:p>
        </w:tc>
        <w:tc>
          <w:tcPr>
            <w:tcW w:w="3173" w:type="dxa"/>
            <w:vAlign w:val="center"/>
          </w:tcPr>
          <w:p w14:paraId="6EC58366" w14:textId="77777777" w:rsidR="009F14C8" w:rsidRDefault="00000000">
            <w:pPr>
              <w:spacing w:after="0"/>
            </w:pPr>
            <w:r>
              <w:rPr>
                <w:sz w:val="18"/>
              </w:rPr>
              <w:t>%0,0</w:t>
            </w:r>
          </w:p>
        </w:tc>
      </w:tr>
      <w:tr w:rsidR="009F14C8" w14:paraId="7C363A62" w14:textId="77777777">
        <w:trPr>
          <w:jc w:val="center"/>
        </w:trPr>
        <w:tc>
          <w:tcPr>
            <w:tcW w:w="3173" w:type="dxa"/>
            <w:vAlign w:val="center"/>
          </w:tcPr>
          <w:p w14:paraId="2E01211B" w14:textId="77777777" w:rsidR="009F14C8" w:rsidRDefault="00000000">
            <w:pPr>
              <w:spacing w:after="0"/>
            </w:pPr>
            <w:r>
              <w:rPr>
                <w:sz w:val="18"/>
              </w:rPr>
              <w:t>Ortalama</w:t>
            </w:r>
          </w:p>
        </w:tc>
        <w:tc>
          <w:tcPr>
            <w:tcW w:w="3173" w:type="dxa"/>
            <w:vAlign w:val="center"/>
          </w:tcPr>
          <w:p w14:paraId="7C5FD42F" w14:textId="77777777" w:rsidR="009F14C8" w:rsidRDefault="009F14C8">
            <w:pPr>
              <w:spacing w:after="0"/>
            </w:pPr>
          </w:p>
        </w:tc>
        <w:tc>
          <w:tcPr>
            <w:tcW w:w="3173" w:type="dxa"/>
            <w:vAlign w:val="center"/>
          </w:tcPr>
          <w:p w14:paraId="035C04F1" w14:textId="77777777" w:rsidR="009F14C8" w:rsidRDefault="00000000">
            <w:pPr>
              <w:spacing w:after="0"/>
            </w:pPr>
            <w:r>
              <w:rPr>
                <w:sz w:val="18"/>
              </w:rPr>
              <w:t>4,37 / 5,00</w:t>
            </w:r>
          </w:p>
        </w:tc>
      </w:tr>
    </w:tbl>
    <w:p w14:paraId="476AC194" w14:textId="77777777" w:rsidR="009F14C8" w:rsidRDefault="00000000">
      <w:r>
        <w:rPr>
          <w:noProof/>
        </w:rPr>
        <w:drawing>
          <wp:inline distT="0" distB="0" distL="0" distR="0" wp14:anchorId="29652731" wp14:editId="289D403E">
            <wp:extent cx="4343400" cy="2453523"/>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17.png"/>
                    <pic:cNvPicPr/>
                  </pic:nvPicPr>
                  <pic:blipFill>
                    <a:blip r:embed="rId27"/>
                    <a:stretch>
                      <a:fillRect/>
                    </a:stretch>
                  </pic:blipFill>
                  <pic:spPr>
                    <a:xfrm>
                      <a:off x="0" y="0"/>
                      <a:ext cx="4343400" cy="2453523"/>
                    </a:xfrm>
                    <a:prstGeom prst="rect">
                      <a:avLst/>
                    </a:prstGeom>
                  </pic:spPr>
                </pic:pic>
              </a:graphicData>
            </a:graphic>
          </wp:inline>
        </w:drawing>
      </w:r>
    </w:p>
    <w:p w14:paraId="65912DE5" w14:textId="77777777" w:rsidR="009F14C8" w:rsidRDefault="00000000">
      <w:pPr>
        <w:pStyle w:val="Balk3"/>
      </w:pPr>
      <w:bookmarkStart w:id="24" w:name="_Toc232111727"/>
      <w:r>
        <w:lastRenderedPageBreak/>
        <w:t>5.18. Madde 18’e İlişkin Bulgular</w:t>
      </w:r>
      <w:bookmarkEnd w:id="24"/>
    </w:p>
    <w:p w14:paraId="0D9A8FF3" w14:textId="77777777" w:rsidR="009F14C8" w:rsidRDefault="00000000">
      <w:r>
        <w:rPr>
          <w:b/>
          <w:i/>
        </w:rPr>
        <w:t>(Öğrencilerin akademik geçmişleri ve önceki öğrenmelerinin tanınması ile muafiyet süreçlerinin, verilen klinik/mesleki derslerin seviyesine uygun ve ilgili yönetmeliklere uygun şekilde yürütüldüğünü düşünüyorum.)</w:t>
      </w:r>
    </w:p>
    <w:p w14:paraId="7D910403" w14:textId="77777777" w:rsidR="009F14C8" w:rsidRDefault="00000000">
      <w:r>
        <w:t>Katılımcıların; 19'i (%44,2) Kesinlikle Katılıyorum, 17'i (%39,5) Katılıyorum, 6'i (%14,0) Kararsızım, 1'i (%2,3) Katılmıyorum, 0'i (%0,0) Kesinlikle Katılmıyorum şeklinde görüş bildirmiştir. Bu maddeye geçerli yanıt veren katılımcı sayısı 43'dir.</w:t>
      </w:r>
    </w:p>
    <w:p w14:paraId="3F53E3C5" w14:textId="77777777" w:rsidR="009F14C8" w:rsidRDefault="00000000">
      <w:r>
        <w:t>Ortalama puanın 4,26/5,00 olması, olumlu görüş oranının %83,7, kararsız görüş oranının %14,0 ve olumsuz görüş oranının %2,3 düzeyinde gerçekleşmesi bu sonuçlar, ilgili alanda akademik personel memnuniyetinin güçlü düzeyde olduğunu ve mevcut uygulamaların genel olarak olumlu değerlendirildiğini göstermektedir.</w:t>
      </w:r>
    </w:p>
    <w:tbl>
      <w:tblPr>
        <w:tblStyle w:val="TabloKlavuzu"/>
        <w:tblW w:w="0" w:type="auto"/>
        <w:jc w:val="center"/>
        <w:tblLook w:val="04A0" w:firstRow="1" w:lastRow="0" w:firstColumn="1" w:lastColumn="0" w:noHBand="0" w:noVBand="1"/>
      </w:tblPr>
      <w:tblGrid>
        <w:gridCol w:w="3173"/>
        <w:gridCol w:w="3173"/>
        <w:gridCol w:w="3173"/>
      </w:tblGrid>
      <w:tr w:rsidR="009F14C8" w14:paraId="753BC595" w14:textId="77777777">
        <w:trPr>
          <w:jc w:val="center"/>
        </w:trPr>
        <w:tc>
          <w:tcPr>
            <w:tcW w:w="3173" w:type="dxa"/>
            <w:vAlign w:val="center"/>
          </w:tcPr>
          <w:p w14:paraId="1055E000" w14:textId="77777777" w:rsidR="009F14C8" w:rsidRDefault="00000000">
            <w:pPr>
              <w:spacing w:after="0"/>
            </w:pPr>
            <w:r>
              <w:rPr>
                <w:sz w:val="18"/>
              </w:rPr>
              <w:t>Seçenek</w:t>
            </w:r>
          </w:p>
        </w:tc>
        <w:tc>
          <w:tcPr>
            <w:tcW w:w="3173" w:type="dxa"/>
            <w:vAlign w:val="center"/>
          </w:tcPr>
          <w:p w14:paraId="497F14E6" w14:textId="77777777" w:rsidR="009F14C8" w:rsidRDefault="00000000">
            <w:pPr>
              <w:spacing w:after="0"/>
            </w:pPr>
            <w:r>
              <w:rPr>
                <w:sz w:val="18"/>
              </w:rPr>
              <w:t>Frekans</w:t>
            </w:r>
          </w:p>
        </w:tc>
        <w:tc>
          <w:tcPr>
            <w:tcW w:w="3173" w:type="dxa"/>
            <w:vAlign w:val="center"/>
          </w:tcPr>
          <w:p w14:paraId="2B519E89" w14:textId="77777777" w:rsidR="009F14C8" w:rsidRDefault="00000000">
            <w:pPr>
              <w:spacing w:after="0"/>
            </w:pPr>
            <w:r>
              <w:rPr>
                <w:sz w:val="18"/>
              </w:rPr>
              <w:t>Oran</w:t>
            </w:r>
          </w:p>
        </w:tc>
      </w:tr>
      <w:tr w:rsidR="009F14C8" w14:paraId="0041BBFD" w14:textId="77777777">
        <w:trPr>
          <w:jc w:val="center"/>
        </w:trPr>
        <w:tc>
          <w:tcPr>
            <w:tcW w:w="3173" w:type="dxa"/>
            <w:vAlign w:val="center"/>
          </w:tcPr>
          <w:p w14:paraId="1117E0D7" w14:textId="77777777" w:rsidR="009F14C8" w:rsidRDefault="00000000">
            <w:pPr>
              <w:spacing w:after="0"/>
            </w:pPr>
            <w:r>
              <w:rPr>
                <w:sz w:val="18"/>
              </w:rPr>
              <w:t>5 = Kesinlikle Katılıyorum</w:t>
            </w:r>
          </w:p>
        </w:tc>
        <w:tc>
          <w:tcPr>
            <w:tcW w:w="3173" w:type="dxa"/>
            <w:vAlign w:val="center"/>
          </w:tcPr>
          <w:p w14:paraId="5C194762" w14:textId="77777777" w:rsidR="009F14C8" w:rsidRDefault="00000000">
            <w:pPr>
              <w:spacing w:after="0"/>
            </w:pPr>
            <w:r>
              <w:rPr>
                <w:sz w:val="18"/>
              </w:rPr>
              <w:t>19</w:t>
            </w:r>
          </w:p>
        </w:tc>
        <w:tc>
          <w:tcPr>
            <w:tcW w:w="3173" w:type="dxa"/>
            <w:vAlign w:val="center"/>
          </w:tcPr>
          <w:p w14:paraId="50D46C0B" w14:textId="77777777" w:rsidR="009F14C8" w:rsidRDefault="00000000">
            <w:pPr>
              <w:spacing w:after="0"/>
            </w:pPr>
            <w:r>
              <w:rPr>
                <w:sz w:val="18"/>
              </w:rPr>
              <w:t>%44,2</w:t>
            </w:r>
          </w:p>
        </w:tc>
      </w:tr>
      <w:tr w:rsidR="009F14C8" w14:paraId="4DBE3830" w14:textId="77777777">
        <w:trPr>
          <w:jc w:val="center"/>
        </w:trPr>
        <w:tc>
          <w:tcPr>
            <w:tcW w:w="3173" w:type="dxa"/>
            <w:vAlign w:val="center"/>
          </w:tcPr>
          <w:p w14:paraId="74D59227" w14:textId="77777777" w:rsidR="009F14C8" w:rsidRDefault="00000000">
            <w:pPr>
              <w:spacing w:after="0"/>
            </w:pPr>
            <w:r>
              <w:rPr>
                <w:sz w:val="18"/>
              </w:rPr>
              <w:t>4 = Katılıyorum</w:t>
            </w:r>
          </w:p>
        </w:tc>
        <w:tc>
          <w:tcPr>
            <w:tcW w:w="3173" w:type="dxa"/>
            <w:vAlign w:val="center"/>
          </w:tcPr>
          <w:p w14:paraId="4054D9AE" w14:textId="77777777" w:rsidR="009F14C8" w:rsidRDefault="00000000">
            <w:pPr>
              <w:spacing w:after="0"/>
            </w:pPr>
            <w:r>
              <w:rPr>
                <w:sz w:val="18"/>
              </w:rPr>
              <w:t>17</w:t>
            </w:r>
          </w:p>
        </w:tc>
        <w:tc>
          <w:tcPr>
            <w:tcW w:w="3173" w:type="dxa"/>
            <w:vAlign w:val="center"/>
          </w:tcPr>
          <w:p w14:paraId="122FC5A6" w14:textId="77777777" w:rsidR="009F14C8" w:rsidRDefault="00000000">
            <w:pPr>
              <w:spacing w:after="0"/>
            </w:pPr>
            <w:r>
              <w:rPr>
                <w:sz w:val="18"/>
              </w:rPr>
              <w:t>%39,5</w:t>
            </w:r>
          </w:p>
        </w:tc>
      </w:tr>
      <w:tr w:rsidR="009F14C8" w14:paraId="0B16B28D" w14:textId="77777777">
        <w:trPr>
          <w:jc w:val="center"/>
        </w:trPr>
        <w:tc>
          <w:tcPr>
            <w:tcW w:w="3173" w:type="dxa"/>
            <w:vAlign w:val="center"/>
          </w:tcPr>
          <w:p w14:paraId="157E5CD6" w14:textId="77777777" w:rsidR="009F14C8" w:rsidRDefault="00000000">
            <w:pPr>
              <w:spacing w:after="0"/>
            </w:pPr>
            <w:r>
              <w:rPr>
                <w:sz w:val="18"/>
              </w:rPr>
              <w:t>3 = Kararsızım</w:t>
            </w:r>
          </w:p>
        </w:tc>
        <w:tc>
          <w:tcPr>
            <w:tcW w:w="3173" w:type="dxa"/>
            <w:vAlign w:val="center"/>
          </w:tcPr>
          <w:p w14:paraId="2BBC3797" w14:textId="77777777" w:rsidR="009F14C8" w:rsidRDefault="00000000">
            <w:pPr>
              <w:spacing w:after="0"/>
            </w:pPr>
            <w:r>
              <w:rPr>
                <w:sz w:val="18"/>
              </w:rPr>
              <w:t>6</w:t>
            </w:r>
          </w:p>
        </w:tc>
        <w:tc>
          <w:tcPr>
            <w:tcW w:w="3173" w:type="dxa"/>
            <w:vAlign w:val="center"/>
          </w:tcPr>
          <w:p w14:paraId="6EAD5805" w14:textId="77777777" w:rsidR="009F14C8" w:rsidRDefault="00000000">
            <w:pPr>
              <w:spacing w:after="0"/>
            </w:pPr>
            <w:r>
              <w:rPr>
                <w:sz w:val="18"/>
              </w:rPr>
              <w:t>%14,0</w:t>
            </w:r>
          </w:p>
        </w:tc>
      </w:tr>
      <w:tr w:rsidR="009F14C8" w14:paraId="6FC5CFB6" w14:textId="77777777">
        <w:trPr>
          <w:jc w:val="center"/>
        </w:trPr>
        <w:tc>
          <w:tcPr>
            <w:tcW w:w="3173" w:type="dxa"/>
            <w:vAlign w:val="center"/>
          </w:tcPr>
          <w:p w14:paraId="00CC9315" w14:textId="77777777" w:rsidR="009F14C8" w:rsidRDefault="00000000">
            <w:pPr>
              <w:spacing w:after="0"/>
            </w:pPr>
            <w:r>
              <w:rPr>
                <w:sz w:val="18"/>
              </w:rPr>
              <w:t>2 = Katılmıyorum</w:t>
            </w:r>
          </w:p>
        </w:tc>
        <w:tc>
          <w:tcPr>
            <w:tcW w:w="3173" w:type="dxa"/>
            <w:vAlign w:val="center"/>
          </w:tcPr>
          <w:p w14:paraId="43334786" w14:textId="77777777" w:rsidR="009F14C8" w:rsidRDefault="00000000">
            <w:pPr>
              <w:spacing w:after="0"/>
            </w:pPr>
            <w:r>
              <w:rPr>
                <w:sz w:val="18"/>
              </w:rPr>
              <w:t>1</w:t>
            </w:r>
          </w:p>
        </w:tc>
        <w:tc>
          <w:tcPr>
            <w:tcW w:w="3173" w:type="dxa"/>
            <w:vAlign w:val="center"/>
          </w:tcPr>
          <w:p w14:paraId="214BB0AE" w14:textId="77777777" w:rsidR="009F14C8" w:rsidRDefault="00000000">
            <w:pPr>
              <w:spacing w:after="0"/>
            </w:pPr>
            <w:r>
              <w:rPr>
                <w:sz w:val="18"/>
              </w:rPr>
              <w:t>%2,3</w:t>
            </w:r>
          </w:p>
        </w:tc>
      </w:tr>
      <w:tr w:rsidR="009F14C8" w14:paraId="411841A1" w14:textId="77777777">
        <w:trPr>
          <w:jc w:val="center"/>
        </w:trPr>
        <w:tc>
          <w:tcPr>
            <w:tcW w:w="3173" w:type="dxa"/>
            <w:vAlign w:val="center"/>
          </w:tcPr>
          <w:p w14:paraId="12BE646B" w14:textId="77777777" w:rsidR="009F14C8" w:rsidRDefault="00000000">
            <w:pPr>
              <w:spacing w:after="0"/>
            </w:pPr>
            <w:r>
              <w:rPr>
                <w:sz w:val="18"/>
              </w:rPr>
              <w:t>1 = Kesinlikle Katılmıyorum</w:t>
            </w:r>
          </w:p>
        </w:tc>
        <w:tc>
          <w:tcPr>
            <w:tcW w:w="3173" w:type="dxa"/>
            <w:vAlign w:val="center"/>
          </w:tcPr>
          <w:p w14:paraId="2D1F148B" w14:textId="77777777" w:rsidR="009F14C8" w:rsidRDefault="00000000">
            <w:pPr>
              <w:spacing w:after="0"/>
            </w:pPr>
            <w:r>
              <w:rPr>
                <w:sz w:val="18"/>
              </w:rPr>
              <w:t>0</w:t>
            </w:r>
          </w:p>
        </w:tc>
        <w:tc>
          <w:tcPr>
            <w:tcW w:w="3173" w:type="dxa"/>
            <w:vAlign w:val="center"/>
          </w:tcPr>
          <w:p w14:paraId="1C63F0C4" w14:textId="77777777" w:rsidR="009F14C8" w:rsidRDefault="00000000">
            <w:pPr>
              <w:spacing w:after="0"/>
            </w:pPr>
            <w:r>
              <w:rPr>
                <w:sz w:val="18"/>
              </w:rPr>
              <w:t>%0,0</w:t>
            </w:r>
          </w:p>
        </w:tc>
      </w:tr>
      <w:tr w:rsidR="009F14C8" w14:paraId="27EAF9BD" w14:textId="77777777">
        <w:trPr>
          <w:jc w:val="center"/>
        </w:trPr>
        <w:tc>
          <w:tcPr>
            <w:tcW w:w="3173" w:type="dxa"/>
            <w:vAlign w:val="center"/>
          </w:tcPr>
          <w:p w14:paraId="5A9AA0B1" w14:textId="77777777" w:rsidR="009F14C8" w:rsidRDefault="00000000">
            <w:pPr>
              <w:spacing w:after="0"/>
            </w:pPr>
            <w:r>
              <w:rPr>
                <w:sz w:val="18"/>
              </w:rPr>
              <w:t>Ortalama</w:t>
            </w:r>
          </w:p>
        </w:tc>
        <w:tc>
          <w:tcPr>
            <w:tcW w:w="3173" w:type="dxa"/>
            <w:vAlign w:val="center"/>
          </w:tcPr>
          <w:p w14:paraId="79139305" w14:textId="77777777" w:rsidR="009F14C8" w:rsidRDefault="009F14C8">
            <w:pPr>
              <w:spacing w:after="0"/>
            </w:pPr>
          </w:p>
        </w:tc>
        <w:tc>
          <w:tcPr>
            <w:tcW w:w="3173" w:type="dxa"/>
            <w:vAlign w:val="center"/>
          </w:tcPr>
          <w:p w14:paraId="7EFC1628" w14:textId="77777777" w:rsidR="009F14C8" w:rsidRDefault="00000000">
            <w:pPr>
              <w:spacing w:after="0"/>
            </w:pPr>
            <w:r>
              <w:rPr>
                <w:sz w:val="18"/>
              </w:rPr>
              <w:t>4,26 / 5,00</w:t>
            </w:r>
          </w:p>
        </w:tc>
      </w:tr>
    </w:tbl>
    <w:p w14:paraId="7C7B8F37" w14:textId="77777777" w:rsidR="009F14C8" w:rsidRDefault="00000000">
      <w:r>
        <w:rPr>
          <w:noProof/>
        </w:rPr>
        <w:drawing>
          <wp:inline distT="0" distB="0" distL="0" distR="0" wp14:anchorId="33B66244" wp14:editId="76E49913">
            <wp:extent cx="4343400" cy="2453523"/>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18.png"/>
                    <pic:cNvPicPr/>
                  </pic:nvPicPr>
                  <pic:blipFill>
                    <a:blip r:embed="rId28"/>
                    <a:stretch>
                      <a:fillRect/>
                    </a:stretch>
                  </pic:blipFill>
                  <pic:spPr>
                    <a:xfrm>
                      <a:off x="0" y="0"/>
                      <a:ext cx="4343400" cy="2453523"/>
                    </a:xfrm>
                    <a:prstGeom prst="rect">
                      <a:avLst/>
                    </a:prstGeom>
                  </pic:spPr>
                </pic:pic>
              </a:graphicData>
            </a:graphic>
          </wp:inline>
        </w:drawing>
      </w:r>
    </w:p>
    <w:p w14:paraId="2B321CBB" w14:textId="77777777" w:rsidR="009F14C8" w:rsidRDefault="00000000">
      <w:pPr>
        <w:pStyle w:val="Balk2"/>
      </w:pPr>
      <w:bookmarkStart w:id="25" w:name="_Toc232111728"/>
      <w:r>
        <w:t>5.3. Ölçme-Değerlendirme, Diploma ve Belgelendirme Süreçlerine İlişkin Bulgular</w:t>
      </w:r>
      <w:bookmarkEnd w:id="25"/>
    </w:p>
    <w:p w14:paraId="3C84ED34" w14:textId="77777777" w:rsidR="009F14C8" w:rsidRDefault="00000000">
      <w:pPr>
        <w:pStyle w:val="Balk3"/>
      </w:pPr>
      <w:bookmarkStart w:id="26" w:name="_Toc232111729"/>
      <w:r>
        <w:t>5.19. Madde 19’e İlişkin Bulgular</w:t>
      </w:r>
      <w:bookmarkEnd w:id="26"/>
    </w:p>
    <w:p w14:paraId="528CB15E" w14:textId="77777777" w:rsidR="009F14C8" w:rsidRDefault="00000000">
      <w:r>
        <w:rPr>
          <w:b/>
          <w:i/>
        </w:rPr>
        <w:t>(Mezun olan öğrencilerimize verilen diploma ve belgelerin, verdikleri emeği ve kazandıkları veteriner hekimlik yetkinliğini temsil ettiğine inanıyorum.)</w:t>
      </w:r>
    </w:p>
    <w:p w14:paraId="7A7D35F1" w14:textId="77777777" w:rsidR="009F14C8" w:rsidRDefault="00000000">
      <w:r>
        <w:t>Katılımcıların; 20'i (%46,5) Kesinlikle Katılıyorum, 19'i (%44,2) Katılıyorum, 2'i (%4,7) Kararsızım, 1'i (%2,3) Katılmıyorum, 1'i (%2,3) Kesinlikle Katılmıyorum şeklinde görüş bildirmiştir. Bu maddeye geçerli yanıt veren katılımcı sayısı 43'dir.</w:t>
      </w:r>
    </w:p>
    <w:p w14:paraId="308B53BD" w14:textId="77777777" w:rsidR="009F14C8" w:rsidRDefault="00000000">
      <w:r>
        <w:t>Ortalama puanın 4,30/5,00 olması, olumlu görüş oranının %90,7, kararsız görüş oranının %4,7 ve olumsuz görüş oranının %4,7 düzeyinde gerçekleşmesi bu sonuçlar, ilgili alanda akademik personel memnuniyetinin güçlü düzeyde olduğunu ve mevcut uygulamaların genel olarak olumlu değerlendirildiğini göstermektedir.</w:t>
      </w:r>
    </w:p>
    <w:tbl>
      <w:tblPr>
        <w:tblStyle w:val="TabloKlavuzu"/>
        <w:tblW w:w="0" w:type="auto"/>
        <w:jc w:val="center"/>
        <w:tblLook w:val="04A0" w:firstRow="1" w:lastRow="0" w:firstColumn="1" w:lastColumn="0" w:noHBand="0" w:noVBand="1"/>
      </w:tblPr>
      <w:tblGrid>
        <w:gridCol w:w="3173"/>
        <w:gridCol w:w="3173"/>
        <w:gridCol w:w="3173"/>
      </w:tblGrid>
      <w:tr w:rsidR="009F14C8" w14:paraId="578665D6" w14:textId="77777777">
        <w:trPr>
          <w:jc w:val="center"/>
        </w:trPr>
        <w:tc>
          <w:tcPr>
            <w:tcW w:w="3173" w:type="dxa"/>
            <w:vAlign w:val="center"/>
          </w:tcPr>
          <w:p w14:paraId="6C1856CB" w14:textId="77777777" w:rsidR="009F14C8" w:rsidRDefault="00000000">
            <w:pPr>
              <w:spacing w:after="0"/>
            </w:pPr>
            <w:r>
              <w:rPr>
                <w:sz w:val="18"/>
              </w:rPr>
              <w:t>Seçenek</w:t>
            </w:r>
          </w:p>
        </w:tc>
        <w:tc>
          <w:tcPr>
            <w:tcW w:w="3173" w:type="dxa"/>
            <w:vAlign w:val="center"/>
          </w:tcPr>
          <w:p w14:paraId="7CC6A17A" w14:textId="77777777" w:rsidR="009F14C8" w:rsidRDefault="00000000">
            <w:pPr>
              <w:spacing w:after="0"/>
            </w:pPr>
            <w:r>
              <w:rPr>
                <w:sz w:val="18"/>
              </w:rPr>
              <w:t>Frekans</w:t>
            </w:r>
          </w:p>
        </w:tc>
        <w:tc>
          <w:tcPr>
            <w:tcW w:w="3173" w:type="dxa"/>
            <w:vAlign w:val="center"/>
          </w:tcPr>
          <w:p w14:paraId="6B2DCFB6" w14:textId="77777777" w:rsidR="009F14C8" w:rsidRDefault="00000000">
            <w:pPr>
              <w:spacing w:after="0"/>
            </w:pPr>
            <w:r>
              <w:rPr>
                <w:sz w:val="18"/>
              </w:rPr>
              <w:t>Oran</w:t>
            </w:r>
          </w:p>
        </w:tc>
      </w:tr>
      <w:tr w:rsidR="009F14C8" w14:paraId="7B1EECFB" w14:textId="77777777">
        <w:trPr>
          <w:jc w:val="center"/>
        </w:trPr>
        <w:tc>
          <w:tcPr>
            <w:tcW w:w="3173" w:type="dxa"/>
            <w:vAlign w:val="center"/>
          </w:tcPr>
          <w:p w14:paraId="59FDB229" w14:textId="77777777" w:rsidR="009F14C8" w:rsidRDefault="00000000">
            <w:pPr>
              <w:spacing w:after="0"/>
            </w:pPr>
            <w:r>
              <w:rPr>
                <w:sz w:val="18"/>
              </w:rPr>
              <w:t>5 = Kesinlikle Katılıyorum</w:t>
            </w:r>
          </w:p>
        </w:tc>
        <w:tc>
          <w:tcPr>
            <w:tcW w:w="3173" w:type="dxa"/>
            <w:vAlign w:val="center"/>
          </w:tcPr>
          <w:p w14:paraId="74A8AC8D" w14:textId="77777777" w:rsidR="009F14C8" w:rsidRDefault="00000000">
            <w:pPr>
              <w:spacing w:after="0"/>
            </w:pPr>
            <w:r>
              <w:rPr>
                <w:sz w:val="18"/>
              </w:rPr>
              <w:t>20</w:t>
            </w:r>
          </w:p>
        </w:tc>
        <w:tc>
          <w:tcPr>
            <w:tcW w:w="3173" w:type="dxa"/>
            <w:vAlign w:val="center"/>
          </w:tcPr>
          <w:p w14:paraId="05F09F61" w14:textId="77777777" w:rsidR="009F14C8" w:rsidRDefault="00000000">
            <w:pPr>
              <w:spacing w:after="0"/>
            </w:pPr>
            <w:r>
              <w:rPr>
                <w:sz w:val="18"/>
              </w:rPr>
              <w:t>%46,5</w:t>
            </w:r>
          </w:p>
        </w:tc>
      </w:tr>
      <w:tr w:rsidR="009F14C8" w14:paraId="1ED641B9" w14:textId="77777777">
        <w:trPr>
          <w:jc w:val="center"/>
        </w:trPr>
        <w:tc>
          <w:tcPr>
            <w:tcW w:w="3173" w:type="dxa"/>
            <w:vAlign w:val="center"/>
          </w:tcPr>
          <w:p w14:paraId="6C76417B" w14:textId="77777777" w:rsidR="009F14C8" w:rsidRDefault="00000000">
            <w:pPr>
              <w:spacing w:after="0"/>
            </w:pPr>
            <w:r>
              <w:rPr>
                <w:sz w:val="18"/>
              </w:rPr>
              <w:lastRenderedPageBreak/>
              <w:t>4 = Katılıyorum</w:t>
            </w:r>
          </w:p>
        </w:tc>
        <w:tc>
          <w:tcPr>
            <w:tcW w:w="3173" w:type="dxa"/>
            <w:vAlign w:val="center"/>
          </w:tcPr>
          <w:p w14:paraId="0FBB05E5" w14:textId="77777777" w:rsidR="009F14C8" w:rsidRDefault="00000000">
            <w:pPr>
              <w:spacing w:after="0"/>
            </w:pPr>
            <w:r>
              <w:rPr>
                <w:sz w:val="18"/>
              </w:rPr>
              <w:t>19</w:t>
            </w:r>
          </w:p>
        </w:tc>
        <w:tc>
          <w:tcPr>
            <w:tcW w:w="3173" w:type="dxa"/>
            <w:vAlign w:val="center"/>
          </w:tcPr>
          <w:p w14:paraId="14DDDF90" w14:textId="77777777" w:rsidR="009F14C8" w:rsidRDefault="00000000">
            <w:pPr>
              <w:spacing w:after="0"/>
            </w:pPr>
            <w:r>
              <w:rPr>
                <w:sz w:val="18"/>
              </w:rPr>
              <w:t>%44,2</w:t>
            </w:r>
          </w:p>
        </w:tc>
      </w:tr>
      <w:tr w:rsidR="009F14C8" w14:paraId="1198D7F7" w14:textId="77777777">
        <w:trPr>
          <w:jc w:val="center"/>
        </w:trPr>
        <w:tc>
          <w:tcPr>
            <w:tcW w:w="3173" w:type="dxa"/>
            <w:vAlign w:val="center"/>
          </w:tcPr>
          <w:p w14:paraId="1CA428B5" w14:textId="77777777" w:rsidR="009F14C8" w:rsidRDefault="00000000">
            <w:pPr>
              <w:spacing w:after="0"/>
            </w:pPr>
            <w:r>
              <w:rPr>
                <w:sz w:val="18"/>
              </w:rPr>
              <w:t>3 = Kararsızım</w:t>
            </w:r>
          </w:p>
        </w:tc>
        <w:tc>
          <w:tcPr>
            <w:tcW w:w="3173" w:type="dxa"/>
            <w:vAlign w:val="center"/>
          </w:tcPr>
          <w:p w14:paraId="60BA5AB4" w14:textId="77777777" w:rsidR="009F14C8" w:rsidRDefault="00000000">
            <w:pPr>
              <w:spacing w:after="0"/>
            </w:pPr>
            <w:r>
              <w:rPr>
                <w:sz w:val="18"/>
              </w:rPr>
              <w:t>2</w:t>
            </w:r>
          </w:p>
        </w:tc>
        <w:tc>
          <w:tcPr>
            <w:tcW w:w="3173" w:type="dxa"/>
            <w:vAlign w:val="center"/>
          </w:tcPr>
          <w:p w14:paraId="68369902" w14:textId="77777777" w:rsidR="009F14C8" w:rsidRDefault="00000000">
            <w:pPr>
              <w:spacing w:after="0"/>
            </w:pPr>
            <w:r>
              <w:rPr>
                <w:sz w:val="18"/>
              </w:rPr>
              <w:t>%4,7</w:t>
            </w:r>
          </w:p>
        </w:tc>
      </w:tr>
      <w:tr w:rsidR="009F14C8" w14:paraId="143BA001" w14:textId="77777777">
        <w:trPr>
          <w:jc w:val="center"/>
        </w:trPr>
        <w:tc>
          <w:tcPr>
            <w:tcW w:w="3173" w:type="dxa"/>
            <w:vAlign w:val="center"/>
          </w:tcPr>
          <w:p w14:paraId="2FA1EA56" w14:textId="77777777" w:rsidR="009F14C8" w:rsidRDefault="00000000">
            <w:pPr>
              <w:spacing w:after="0"/>
            </w:pPr>
            <w:r>
              <w:rPr>
                <w:sz w:val="18"/>
              </w:rPr>
              <w:t>2 = Katılmıyorum</w:t>
            </w:r>
          </w:p>
        </w:tc>
        <w:tc>
          <w:tcPr>
            <w:tcW w:w="3173" w:type="dxa"/>
            <w:vAlign w:val="center"/>
          </w:tcPr>
          <w:p w14:paraId="71A7A348" w14:textId="77777777" w:rsidR="009F14C8" w:rsidRDefault="00000000">
            <w:pPr>
              <w:spacing w:after="0"/>
            </w:pPr>
            <w:r>
              <w:rPr>
                <w:sz w:val="18"/>
              </w:rPr>
              <w:t>1</w:t>
            </w:r>
          </w:p>
        </w:tc>
        <w:tc>
          <w:tcPr>
            <w:tcW w:w="3173" w:type="dxa"/>
            <w:vAlign w:val="center"/>
          </w:tcPr>
          <w:p w14:paraId="472FEA48" w14:textId="77777777" w:rsidR="009F14C8" w:rsidRDefault="00000000">
            <w:pPr>
              <w:spacing w:after="0"/>
            </w:pPr>
            <w:r>
              <w:rPr>
                <w:sz w:val="18"/>
              </w:rPr>
              <w:t>%2,3</w:t>
            </w:r>
          </w:p>
        </w:tc>
      </w:tr>
      <w:tr w:rsidR="009F14C8" w14:paraId="39ED1F5D" w14:textId="77777777">
        <w:trPr>
          <w:jc w:val="center"/>
        </w:trPr>
        <w:tc>
          <w:tcPr>
            <w:tcW w:w="3173" w:type="dxa"/>
            <w:vAlign w:val="center"/>
          </w:tcPr>
          <w:p w14:paraId="4E7603A7" w14:textId="77777777" w:rsidR="009F14C8" w:rsidRDefault="00000000">
            <w:pPr>
              <w:spacing w:after="0"/>
            </w:pPr>
            <w:r>
              <w:rPr>
                <w:sz w:val="18"/>
              </w:rPr>
              <w:t>1 = Kesinlikle Katılmıyorum</w:t>
            </w:r>
          </w:p>
        </w:tc>
        <w:tc>
          <w:tcPr>
            <w:tcW w:w="3173" w:type="dxa"/>
            <w:vAlign w:val="center"/>
          </w:tcPr>
          <w:p w14:paraId="20770DD6" w14:textId="77777777" w:rsidR="009F14C8" w:rsidRDefault="00000000">
            <w:pPr>
              <w:spacing w:after="0"/>
            </w:pPr>
            <w:r>
              <w:rPr>
                <w:sz w:val="18"/>
              </w:rPr>
              <w:t>1</w:t>
            </w:r>
          </w:p>
        </w:tc>
        <w:tc>
          <w:tcPr>
            <w:tcW w:w="3173" w:type="dxa"/>
            <w:vAlign w:val="center"/>
          </w:tcPr>
          <w:p w14:paraId="125AA15D" w14:textId="77777777" w:rsidR="009F14C8" w:rsidRDefault="00000000">
            <w:pPr>
              <w:spacing w:after="0"/>
            </w:pPr>
            <w:r>
              <w:rPr>
                <w:sz w:val="18"/>
              </w:rPr>
              <w:t>%2,3</w:t>
            </w:r>
          </w:p>
        </w:tc>
      </w:tr>
      <w:tr w:rsidR="009F14C8" w14:paraId="753C81F7" w14:textId="77777777">
        <w:trPr>
          <w:jc w:val="center"/>
        </w:trPr>
        <w:tc>
          <w:tcPr>
            <w:tcW w:w="3173" w:type="dxa"/>
            <w:vAlign w:val="center"/>
          </w:tcPr>
          <w:p w14:paraId="58D8FD90" w14:textId="77777777" w:rsidR="009F14C8" w:rsidRDefault="00000000">
            <w:pPr>
              <w:spacing w:after="0"/>
            </w:pPr>
            <w:r>
              <w:rPr>
                <w:sz w:val="18"/>
              </w:rPr>
              <w:t>Ortalama</w:t>
            </w:r>
          </w:p>
        </w:tc>
        <w:tc>
          <w:tcPr>
            <w:tcW w:w="3173" w:type="dxa"/>
            <w:vAlign w:val="center"/>
          </w:tcPr>
          <w:p w14:paraId="178461CB" w14:textId="77777777" w:rsidR="009F14C8" w:rsidRDefault="009F14C8">
            <w:pPr>
              <w:spacing w:after="0"/>
            </w:pPr>
          </w:p>
        </w:tc>
        <w:tc>
          <w:tcPr>
            <w:tcW w:w="3173" w:type="dxa"/>
            <w:vAlign w:val="center"/>
          </w:tcPr>
          <w:p w14:paraId="4CA8727A" w14:textId="77777777" w:rsidR="009F14C8" w:rsidRDefault="00000000">
            <w:pPr>
              <w:spacing w:after="0"/>
            </w:pPr>
            <w:r>
              <w:rPr>
                <w:sz w:val="18"/>
              </w:rPr>
              <w:t>4,30 / 5,00</w:t>
            </w:r>
          </w:p>
        </w:tc>
      </w:tr>
    </w:tbl>
    <w:p w14:paraId="2D52E428" w14:textId="77777777" w:rsidR="009F14C8" w:rsidRDefault="00000000">
      <w:r>
        <w:rPr>
          <w:noProof/>
        </w:rPr>
        <w:drawing>
          <wp:inline distT="0" distB="0" distL="0" distR="0" wp14:anchorId="3AD16DF5" wp14:editId="0F7413D1">
            <wp:extent cx="4343400" cy="2453523"/>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19.png"/>
                    <pic:cNvPicPr/>
                  </pic:nvPicPr>
                  <pic:blipFill>
                    <a:blip r:embed="rId29"/>
                    <a:stretch>
                      <a:fillRect/>
                    </a:stretch>
                  </pic:blipFill>
                  <pic:spPr>
                    <a:xfrm>
                      <a:off x="0" y="0"/>
                      <a:ext cx="4343400" cy="2453523"/>
                    </a:xfrm>
                    <a:prstGeom prst="rect">
                      <a:avLst/>
                    </a:prstGeom>
                  </pic:spPr>
                </pic:pic>
              </a:graphicData>
            </a:graphic>
          </wp:inline>
        </w:drawing>
      </w:r>
    </w:p>
    <w:p w14:paraId="60079D15" w14:textId="77777777" w:rsidR="009F14C8" w:rsidRDefault="00000000">
      <w:pPr>
        <w:pStyle w:val="Balk3"/>
      </w:pPr>
      <w:bookmarkStart w:id="27" w:name="_Toc232111730"/>
      <w:r>
        <w:t>5.20. Madde 20’e İlişkin Bulgular</w:t>
      </w:r>
      <w:bookmarkEnd w:id="27"/>
    </w:p>
    <w:p w14:paraId="1F222492" w14:textId="77777777" w:rsidR="009F14C8" w:rsidRDefault="00000000">
      <w:r>
        <w:rPr>
          <w:b/>
          <w:i/>
        </w:rPr>
        <w:t>(Mezuniyet aşamasındaki öğrencilerin diploma ve diploma eki süreçlerinin hatasız, hızlı, şeffaf bir şekilde yürütüldüğünü düşünüyorum.)</w:t>
      </w:r>
    </w:p>
    <w:p w14:paraId="7BE1A4C4" w14:textId="77777777" w:rsidR="009F14C8" w:rsidRDefault="00000000">
      <w:r>
        <w:t>Katılımcıların; 24'i (%55,8) Kesinlikle Katılıyorum, 14'i (%32,6) Katılıyorum, 3'i (%7,0) Kararsızım, 2'i (%4,7) Katılmıyorum, 0'i (%0,0) Kesinlikle Katılmıyorum şeklinde görüş bildirmiştir. Bu maddeye geçerli yanıt veren katılımcı sayısı 43'dir.</w:t>
      </w:r>
    </w:p>
    <w:p w14:paraId="1A7AE818" w14:textId="77777777" w:rsidR="009F14C8" w:rsidRDefault="00000000">
      <w:r>
        <w:t>Ortalama puanın 4,40/5,00 olması, olumlu görüş oranının %88,4, kararsız görüş oranının %7,0 ve olumsuz görüş oranının %4,7 düzeyinde gerçekleşmesi bu sonuçlar, ilgili alanda akademik personel memnuniyetinin güçlü düzeyde olduğunu ve mevcut uygulamaların genel olarak olumlu değerlendirildiğini göstermektedir.</w:t>
      </w:r>
    </w:p>
    <w:tbl>
      <w:tblPr>
        <w:tblStyle w:val="TabloKlavuzu"/>
        <w:tblW w:w="0" w:type="auto"/>
        <w:jc w:val="center"/>
        <w:tblLook w:val="04A0" w:firstRow="1" w:lastRow="0" w:firstColumn="1" w:lastColumn="0" w:noHBand="0" w:noVBand="1"/>
      </w:tblPr>
      <w:tblGrid>
        <w:gridCol w:w="3173"/>
        <w:gridCol w:w="3173"/>
        <w:gridCol w:w="3173"/>
      </w:tblGrid>
      <w:tr w:rsidR="009F14C8" w14:paraId="2ECA95B4" w14:textId="77777777">
        <w:trPr>
          <w:jc w:val="center"/>
        </w:trPr>
        <w:tc>
          <w:tcPr>
            <w:tcW w:w="3173" w:type="dxa"/>
            <w:vAlign w:val="center"/>
          </w:tcPr>
          <w:p w14:paraId="7826A1FA" w14:textId="77777777" w:rsidR="009F14C8" w:rsidRDefault="00000000">
            <w:pPr>
              <w:spacing w:after="0"/>
            </w:pPr>
            <w:r>
              <w:rPr>
                <w:sz w:val="18"/>
              </w:rPr>
              <w:t>Seçenek</w:t>
            </w:r>
          </w:p>
        </w:tc>
        <w:tc>
          <w:tcPr>
            <w:tcW w:w="3173" w:type="dxa"/>
            <w:vAlign w:val="center"/>
          </w:tcPr>
          <w:p w14:paraId="7D20FC09" w14:textId="77777777" w:rsidR="009F14C8" w:rsidRDefault="00000000">
            <w:pPr>
              <w:spacing w:after="0"/>
            </w:pPr>
            <w:r>
              <w:rPr>
                <w:sz w:val="18"/>
              </w:rPr>
              <w:t>Frekans</w:t>
            </w:r>
          </w:p>
        </w:tc>
        <w:tc>
          <w:tcPr>
            <w:tcW w:w="3173" w:type="dxa"/>
            <w:vAlign w:val="center"/>
          </w:tcPr>
          <w:p w14:paraId="7571EE29" w14:textId="77777777" w:rsidR="009F14C8" w:rsidRDefault="00000000">
            <w:pPr>
              <w:spacing w:after="0"/>
            </w:pPr>
            <w:r>
              <w:rPr>
                <w:sz w:val="18"/>
              </w:rPr>
              <w:t>Oran</w:t>
            </w:r>
          </w:p>
        </w:tc>
      </w:tr>
      <w:tr w:rsidR="009F14C8" w14:paraId="45D3BABE" w14:textId="77777777">
        <w:trPr>
          <w:jc w:val="center"/>
        </w:trPr>
        <w:tc>
          <w:tcPr>
            <w:tcW w:w="3173" w:type="dxa"/>
            <w:vAlign w:val="center"/>
          </w:tcPr>
          <w:p w14:paraId="2CDDE924" w14:textId="77777777" w:rsidR="009F14C8" w:rsidRDefault="00000000">
            <w:pPr>
              <w:spacing w:after="0"/>
            </w:pPr>
            <w:r>
              <w:rPr>
                <w:sz w:val="18"/>
              </w:rPr>
              <w:t>5 = Kesinlikle Katılıyorum</w:t>
            </w:r>
          </w:p>
        </w:tc>
        <w:tc>
          <w:tcPr>
            <w:tcW w:w="3173" w:type="dxa"/>
            <w:vAlign w:val="center"/>
          </w:tcPr>
          <w:p w14:paraId="5845E03F" w14:textId="77777777" w:rsidR="009F14C8" w:rsidRDefault="00000000">
            <w:pPr>
              <w:spacing w:after="0"/>
            </w:pPr>
            <w:r>
              <w:rPr>
                <w:sz w:val="18"/>
              </w:rPr>
              <w:t>24</w:t>
            </w:r>
          </w:p>
        </w:tc>
        <w:tc>
          <w:tcPr>
            <w:tcW w:w="3173" w:type="dxa"/>
            <w:vAlign w:val="center"/>
          </w:tcPr>
          <w:p w14:paraId="0BB8A662" w14:textId="77777777" w:rsidR="009F14C8" w:rsidRDefault="00000000">
            <w:pPr>
              <w:spacing w:after="0"/>
            </w:pPr>
            <w:r>
              <w:rPr>
                <w:sz w:val="18"/>
              </w:rPr>
              <w:t>%55,8</w:t>
            </w:r>
          </w:p>
        </w:tc>
      </w:tr>
      <w:tr w:rsidR="009F14C8" w14:paraId="31F372A1" w14:textId="77777777">
        <w:trPr>
          <w:jc w:val="center"/>
        </w:trPr>
        <w:tc>
          <w:tcPr>
            <w:tcW w:w="3173" w:type="dxa"/>
            <w:vAlign w:val="center"/>
          </w:tcPr>
          <w:p w14:paraId="66AFED41" w14:textId="77777777" w:rsidR="009F14C8" w:rsidRDefault="00000000">
            <w:pPr>
              <w:spacing w:after="0"/>
            </w:pPr>
            <w:r>
              <w:rPr>
                <w:sz w:val="18"/>
              </w:rPr>
              <w:t>4 = Katılıyorum</w:t>
            </w:r>
          </w:p>
        </w:tc>
        <w:tc>
          <w:tcPr>
            <w:tcW w:w="3173" w:type="dxa"/>
            <w:vAlign w:val="center"/>
          </w:tcPr>
          <w:p w14:paraId="062DB57A" w14:textId="77777777" w:rsidR="009F14C8" w:rsidRDefault="00000000">
            <w:pPr>
              <w:spacing w:after="0"/>
            </w:pPr>
            <w:r>
              <w:rPr>
                <w:sz w:val="18"/>
              </w:rPr>
              <w:t>14</w:t>
            </w:r>
          </w:p>
        </w:tc>
        <w:tc>
          <w:tcPr>
            <w:tcW w:w="3173" w:type="dxa"/>
            <w:vAlign w:val="center"/>
          </w:tcPr>
          <w:p w14:paraId="2297BB26" w14:textId="77777777" w:rsidR="009F14C8" w:rsidRDefault="00000000">
            <w:pPr>
              <w:spacing w:after="0"/>
            </w:pPr>
            <w:r>
              <w:rPr>
                <w:sz w:val="18"/>
              </w:rPr>
              <w:t>%32,6</w:t>
            </w:r>
          </w:p>
        </w:tc>
      </w:tr>
      <w:tr w:rsidR="009F14C8" w14:paraId="3859CDFF" w14:textId="77777777">
        <w:trPr>
          <w:jc w:val="center"/>
        </w:trPr>
        <w:tc>
          <w:tcPr>
            <w:tcW w:w="3173" w:type="dxa"/>
            <w:vAlign w:val="center"/>
          </w:tcPr>
          <w:p w14:paraId="63814B73" w14:textId="77777777" w:rsidR="009F14C8" w:rsidRDefault="00000000">
            <w:pPr>
              <w:spacing w:after="0"/>
            </w:pPr>
            <w:r>
              <w:rPr>
                <w:sz w:val="18"/>
              </w:rPr>
              <w:t>3 = Kararsızım</w:t>
            </w:r>
          </w:p>
        </w:tc>
        <w:tc>
          <w:tcPr>
            <w:tcW w:w="3173" w:type="dxa"/>
            <w:vAlign w:val="center"/>
          </w:tcPr>
          <w:p w14:paraId="7238671F" w14:textId="77777777" w:rsidR="009F14C8" w:rsidRDefault="00000000">
            <w:pPr>
              <w:spacing w:after="0"/>
            </w:pPr>
            <w:r>
              <w:rPr>
                <w:sz w:val="18"/>
              </w:rPr>
              <w:t>3</w:t>
            </w:r>
          </w:p>
        </w:tc>
        <w:tc>
          <w:tcPr>
            <w:tcW w:w="3173" w:type="dxa"/>
            <w:vAlign w:val="center"/>
          </w:tcPr>
          <w:p w14:paraId="78D90320" w14:textId="77777777" w:rsidR="009F14C8" w:rsidRDefault="00000000">
            <w:pPr>
              <w:spacing w:after="0"/>
            </w:pPr>
            <w:r>
              <w:rPr>
                <w:sz w:val="18"/>
              </w:rPr>
              <w:t>%7,0</w:t>
            </w:r>
          </w:p>
        </w:tc>
      </w:tr>
      <w:tr w:rsidR="009F14C8" w14:paraId="411C3966" w14:textId="77777777">
        <w:trPr>
          <w:jc w:val="center"/>
        </w:trPr>
        <w:tc>
          <w:tcPr>
            <w:tcW w:w="3173" w:type="dxa"/>
            <w:vAlign w:val="center"/>
          </w:tcPr>
          <w:p w14:paraId="684094B6" w14:textId="77777777" w:rsidR="009F14C8" w:rsidRDefault="00000000">
            <w:pPr>
              <w:spacing w:after="0"/>
            </w:pPr>
            <w:r>
              <w:rPr>
                <w:sz w:val="18"/>
              </w:rPr>
              <w:t>2 = Katılmıyorum</w:t>
            </w:r>
          </w:p>
        </w:tc>
        <w:tc>
          <w:tcPr>
            <w:tcW w:w="3173" w:type="dxa"/>
            <w:vAlign w:val="center"/>
          </w:tcPr>
          <w:p w14:paraId="10960B99" w14:textId="77777777" w:rsidR="009F14C8" w:rsidRDefault="00000000">
            <w:pPr>
              <w:spacing w:after="0"/>
            </w:pPr>
            <w:r>
              <w:rPr>
                <w:sz w:val="18"/>
              </w:rPr>
              <w:t>2</w:t>
            </w:r>
          </w:p>
        </w:tc>
        <w:tc>
          <w:tcPr>
            <w:tcW w:w="3173" w:type="dxa"/>
            <w:vAlign w:val="center"/>
          </w:tcPr>
          <w:p w14:paraId="67479B43" w14:textId="77777777" w:rsidR="009F14C8" w:rsidRDefault="00000000">
            <w:pPr>
              <w:spacing w:after="0"/>
            </w:pPr>
            <w:r>
              <w:rPr>
                <w:sz w:val="18"/>
              </w:rPr>
              <w:t>%4,7</w:t>
            </w:r>
          </w:p>
        </w:tc>
      </w:tr>
      <w:tr w:rsidR="009F14C8" w14:paraId="13D76CE2" w14:textId="77777777">
        <w:trPr>
          <w:jc w:val="center"/>
        </w:trPr>
        <w:tc>
          <w:tcPr>
            <w:tcW w:w="3173" w:type="dxa"/>
            <w:vAlign w:val="center"/>
          </w:tcPr>
          <w:p w14:paraId="72D2D2A5" w14:textId="77777777" w:rsidR="009F14C8" w:rsidRDefault="00000000">
            <w:pPr>
              <w:spacing w:after="0"/>
            </w:pPr>
            <w:r>
              <w:rPr>
                <w:sz w:val="18"/>
              </w:rPr>
              <w:t>1 = Kesinlikle Katılmıyorum</w:t>
            </w:r>
          </w:p>
        </w:tc>
        <w:tc>
          <w:tcPr>
            <w:tcW w:w="3173" w:type="dxa"/>
            <w:vAlign w:val="center"/>
          </w:tcPr>
          <w:p w14:paraId="1CE806EB" w14:textId="77777777" w:rsidR="009F14C8" w:rsidRDefault="00000000">
            <w:pPr>
              <w:spacing w:after="0"/>
            </w:pPr>
            <w:r>
              <w:rPr>
                <w:sz w:val="18"/>
              </w:rPr>
              <w:t>0</w:t>
            </w:r>
          </w:p>
        </w:tc>
        <w:tc>
          <w:tcPr>
            <w:tcW w:w="3173" w:type="dxa"/>
            <w:vAlign w:val="center"/>
          </w:tcPr>
          <w:p w14:paraId="0C5E2C55" w14:textId="77777777" w:rsidR="009F14C8" w:rsidRDefault="00000000">
            <w:pPr>
              <w:spacing w:after="0"/>
            </w:pPr>
            <w:r>
              <w:rPr>
                <w:sz w:val="18"/>
              </w:rPr>
              <w:t>%0,0</w:t>
            </w:r>
          </w:p>
        </w:tc>
      </w:tr>
      <w:tr w:rsidR="009F14C8" w14:paraId="6F124592" w14:textId="77777777">
        <w:trPr>
          <w:jc w:val="center"/>
        </w:trPr>
        <w:tc>
          <w:tcPr>
            <w:tcW w:w="3173" w:type="dxa"/>
            <w:vAlign w:val="center"/>
          </w:tcPr>
          <w:p w14:paraId="4A78CFD3" w14:textId="77777777" w:rsidR="009F14C8" w:rsidRDefault="00000000">
            <w:pPr>
              <w:spacing w:after="0"/>
            </w:pPr>
            <w:r>
              <w:rPr>
                <w:sz w:val="18"/>
              </w:rPr>
              <w:t>Ortalama</w:t>
            </w:r>
          </w:p>
        </w:tc>
        <w:tc>
          <w:tcPr>
            <w:tcW w:w="3173" w:type="dxa"/>
            <w:vAlign w:val="center"/>
          </w:tcPr>
          <w:p w14:paraId="17C9B48F" w14:textId="77777777" w:rsidR="009F14C8" w:rsidRDefault="009F14C8">
            <w:pPr>
              <w:spacing w:after="0"/>
            </w:pPr>
          </w:p>
        </w:tc>
        <w:tc>
          <w:tcPr>
            <w:tcW w:w="3173" w:type="dxa"/>
            <w:vAlign w:val="center"/>
          </w:tcPr>
          <w:p w14:paraId="3020A2CC" w14:textId="77777777" w:rsidR="009F14C8" w:rsidRDefault="00000000">
            <w:pPr>
              <w:spacing w:after="0"/>
            </w:pPr>
            <w:r>
              <w:rPr>
                <w:sz w:val="18"/>
              </w:rPr>
              <w:t>4,40 / 5,00</w:t>
            </w:r>
          </w:p>
        </w:tc>
      </w:tr>
    </w:tbl>
    <w:p w14:paraId="2B03ED99" w14:textId="77777777" w:rsidR="009F14C8" w:rsidRDefault="00000000">
      <w:r>
        <w:rPr>
          <w:noProof/>
        </w:rPr>
        <w:lastRenderedPageBreak/>
        <w:drawing>
          <wp:inline distT="0" distB="0" distL="0" distR="0" wp14:anchorId="7328FB29" wp14:editId="0638439E">
            <wp:extent cx="4343400" cy="2453523"/>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20.png"/>
                    <pic:cNvPicPr/>
                  </pic:nvPicPr>
                  <pic:blipFill>
                    <a:blip r:embed="rId30"/>
                    <a:stretch>
                      <a:fillRect/>
                    </a:stretch>
                  </pic:blipFill>
                  <pic:spPr>
                    <a:xfrm>
                      <a:off x="0" y="0"/>
                      <a:ext cx="4343400" cy="2453523"/>
                    </a:xfrm>
                    <a:prstGeom prst="rect">
                      <a:avLst/>
                    </a:prstGeom>
                  </pic:spPr>
                </pic:pic>
              </a:graphicData>
            </a:graphic>
          </wp:inline>
        </w:drawing>
      </w:r>
    </w:p>
    <w:p w14:paraId="50BECE4A" w14:textId="77777777" w:rsidR="009F14C8" w:rsidRDefault="00000000">
      <w:pPr>
        <w:pStyle w:val="Balk3"/>
      </w:pPr>
      <w:bookmarkStart w:id="28" w:name="_Toc232111731"/>
      <w:r>
        <w:t>5.21. Madde 21’e İlişkin Bulgular</w:t>
      </w:r>
      <w:bookmarkEnd w:id="28"/>
    </w:p>
    <w:p w14:paraId="42FCC034" w14:textId="77777777" w:rsidR="009F14C8" w:rsidRDefault="00000000">
      <w:r>
        <w:rPr>
          <w:b/>
          <w:i/>
        </w:rPr>
        <w:t>(Sertifikalandırma ve diploma süreçleri fakülte bünyesinde tanımlanan sürece uygun olarak yürütülmekte ve sürece ilişkin geri bildirimler sürekli olarak izlenip iyileştirilmektedir.)</w:t>
      </w:r>
    </w:p>
    <w:p w14:paraId="75666421" w14:textId="77777777" w:rsidR="009F14C8" w:rsidRDefault="00000000">
      <w:r>
        <w:t>Katılımcıların; 20'i (%46,5) Kesinlikle Katılıyorum, 16'i (%37,2) Katılıyorum, 5'i (%11,6) Kararsızım, 2'i (%4,7) Katılmıyorum, 0'i (%0,0) Kesinlikle Katılmıyorum şeklinde görüş bildirmiştir. Bu maddeye geçerli yanıt veren katılımcı sayısı 43'dir.</w:t>
      </w:r>
    </w:p>
    <w:p w14:paraId="741C2CA3" w14:textId="77777777" w:rsidR="009F14C8" w:rsidRDefault="00000000">
      <w:r>
        <w:t>Ortalama puanın 4,26/5,00 olması, olumlu görüş oranının %83,7, kararsız görüş oranının %11,6 ve olumsuz görüş oranının %4,7 düzeyinde gerçekleşmesi bu sonuçlar, ilgili alanda akademik personel memnuniyetinin güçlü düzeyde olduğunu ve mevcut uygulamaların genel olarak olumlu değerlendirildiğini göstermektedir.</w:t>
      </w:r>
    </w:p>
    <w:tbl>
      <w:tblPr>
        <w:tblStyle w:val="TabloKlavuzu"/>
        <w:tblW w:w="0" w:type="auto"/>
        <w:jc w:val="center"/>
        <w:tblLook w:val="04A0" w:firstRow="1" w:lastRow="0" w:firstColumn="1" w:lastColumn="0" w:noHBand="0" w:noVBand="1"/>
      </w:tblPr>
      <w:tblGrid>
        <w:gridCol w:w="3173"/>
        <w:gridCol w:w="3173"/>
        <w:gridCol w:w="3173"/>
      </w:tblGrid>
      <w:tr w:rsidR="009F14C8" w14:paraId="62EA5D0A" w14:textId="77777777">
        <w:trPr>
          <w:jc w:val="center"/>
        </w:trPr>
        <w:tc>
          <w:tcPr>
            <w:tcW w:w="3173" w:type="dxa"/>
            <w:vAlign w:val="center"/>
          </w:tcPr>
          <w:p w14:paraId="77E963B8" w14:textId="77777777" w:rsidR="009F14C8" w:rsidRDefault="00000000">
            <w:pPr>
              <w:spacing w:after="0"/>
            </w:pPr>
            <w:r>
              <w:rPr>
                <w:sz w:val="18"/>
              </w:rPr>
              <w:t>Seçenek</w:t>
            </w:r>
          </w:p>
        </w:tc>
        <w:tc>
          <w:tcPr>
            <w:tcW w:w="3173" w:type="dxa"/>
            <w:vAlign w:val="center"/>
          </w:tcPr>
          <w:p w14:paraId="4FA38972" w14:textId="77777777" w:rsidR="009F14C8" w:rsidRDefault="00000000">
            <w:pPr>
              <w:spacing w:after="0"/>
            </w:pPr>
            <w:r>
              <w:rPr>
                <w:sz w:val="18"/>
              </w:rPr>
              <w:t>Frekans</w:t>
            </w:r>
          </w:p>
        </w:tc>
        <w:tc>
          <w:tcPr>
            <w:tcW w:w="3173" w:type="dxa"/>
            <w:vAlign w:val="center"/>
          </w:tcPr>
          <w:p w14:paraId="4FDCC124" w14:textId="77777777" w:rsidR="009F14C8" w:rsidRDefault="00000000">
            <w:pPr>
              <w:spacing w:after="0"/>
            </w:pPr>
            <w:r>
              <w:rPr>
                <w:sz w:val="18"/>
              </w:rPr>
              <w:t>Oran</w:t>
            </w:r>
          </w:p>
        </w:tc>
      </w:tr>
      <w:tr w:rsidR="009F14C8" w14:paraId="0AF18517" w14:textId="77777777">
        <w:trPr>
          <w:jc w:val="center"/>
        </w:trPr>
        <w:tc>
          <w:tcPr>
            <w:tcW w:w="3173" w:type="dxa"/>
            <w:vAlign w:val="center"/>
          </w:tcPr>
          <w:p w14:paraId="5400361A" w14:textId="77777777" w:rsidR="009F14C8" w:rsidRDefault="00000000">
            <w:pPr>
              <w:spacing w:after="0"/>
            </w:pPr>
            <w:r>
              <w:rPr>
                <w:sz w:val="18"/>
              </w:rPr>
              <w:t>5 = Kesinlikle Katılıyorum</w:t>
            </w:r>
          </w:p>
        </w:tc>
        <w:tc>
          <w:tcPr>
            <w:tcW w:w="3173" w:type="dxa"/>
            <w:vAlign w:val="center"/>
          </w:tcPr>
          <w:p w14:paraId="27286BBF" w14:textId="77777777" w:rsidR="009F14C8" w:rsidRDefault="00000000">
            <w:pPr>
              <w:spacing w:after="0"/>
            </w:pPr>
            <w:r>
              <w:rPr>
                <w:sz w:val="18"/>
              </w:rPr>
              <w:t>20</w:t>
            </w:r>
          </w:p>
        </w:tc>
        <w:tc>
          <w:tcPr>
            <w:tcW w:w="3173" w:type="dxa"/>
            <w:vAlign w:val="center"/>
          </w:tcPr>
          <w:p w14:paraId="54BA523B" w14:textId="77777777" w:rsidR="009F14C8" w:rsidRDefault="00000000">
            <w:pPr>
              <w:spacing w:after="0"/>
            </w:pPr>
            <w:r>
              <w:rPr>
                <w:sz w:val="18"/>
              </w:rPr>
              <w:t>%46,5</w:t>
            </w:r>
          </w:p>
        </w:tc>
      </w:tr>
      <w:tr w:rsidR="009F14C8" w14:paraId="38215243" w14:textId="77777777">
        <w:trPr>
          <w:jc w:val="center"/>
        </w:trPr>
        <w:tc>
          <w:tcPr>
            <w:tcW w:w="3173" w:type="dxa"/>
            <w:vAlign w:val="center"/>
          </w:tcPr>
          <w:p w14:paraId="6E8B8D28" w14:textId="77777777" w:rsidR="009F14C8" w:rsidRDefault="00000000">
            <w:pPr>
              <w:spacing w:after="0"/>
            </w:pPr>
            <w:r>
              <w:rPr>
                <w:sz w:val="18"/>
              </w:rPr>
              <w:t>4 = Katılıyorum</w:t>
            </w:r>
          </w:p>
        </w:tc>
        <w:tc>
          <w:tcPr>
            <w:tcW w:w="3173" w:type="dxa"/>
            <w:vAlign w:val="center"/>
          </w:tcPr>
          <w:p w14:paraId="7AB33482" w14:textId="77777777" w:rsidR="009F14C8" w:rsidRDefault="00000000">
            <w:pPr>
              <w:spacing w:after="0"/>
            </w:pPr>
            <w:r>
              <w:rPr>
                <w:sz w:val="18"/>
              </w:rPr>
              <w:t>16</w:t>
            </w:r>
          </w:p>
        </w:tc>
        <w:tc>
          <w:tcPr>
            <w:tcW w:w="3173" w:type="dxa"/>
            <w:vAlign w:val="center"/>
          </w:tcPr>
          <w:p w14:paraId="47F25E88" w14:textId="77777777" w:rsidR="009F14C8" w:rsidRDefault="00000000">
            <w:pPr>
              <w:spacing w:after="0"/>
            </w:pPr>
            <w:r>
              <w:rPr>
                <w:sz w:val="18"/>
              </w:rPr>
              <w:t>%37,2</w:t>
            </w:r>
          </w:p>
        </w:tc>
      </w:tr>
      <w:tr w:rsidR="009F14C8" w14:paraId="636FAA33" w14:textId="77777777">
        <w:trPr>
          <w:jc w:val="center"/>
        </w:trPr>
        <w:tc>
          <w:tcPr>
            <w:tcW w:w="3173" w:type="dxa"/>
            <w:vAlign w:val="center"/>
          </w:tcPr>
          <w:p w14:paraId="715D996C" w14:textId="77777777" w:rsidR="009F14C8" w:rsidRDefault="00000000">
            <w:pPr>
              <w:spacing w:after="0"/>
            </w:pPr>
            <w:r>
              <w:rPr>
                <w:sz w:val="18"/>
              </w:rPr>
              <w:t>3 = Kararsızım</w:t>
            </w:r>
          </w:p>
        </w:tc>
        <w:tc>
          <w:tcPr>
            <w:tcW w:w="3173" w:type="dxa"/>
            <w:vAlign w:val="center"/>
          </w:tcPr>
          <w:p w14:paraId="2ED3B035" w14:textId="77777777" w:rsidR="009F14C8" w:rsidRDefault="00000000">
            <w:pPr>
              <w:spacing w:after="0"/>
            </w:pPr>
            <w:r>
              <w:rPr>
                <w:sz w:val="18"/>
              </w:rPr>
              <w:t>5</w:t>
            </w:r>
          </w:p>
        </w:tc>
        <w:tc>
          <w:tcPr>
            <w:tcW w:w="3173" w:type="dxa"/>
            <w:vAlign w:val="center"/>
          </w:tcPr>
          <w:p w14:paraId="0A1BB15B" w14:textId="77777777" w:rsidR="009F14C8" w:rsidRDefault="00000000">
            <w:pPr>
              <w:spacing w:after="0"/>
            </w:pPr>
            <w:r>
              <w:rPr>
                <w:sz w:val="18"/>
              </w:rPr>
              <w:t>%11,6</w:t>
            </w:r>
          </w:p>
        </w:tc>
      </w:tr>
      <w:tr w:rsidR="009F14C8" w14:paraId="14CFD064" w14:textId="77777777">
        <w:trPr>
          <w:jc w:val="center"/>
        </w:trPr>
        <w:tc>
          <w:tcPr>
            <w:tcW w:w="3173" w:type="dxa"/>
            <w:vAlign w:val="center"/>
          </w:tcPr>
          <w:p w14:paraId="4DE164EE" w14:textId="77777777" w:rsidR="009F14C8" w:rsidRDefault="00000000">
            <w:pPr>
              <w:spacing w:after="0"/>
            </w:pPr>
            <w:r>
              <w:rPr>
                <w:sz w:val="18"/>
              </w:rPr>
              <w:t>2 = Katılmıyorum</w:t>
            </w:r>
          </w:p>
        </w:tc>
        <w:tc>
          <w:tcPr>
            <w:tcW w:w="3173" w:type="dxa"/>
            <w:vAlign w:val="center"/>
          </w:tcPr>
          <w:p w14:paraId="5AE9E8B5" w14:textId="77777777" w:rsidR="009F14C8" w:rsidRDefault="00000000">
            <w:pPr>
              <w:spacing w:after="0"/>
            </w:pPr>
            <w:r>
              <w:rPr>
                <w:sz w:val="18"/>
              </w:rPr>
              <w:t>2</w:t>
            </w:r>
          </w:p>
        </w:tc>
        <w:tc>
          <w:tcPr>
            <w:tcW w:w="3173" w:type="dxa"/>
            <w:vAlign w:val="center"/>
          </w:tcPr>
          <w:p w14:paraId="5A915752" w14:textId="77777777" w:rsidR="009F14C8" w:rsidRDefault="00000000">
            <w:pPr>
              <w:spacing w:after="0"/>
            </w:pPr>
            <w:r>
              <w:rPr>
                <w:sz w:val="18"/>
              </w:rPr>
              <w:t>%4,7</w:t>
            </w:r>
          </w:p>
        </w:tc>
      </w:tr>
      <w:tr w:rsidR="009F14C8" w14:paraId="13291999" w14:textId="77777777">
        <w:trPr>
          <w:jc w:val="center"/>
        </w:trPr>
        <w:tc>
          <w:tcPr>
            <w:tcW w:w="3173" w:type="dxa"/>
            <w:vAlign w:val="center"/>
          </w:tcPr>
          <w:p w14:paraId="037A3984" w14:textId="77777777" w:rsidR="009F14C8" w:rsidRDefault="00000000">
            <w:pPr>
              <w:spacing w:after="0"/>
            </w:pPr>
            <w:r>
              <w:rPr>
                <w:sz w:val="18"/>
              </w:rPr>
              <w:t>1 = Kesinlikle Katılmıyorum</w:t>
            </w:r>
          </w:p>
        </w:tc>
        <w:tc>
          <w:tcPr>
            <w:tcW w:w="3173" w:type="dxa"/>
            <w:vAlign w:val="center"/>
          </w:tcPr>
          <w:p w14:paraId="02FD1E60" w14:textId="77777777" w:rsidR="009F14C8" w:rsidRDefault="00000000">
            <w:pPr>
              <w:spacing w:after="0"/>
            </w:pPr>
            <w:r>
              <w:rPr>
                <w:sz w:val="18"/>
              </w:rPr>
              <w:t>0</w:t>
            </w:r>
          </w:p>
        </w:tc>
        <w:tc>
          <w:tcPr>
            <w:tcW w:w="3173" w:type="dxa"/>
            <w:vAlign w:val="center"/>
          </w:tcPr>
          <w:p w14:paraId="4382FCCD" w14:textId="77777777" w:rsidR="009F14C8" w:rsidRDefault="00000000">
            <w:pPr>
              <w:spacing w:after="0"/>
            </w:pPr>
            <w:r>
              <w:rPr>
                <w:sz w:val="18"/>
              </w:rPr>
              <w:t>%0,0</w:t>
            </w:r>
          </w:p>
        </w:tc>
      </w:tr>
      <w:tr w:rsidR="009F14C8" w14:paraId="15076C04" w14:textId="77777777">
        <w:trPr>
          <w:jc w:val="center"/>
        </w:trPr>
        <w:tc>
          <w:tcPr>
            <w:tcW w:w="3173" w:type="dxa"/>
            <w:vAlign w:val="center"/>
          </w:tcPr>
          <w:p w14:paraId="2AC7B3E3" w14:textId="77777777" w:rsidR="009F14C8" w:rsidRDefault="00000000">
            <w:pPr>
              <w:spacing w:after="0"/>
            </w:pPr>
            <w:r>
              <w:rPr>
                <w:sz w:val="18"/>
              </w:rPr>
              <w:t>Ortalama</w:t>
            </w:r>
          </w:p>
        </w:tc>
        <w:tc>
          <w:tcPr>
            <w:tcW w:w="3173" w:type="dxa"/>
            <w:vAlign w:val="center"/>
          </w:tcPr>
          <w:p w14:paraId="4A4CD2DF" w14:textId="77777777" w:rsidR="009F14C8" w:rsidRDefault="009F14C8">
            <w:pPr>
              <w:spacing w:after="0"/>
            </w:pPr>
          </w:p>
        </w:tc>
        <w:tc>
          <w:tcPr>
            <w:tcW w:w="3173" w:type="dxa"/>
            <w:vAlign w:val="center"/>
          </w:tcPr>
          <w:p w14:paraId="004292D3" w14:textId="77777777" w:rsidR="009F14C8" w:rsidRDefault="00000000">
            <w:pPr>
              <w:spacing w:after="0"/>
            </w:pPr>
            <w:r>
              <w:rPr>
                <w:sz w:val="18"/>
              </w:rPr>
              <w:t>4,26 / 5,00</w:t>
            </w:r>
          </w:p>
        </w:tc>
      </w:tr>
    </w:tbl>
    <w:p w14:paraId="58C7943E" w14:textId="77777777" w:rsidR="009F14C8" w:rsidRDefault="00000000">
      <w:r>
        <w:rPr>
          <w:noProof/>
        </w:rPr>
        <w:drawing>
          <wp:inline distT="0" distB="0" distL="0" distR="0" wp14:anchorId="3786B148" wp14:editId="454BE96D">
            <wp:extent cx="4343400" cy="2453523"/>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21.png"/>
                    <pic:cNvPicPr/>
                  </pic:nvPicPr>
                  <pic:blipFill>
                    <a:blip r:embed="rId31"/>
                    <a:stretch>
                      <a:fillRect/>
                    </a:stretch>
                  </pic:blipFill>
                  <pic:spPr>
                    <a:xfrm>
                      <a:off x="0" y="0"/>
                      <a:ext cx="4343400" cy="2453523"/>
                    </a:xfrm>
                    <a:prstGeom prst="rect">
                      <a:avLst/>
                    </a:prstGeom>
                  </pic:spPr>
                </pic:pic>
              </a:graphicData>
            </a:graphic>
          </wp:inline>
        </w:drawing>
      </w:r>
    </w:p>
    <w:p w14:paraId="7B8EFEF8" w14:textId="77777777" w:rsidR="009F14C8" w:rsidRDefault="00000000">
      <w:pPr>
        <w:pStyle w:val="Balk3"/>
      </w:pPr>
      <w:bookmarkStart w:id="29" w:name="_Toc232111732"/>
      <w:r>
        <w:lastRenderedPageBreak/>
        <w:t>5.22. Madde 22’e İlişkin Bulgular</w:t>
      </w:r>
      <w:bookmarkEnd w:id="29"/>
    </w:p>
    <w:p w14:paraId="37D86A74" w14:textId="77777777" w:rsidR="009F14C8" w:rsidRDefault="00000000">
      <w:r>
        <w:rPr>
          <w:b/>
          <w:i/>
        </w:rPr>
        <w:t>(Araştırmalarım ve derslerim için ihtiyaç duyduğum güncel literatüre (e-dergi, veteriner veri tabanı) kampüs dışından da kolayca erişebiliyorum.)</w:t>
      </w:r>
    </w:p>
    <w:p w14:paraId="0478AF73" w14:textId="77777777" w:rsidR="009F14C8" w:rsidRDefault="00000000">
      <w:r>
        <w:t>Katılımcıların; 16'i (%37,2) Kesinlikle Katılıyorum, 12'i (%27,9) Katılıyorum, 9'i (%20,9) Kararsızım, 3'i (%7,0) Katılmıyorum, 3'i (%7,0) Kesinlikle Katılmıyorum şeklinde görüş bildirmiştir. Bu maddeye geçerli yanıt veren katılımcı sayısı 43'dir.</w:t>
      </w:r>
    </w:p>
    <w:p w14:paraId="24EF70F2" w14:textId="77777777" w:rsidR="009F14C8" w:rsidRDefault="00000000">
      <w:r>
        <w:t>Ortalama puanın 3,81/5,00 olması, olumlu görüş oranının %65,1, kararsız görüş oranının %20,9 ve olumsuz görüş oranının %14,0 düzeyinde gerçekleşmesi bu sonuçlar, ilgili alanda genel eğilimin olumlu olduğunu; bununla birlikte kararsız ve olumsuz görüşlerin de iyileştirme süreçlerinde dikkate alınması gerektiğini göstermektedir.</w:t>
      </w:r>
    </w:p>
    <w:tbl>
      <w:tblPr>
        <w:tblStyle w:val="TabloKlavuzu"/>
        <w:tblW w:w="0" w:type="auto"/>
        <w:jc w:val="center"/>
        <w:tblLook w:val="04A0" w:firstRow="1" w:lastRow="0" w:firstColumn="1" w:lastColumn="0" w:noHBand="0" w:noVBand="1"/>
      </w:tblPr>
      <w:tblGrid>
        <w:gridCol w:w="3173"/>
        <w:gridCol w:w="3173"/>
        <w:gridCol w:w="3173"/>
      </w:tblGrid>
      <w:tr w:rsidR="009F14C8" w14:paraId="2AC37687" w14:textId="77777777">
        <w:trPr>
          <w:jc w:val="center"/>
        </w:trPr>
        <w:tc>
          <w:tcPr>
            <w:tcW w:w="3173" w:type="dxa"/>
            <w:vAlign w:val="center"/>
          </w:tcPr>
          <w:p w14:paraId="10CCC72A" w14:textId="77777777" w:rsidR="009F14C8" w:rsidRDefault="00000000">
            <w:pPr>
              <w:spacing w:after="0"/>
            </w:pPr>
            <w:r>
              <w:rPr>
                <w:sz w:val="18"/>
              </w:rPr>
              <w:t>Seçenek</w:t>
            </w:r>
          </w:p>
        </w:tc>
        <w:tc>
          <w:tcPr>
            <w:tcW w:w="3173" w:type="dxa"/>
            <w:vAlign w:val="center"/>
          </w:tcPr>
          <w:p w14:paraId="1B01422B" w14:textId="77777777" w:rsidR="009F14C8" w:rsidRDefault="00000000">
            <w:pPr>
              <w:spacing w:after="0"/>
            </w:pPr>
            <w:r>
              <w:rPr>
                <w:sz w:val="18"/>
              </w:rPr>
              <w:t>Frekans</w:t>
            </w:r>
          </w:p>
        </w:tc>
        <w:tc>
          <w:tcPr>
            <w:tcW w:w="3173" w:type="dxa"/>
            <w:vAlign w:val="center"/>
          </w:tcPr>
          <w:p w14:paraId="1A543009" w14:textId="77777777" w:rsidR="009F14C8" w:rsidRDefault="00000000">
            <w:pPr>
              <w:spacing w:after="0"/>
            </w:pPr>
            <w:r>
              <w:rPr>
                <w:sz w:val="18"/>
              </w:rPr>
              <w:t>Oran</w:t>
            </w:r>
          </w:p>
        </w:tc>
      </w:tr>
      <w:tr w:rsidR="009F14C8" w14:paraId="6A582C01" w14:textId="77777777">
        <w:trPr>
          <w:jc w:val="center"/>
        </w:trPr>
        <w:tc>
          <w:tcPr>
            <w:tcW w:w="3173" w:type="dxa"/>
            <w:vAlign w:val="center"/>
          </w:tcPr>
          <w:p w14:paraId="27A6E7CB" w14:textId="77777777" w:rsidR="009F14C8" w:rsidRDefault="00000000">
            <w:pPr>
              <w:spacing w:after="0"/>
            </w:pPr>
            <w:r>
              <w:rPr>
                <w:sz w:val="18"/>
              </w:rPr>
              <w:t>5 = Kesinlikle Katılıyorum</w:t>
            </w:r>
          </w:p>
        </w:tc>
        <w:tc>
          <w:tcPr>
            <w:tcW w:w="3173" w:type="dxa"/>
            <w:vAlign w:val="center"/>
          </w:tcPr>
          <w:p w14:paraId="49172CEA" w14:textId="77777777" w:rsidR="009F14C8" w:rsidRDefault="00000000">
            <w:pPr>
              <w:spacing w:after="0"/>
            </w:pPr>
            <w:r>
              <w:rPr>
                <w:sz w:val="18"/>
              </w:rPr>
              <w:t>16</w:t>
            </w:r>
          </w:p>
        </w:tc>
        <w:tc>
          <w:tcPr>
            <w:tcW w:w="3173" w:type="dxa"/>
            <w:vAlign w:val="center"/>
          </w:tcPr>
          <w:p w14:paraId="1922E281" w14:textId="77777777" w:rsidR="009F14C8" w:rsidRDefault="00000000">
            <w:pPr>
              <w:spacing w:after="0"/>
            </w:pPr>
            <w:r>
              <w:rPr>
                <w:sz w:val="18"/>
              </w:rPr>
              <w:t>%37,2</w:t>
            </w:r>
          </w:p>
        </w:tc>
      </w:tr>
      <w:tr w:rsidR="009F14C8" w14:paraId="5D85DF53" w14:textId="77777777">
        <w:trPr>
          <w:jc w:val="center"/>
        </w:trPr>
        <w:tc>
          <w:tcPr>
            <w:tcW w:w="3173" w:type="dxa"/>
            <w:vAlign w:val="center"/>
          </w:tcPr>
          <w:p w14:paraId="539D0498" w14:textId="77777777" w:rsidR="009F14C8" w:rsidRDefault="00000000">
            <w:pPr>
              <w:spacing w:after="0"/>
            </w:pPr>
            <w:r>
              <w:rPr>
                <w:sz w:val="18"/>
              </w:rPr>
              <w:t>4 = Katılıyorum</w:t>
            </w:r>
          </w:p>
        </w:tc>
        <w:tc>
          <w:tcPr>
            <w:tcW w:w="3173" w:type="dxa"/>
            <w:vAlign w:val="center"/>
          </w:tcPr>
          <w:p w14:paraId="49C61A14" w14:textId="77777777" w:rsidR="009F14C8" w:rsidRDefault="00000000">
            <w:pPr>
              <w:spacing w:after="0"/>
            </w:pPr>
            <w:r>
              <w:rPr>
                <w:sz w:val="18"/>
              </w:rPr>
              <w:t>12</w:t>
            </w:r>
          </w:p>
        </w:tc>
        <w:tc>
          <w:tcPr>
            <w:tcW w:w="3173" w:type="dxa"/>
            <w:vAlign w:val="center"/>
          </w:tcPr>
          <w:p w14:paraId="4FE34975" w14:textId="77777777" w:rsidR="009F14C8" w:rsidRDefault="00000000">
            <w:pPr>
              <w:spacing w:after="0"/>
            </w:pPr>
            <w:r>
              <w:rPr>
                <w:sz w:val="18"/>
              </w:rPr>
              <w:t>%27,9</w:t>
            </w:r>
          </w:p>
        </w:tc>
      </w:tr>
      <w:tr w:rsidR="009F14C8" w14:paraId="6C8650CC" w14:textId="77777777">
        <w:trPr>
          <w:jc w:val="center"/>
        </w:trPr>
        <w:tc>
          <w:tcPr>
            <w:tcW w:w="3173" w:type="dxa"/>
            <w:vAlign w:val="center"/>
          </w:tcPr>
          <w:p w14:paraId="73D55A7A" w14:textId="77777777" w:rsidR="009F14C8" w:rsidRDefault="00000000">
            <w:pPr>
              <w:spacing w:after="0"/>
            </w:pPr>
            <w:r>
              <w:rPr>
                <w:sz w:val="18"/>
              </w:rPr>
              <w:t>3 = Kararsızım</w:t>
            </w:r>
          </w:p>
        </w:tc>
        <w:tc>
          <w:tcPr>
            <w:tcW w:w="3173" w:type="dxa"/>
            <w:vAlign w:val="center"/>
          </w:tcPr>
          <w:p w14:paraId="5AFCE6AA" w14:textId="77777777" w:rsidR="009F14C8" w:rsidRDefault="00000000">
            <w:pPr>
              <w:spacing w:after="0"/>
            </w:pPr>
            <w:r>
              <w:rPr>
                <w:sz w:val="18"/>
              </w:rPr>
              <w:t>9</w:t>
            </w:r>
          </w:p>
        </w:tc>
        <w:tc>
          <w:tcPr>
            <w:tcW w:w="3173" w:type="dxa"/>
            <w:vAlign w:val="center"/>
          </w:tcPr>
          <w:p w14:paraId="3329FAC6" w14:textId="77777777" w:rsidR="009F14C8" w:rsidRDefault="00000000">
            <w:pPr>
              <w:spacing w:after="0"/>
            </w:pPr>
            <w:r>
              <w:rPr>
                <w:sz w:val="18"/>
              </w:rPr>
              <w:t>%20,9</w:t>
            </w:r>
          </w:p>
        </w:tc>
      </w:tr>
      <w:tr w:rsidR="009F14C8" w14:paraId="204D460D" w14:textId="77777777">
        <w:trPr>
          <w:jc w:val="center"/>
        </w:trPr>
        <w:tc>
          <w:tcPr>
            <w:tcW w:w="3173" w:type="dxa"/>
            <w:vAlign w:val="center"/>
          </w:tcPr>
          <w:p w14:paraId="77D69E43" w14:textId="77777777" w:rsidR="009F14C8" w:rsidRDefault="00000000">
            <w:pPr>
              <w:spacing w:after="0"/>
            </w:pPr>
            <w:r>
              <w:rPr>
                <w:sz w:val="18"/>
              </w:rPr>
              <w:t>2 = Katılmıyorum</w:t>
            </w:r>
          </w:p>
        </w:tc>
        <w:tc>
          <w:tcPr>
            <w:tcW w:w="3173" w:type="dxa"/>
            <w:vAlign w:val="center"/>
          </w:tcPr>
          <w:p w14:paraId="7F826FCA" w14:textId="77777777" w:rsidR="009F14C8" w:rsidRDefault="00000000">
            <w:pPr>
              <w:spacing w:after="0"/>
            </w:pPr>
            <w:r>
              <w:rPr>
                <w:sz w:val="18"/>
              </w:rPr>
              <w:t>3</w:t>
            </w:r>
          </w:p>
        </w:tc>
        <w:tc>
          <w:tcPr>
            <w:tcW w:w="3173" w:type="dxa"/>
            <w:vAlign w:val="center"/>
          </w:tcPr>
          <w:p w14:paraId="4A079789" w14:textId="77777777" w:rsidR="009F14C8" w:rsidRDefault="00000000">
            <w:pPr>
              <w:spacing w:after="0"/>
            </w:pPr>
            <w:r>
              <w:rPr>
                <w:sz w:val="18"/>
              </w:rPr>
              <w:t>%7,0</w:t>
            </w:r>
          </w:p>
        </w:tc>
      </w:tr>
      <w:tr w:rsidR="009F14C8" w14:paraId="576F8E8D" w14:textId="77777777">
        <w:trPr>
          <w:jc w:val="center"/>
        </w:trPr>
        <w:tc>
          <w:tcPr>
            <w:tcW w:w="3173" w:type="dxa"/>
            <w:vAlign w:val="center"/>
          </w:tcPr>
          <w:p w14:paraId="4F852E0C" w14:textId="77777777" w:rsidR="009F14C8" w:rsidRDefault="00000000">
            <w:pPr>
              <w:spacing w:after="0"/>
            </w:pPr>
            <w:r>
              <w:rPr>
                <w:sz w:val="18"/>
              </w:rPr>
              <w:t>1 = Kesinlikle Katılmıyorum</w:t>
            </w:r>
          </w:p>
        </w:tc>
        <w:tc>
          <w:tcPr>
            <w:tcW w:w="3173" w:type="dxa"/>
            <w:vAlign w:val="center"/>
          </w:tcPr>
          <w:p w14:paraId="43446D95" w14:textId="77777777" w:rsidR="009F14C8" w:rsidRDefault="00000000">
            <w:pPr>
              <w:spacing w:after="0"/>
            </w:pPr>
            <w:r>
              <w:rPr>
                <w:sz w:val="18"/>
              </w:rPr>
              <w:t>3</w:t>
            </w:r>
          </w:p>
        </w:tc>
        <w:tc>
          <w:tcPr>
            <w:tcW w:w="3173" w:type="dxa"/>
            <w:vAlign w:val="center"/>
          </w:tcPr>
          <w:p w14:paraId="332CC432" w14:textId="77777777" w:rsidR="009F14C8" w:rsidRDefault="00000000">
            <w:pPr>
              <w:spacing w:after="0"/>
            </w:pPr>
            <w:r>
              <w:rPr>
                <w:sz w:val="18"/>
              </w:rPr>
              <w:t>%7,0</w:t>
            </w:r>
          </w:p>
        </w:tc>
      </w:tr>
      <w:tr w:rsidR="009F14C8" w14:paraId="5DB97D01" w14:textId="77777777">
        <w:trPr>
          <w:jc w:val="center"/>
        </w:trPr>
        <w:tc>
          <w:tcPr>
            <w:tcW w:w="3173" w:type="dxa"/>
            <w:vAlign w:val="center"/>
          </w:tcPr>
          <w:p w14:paraId="6DBC8FA3" w14:textId="77777777" w:rsidR="009F14C8" w:rsidRDefault="00000000">
            <w:pPr>
              <w:spacing w:after="0"/>
            </w:pPr>
            <w:r>
              <w:rPr>
                <w:sz w:val="18"/>
              </w:rPr>
              <w:t>Ortalama</w:t>
            </w:r>
          </w:p>
        </w:tc>
        <w:tc>
          <w:tcPr>
            <w:tcW w:w="3173" w:type="dxa"/>
            <w:vAlign w:val="center"/>
          </w:tcPr>
          <w:p w14:paraId="75DF46F0" w14:textId="77777777" w:rsidR="009F14C8" w:rsidRDefault="009F14C8">
            <w:pPr>
              <w:spacing w:after="0"/>
            </w:pPr>
          </w:p>
        </w:tc>
        <w:tc>
          <w:tcPr>
            <w:tcW w:w="3173" w:type="dxa"/>
            <w:vAlign w:val="center"/>
          </w:tcPr>
          <w:p w14:paraId="11B16698" w14:textId="77777777" w:rsidR="009F14C8" w:rsidRDefault="00000000">
            <w:pPr>
              <w:spacing w:after="0"/>
            </w:pPr>
            <w:r>
              <w:rPr>
                <w:sz w:val="18"/>
              </w:rPr>
              <w:t>3,81 / 5,00</w:t>
            </w:r>
          </w:p>
        </w:tc>
      </w:tr>
    </w:tbl>
    <w:p w14:paraId="2FFD7A83" w14:textId="77777777" w:rsidR="009F14C8" w:rsidRDefault="00000000">
      <w:r>
        <w:rPr>
          <w:noProof/>
        </w:rPr>
        <w:drawing>
          <wp:inline distT="0" distB="0" distL="0" distR="0" wp14:anchorId="0C46E560" wp14:editId="16DA4122">
            <wp:extent cx="4343400" cy="2453523"/>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22.png"/>
                    <pic:cNvPicPr/>
                  </pic:nvPicPr>
                  <pic:blipFill>
                    <a:blip r:embed="rId32"/>
                    <a:stretch>
                      <a:fillRect/>
                    </a:stretch>
                  </pic:blipFill>
                  <pic:spPr>
                    <a:xfrm>
                      <a:off x="0" y="0"/>
                      <a:ext cx="4343400" cy="2453523"/>
                    </a:xfrm>
                    <a:prstGeom prst="rect">
                      <a:avLst/>
                    </a:prstGeom>
                  </pic:spPr>
                </pic:pic>
              </a:graphicData>
            </a:graphic>
          </wp:inline>
        </w:drawing>
      </w:r>
    </w:p>
    <w:p w14:paraId="2A51C3B1" w14:textId="77777777" w:rsidR="009F14C8" w:rsidRDefault="00000000">
      <w:pPr>
        <w:pStyle w:val="Balk3"/>
      </w:pPr>
      <w:bookmarkStart w:id="30" w:name="_Toc232111733"/>
      <w:r>
        <w:t>5.23. Madde 23’e İlişkin Bulgular</w:t>
      </w:r>
      <w:bookmarkEnd w:id="30"/>
    </w:p>
    <w:p w14:paraId="1DCD1773" w14:textId="77777777" w:rsidR="009F14C8" w:rsidRDefault="00000000">
      <w:r>
        <w:rPr>
          <w:b/>
          <w:i/>
        </w:rPr>
        <w:t>(Ders anlattığım fiziksel ortamların, derslik ve laboratuvarların altyapısının kalitesinden memnunum.)</w:t>
      </w:r>
    </w:p>
    <w:p w14:paraId="60094874" w14:textId="77777777" w:rsidR="009F14C8" w:rsidRDefault="00000000">
      <w:r>
        <w:t>Katılımcıların; 12'i (%27,9) Kesinlikle Katılıyorum, 7'i (%16,3) Katılıyorum, 6'i (%14,0) Kararsızım, 12'i (%27,9) Katılmıyorum, 6'i (%14,0) Kesinlikle Katılmıyorum şeklinde görüş bildirmiştir. Bu maddeye geçerli yanıt veren katılımcı sayısı 43'dir.</w:t>
      </w:r>
    </w:p>
    <w:p w14:paraId="5F2D7463" w14:textId="77777777" w:rsidR="009F14C8" w:rsidRDefault="00000000">
      <w:r>
        <w:t>Ortalama puanın 3,16/5,00 olması, olumlu görüş oranının %44,2, kararsız görüş oranının %14,0 ve olumsuz görüş oranının %41,9 düzeyinde gerçekleşmesi bu sonuçlar, ilgili alanda memnuniyetin orta düzeyde seyrettiğini ve mevcut uygulamaların güçlendirilmesine ihtiyaç bulunduğunu göstermektedir.</w:t>
      </w:r>
    </w:p>
    <w:tbl>
      <w:tblPr>
        <w:tblStyle w:val="TabloKlavuzu"/>
        <w:tblW w:w="0" w:type="auto"/>
        <w:jc w:val="center"/>
        <w:tblLook w:val="04A0" w:firstRow="1" w:lastRow="0" w:firstColumn="1" w:lastColumn="0" w:noHBand="0" w:noVBand="1"/>
      </w:tblPr>
      <w:tblGrid>
        <w:gridCol w:w="3173"/>
        <w:gridCol w:w="3173"/>
        <w:gridCol w:w="3173"/>
      </w:tblGrid>
      <w:tr w:rsidR="009F14C8" w14:paraId="4815296D" w14:textId="77777777">
        <w:trPr>
          <w:jc w:val="center"/>
        </w:trPr>
        <w:tc>
          <w:tcPr>
            <w:tcW w:w="3173" w:type="dxa"/>
            <w:vAlign w:val="center"/>
          </w:tcPr>
          <w:p w14:paraId="6DD6E988" w14:textId="77777777" w:rsidR="009F14C8" w:rsidRDefault="00000000">
            <w:pPr>
              <w:spacing w:after="0"/>
            </w:pPr>
            <w:r>
              <w:rPr>
                <w:sz w:val="18"/>
              </w:rPr>
              <w:t>Seçenek</w:t>
            </w:r>
          </w:p>
        </w:tc>
        <w:tc>
          <w:tcPr>
            <w:tcW w:w="3173" w:type="dxa"/>
            <w:vAlign w:val="center"/>
          </w:tcPr>
          <w:p w14:paraId="68C9F200" w14:textId="77777777" w:rsidR="009F14C8" w:rsidRDefault="00000000">
            <w:pPr>
              <w:spacing w:after="0"/>
            </w:pPr>
            <w:r>
              <w:rPr>
                <w:sz w:val="18"/>
              </w:rPr>
              <w:t>Frekans</w:t>
            </w:r>
          </w:p>
        </w:tc>
        <w:tc>
          <w:tcPr>
            <w:tcW w:w="3173" w:type="dxa"/>
            <w:vAlign w:val="center"/>
          </w:tcPr>
          <w:p w14:paraId="2655E3E9" w14:textId="77777777" w:rsidR="009F14C8" w:rsidRDefault="00000000">
            <w:pPr>
              <w:spacing w:after="0"/>
            </w:pPr>
            <w:r>
              <w:rPr>
                <w:sz w:val="18"/>
              </w:rPr>
              <w:t>Oran</w:t>
            </w:r>
          </w:p>
        </w:tc>
      </w:tr>
      <w:tr w:rsidR="009F14C8" w14:paraId="14AE0302" w14:textId="77777777">
        <w:trPr>
          <w:jc w:val="center"/>
        </w:trPr>
        <w:tc>
          <w:tcPr>
            <w:tcW w:w="3173" w:type="dxa"/>
            <w:vAlign w:val="center"/>
          </w:tcPr>
          <w:p w14:paraId="6EE314E2" w14:textId="77777777" w:rsidR="009F14C8" w:rsidRDefault="00000000">
            <w:pPr>
              <w:spacing w:after="0"/>
            </w:pPr>
            <w:r>
              <w:rPr>
                <w:sz w:val="18"/>
              </w:rPr>
              <w:t>5 = Kesinlikle Katılıyorum</w:t>
            </w:r>
          </w:p>
        </w:tc>
        <w:tc>
          <w:tcPr>
            <w:tcW w:w="3173" w:type="dxa"/>
            <w:vAlign w:val="center"/>
          </w:tcPr>
          <w:p w14:paraId="18A51D96" w14:textId="77777777" w:rsidR="009F14C8" w:rsidRDefault="00000000">
            <w:pPr>
              <w:spacing w:after="0"/>
            </w:pPr>
            <w:r>
              <w:rPr>
                <w:sz w:val="18"/>
              </w:rPr>
              <w:t>12</w:t>
            </w:r>
          </w:p>
        </w:tc>
        <w:tc>
          <w:tcPr>
            <w:tcW w:w="3173" w:type="dxa"/>
            <w:vAlign w:val="center"/>
          </w:tcPr>
          <w:p w14:paraId="116CC429" w14:textId="77777777" w:rsidR="009F14C8" w:rsidRDefault="00000000">
            <w:pPr>
              <w:spacing w:after="0"/>
            </w:pPr>
            <w:r>
              <w:rPr>
                <w:sz w:val="18"/>
              </w:rPr>
              <w:t>%27,9</w:t>
            </w:r>
          </w:p>
        </w:tc>
      </w:tr>
      <w:tr w:rsidR="009F14C8" w14:paraId="703D7821" w14:textId="77777777">
        <w:trPr>
          <w:jc w:val="center"/>
        </w:trPr>
        <w:tc>
          <w:tcPr>
            <w:tcW w:w="3173" w:type="dxa"/>
            <w:vAlign w:val="center"/>
          </w:tcPr>
          <w:p w14:paraId="72B61A59" w14:textId="77777777" w:rsidR="009F14C8" w:rsidRDefault="00000000">
            <w:pPr>
              <w:spacing w:after="0"/>
            </w:pPr>
            <w:r>
              <w:rPr>
                <w:sz w:val="18"/>
              </w:rPr>
              <w:t>4 = Katılıyorum</w:t>
            </w:r>
          </w:p>
        </w:tc>
        <w:tc>
          <w:tcPr>
            <w:tcW w:w="3173" w:type="dxa"/>
            <w:vAlign w:val="center"/>
          </w:tcPr>
          <w:p w14:paraId="4F1DB221" w14:textId="77777777" w:rsidR="009F14C8" w:rsidRDefault="00000000">
            <w:pPr>
              <w:spacing w:after="0"/>
            </w:pPr>
            <w:r>
              <w:rPr>
                <w:sz w:val="18"/>
              </w:rPr>
              <w:t>7</w:t>
            </w:r>
          </w:p>
        </w:tc>
        <w:tc>
          <w:tcPr>
            <w:tcW w:w="3173" w:type="dxa"/>
            <w:vAlign w:val="center"/>
          </w:tcPr>
          <w:p w14:paraId="4147881C" w14:textId="77777777" w:rsidR="009F14C8" w:rsidRDefault="00000000">
            <w:pPr>
              <w:spacing w:after="0"/>
            </w:pPr>
            <w:r>
              <w:rPr>
                <w:sz w:val="18"/>
              </w:rPr>
              <w:t>%16,3</w:t>
            </w:r>
          </w:p>
        </w:tc>
      </w:tr>
      <w:tr w:rsidR="009F14C8" w14:paraId="20E1F4D6" w14:textId="77777777">
        <w:trPr>
          <w:jc w:val="center"/>
        </w:trPr>
        <w:tc>
          <w:tcPr>
            <w:tcW w:w="3173" w:type="dxa"/>
            <w:vAlign w:val="center"/>
          </w:tcPr>
          <w:p w14:paraId="013681A7" w14:textId="77777777" w:rsidR="009F14C8" w:rsidRDefault="00000000">
            <w:pPr>
              <w:spacing w:after="0"/>
            </w:pPr>
            <w:r>
              <w:rPr>
                <w:sz w:val="18"/>
              </w:rPr>
              <w:t>3 = Kararsızım</w:t>
            </w:r>
          </w:p>
        </w:tc>
        <w:tc>
          <w:tcPr>
            <w:tcW w:w="3173" w:type="dxa"/>
            <w:vAlign w:val="center"/>
          </w:tcPr>
          <w:p w14:paraId="23189A4B" w14:textId="77777777" w:rsidR="009F14C8" w:rsidRDefault="00000000">
            <w:pPr>
              <w:spacing w:after="0"/>
            </w:pPr>
            <w:r>
              <w:rPr>
                <w:sz w:val="18"/>
              </w:rPr>
              <w:t>6</w:t>
            </w:r>
          </w:p>
        </w:tc>
        <w:tc>
          <w:tcPr>
            <w:tcW w:w="3173" w:type="dxa"/>
            <w:vAlign w:val="center"/>
          </w:tcPr>
          <w:p w14:paraId="01E3F2B0" w14:textId="77777777" w:rsidR="009F14C8" w:rsidRDefault="00000000">
            <w:pPr>
              <w:spacing w:after="0"/>
            </w:pPr>
            <w:r>
              <w:rPr>
                <w:sz w:val="18"/>
              </w:rPr>
              <w:t>%14,0</w:t>
            </w:r>
          </w:p>
        </w:tc>
      </w:tr>
      <w:tr w:rsidR="009F14C8" w14:paraId="7F8A80F4" w14:textId="77777777">
        <w:trPr>
          <w:jc w:val="center"/>
        </w:trPr>
        <w:tc>
          <w:tcPr>
            <w:tcW w:w="3173" w:type="dxa"/>
            <w:vAlign w:val="center"/>
          </w:tcPr>
          <w:p w14:paraId="177A7BFE" w14:textId="77777777" w:rsidR="009F14C8" w:rsidRDefault="00000000">
            <w:pPr>
              <w:spacing w:after="0"/>
            </w:pPr>
            <w:r>
              <w:rPr>
                <w:sz w:val="18"/>
              </w:rPr>
              <w:t>2 = Katılmıyorum</w:t>
            </w:r>
          </w:p>
        </w:tc>
        <w:tc>
          <w:tcPr>
            <w:tcW w:w="3173" w:type="dxa"/>
            <w:vAlign w:val="center"/>
          </w:tcPr>
          <w:p w14:paraId="50F3819F" w14:textId="77777777" w:rsidR="009F14C8" w:rsidRDefault="00000000">
            <w:pPr>
              <w:spacing w:after="0"/>
            </w:pPr>
            <w:r>
              <w:rPr>
                <w:sz w:val="18"/>
              </w:rPr>
              <w:t>12</w:t>
            </w:r>
          </w:p>
        </w:tc>
        <w:tc>
          <w:tcPr>
            <w:tcW w:w="3173" w:type="dxa"/>
            <w:vAlign w:val="center"/>
          </w:tcPr>
          <w:p w14:paraId="28C097C1" w14:textId="77777777" w:rsidR="009F14C8" w:rsidRDefault="00000000">
            <w:pPr>
              <w:spacing w:after="0"/>
            </w:pPr>
            <w:r>
              <w:rPr>
                <w:sz w:val="18"/>
              </w:rPr>
              <w:t>%27,9</w:t>
            </w:r>
          </w:p>
        </w:tc>
      </w:tr>
      <w:tr w:rsidR="009F14C8" w14:paraId="5FC5F119" w14:textId="77777777">
        <w:trPr>
          <w:jc w:val="center"/>
        </w:trPr>
        <w:tc>
          <w:tcPr>
            <w:tcW w:w="3173" w:type="dxa"/>
            <w:vAlign w:val="center"/>
          </w:tcPr>
          <w:p w14:paraId="7F821988" w14:textId="77777777" w:rsidR="009F14C8" w:rsidRDefault="00000000">
            <w:pPr>
              <w:spacing w:after="0"/>
            </w:pPr>
            <w:r>
              <w:rPr>
                <w:sz w:val="18"/>
              </w:rPr>
              <w:t>1 = Kesinlikle Katılmıyorum</w:t>
            </w:r>
          </w:p>
        </w:tc>
        <w:tc>
          <w:tcPr>
            <w:tcW w:w="3173" w:type="dxa"/>
            <w:vAlign w:val="center"/>
          </w:tcPr>
          <w:p w14:paraId="3D1A7137" w14:textId="77777777" w:rsidR="009F14C8" w:rsidRDefault="00000000">
            <w:pPr>
              <w:spacing w:after="0"/>
            </w:pPr>
            <w:r>
              <w:rPr>
                <w:sz w:val="18"/>
              </w:rPr>
              <w:t>6</w:t>
            </w:r>
          </w:p>
        </w:tc>
        <w:tc>
          <w:tcPr>
            <w:tcW w:w="3173" w:type="dxa"/>
            <w:vAlign w:val="center"/>
          </w:tcPr>
          <w:p w14:paraId="3A7619BB" w14:textId="77777777" w:rsidR="009F14C8" w:rsidRDefault="00000000">
            <w:pPr>
              <w:spacing w:after="0"/>
            </w:pPr>
            <w:r>
              <w:rPr>
                <w:sz w:val="18"/>
              </w:rPr>
              <w:t>%14,0</w:t>
            </w:r>
          </w:p>
        </w:tc>
      </w:tr>
      <w:tr w:rsidR="009F14C8" w14:paraId="3D639544" w14:textId="77777777">
        <w:trPr>
          <w:jc w:val="center"/>
        </w:trPr>
        <w:tc>
          <w:tcPr>
            <w:tcW w:w="3173" w:type="dxa"/>
            <w:vAlign w:val="center"/>
          </w:tcPr>
          <w:p w14:paraId="47BF47F0" w14:textId="77777777" w:rsidR="009F14C8" w:rsidRDefault="00000000">
            <w:pPr>
              <w:spacing w:after="0"/>
            </w:pPr>
            <w:r>
              <w:rPr>
                <w:sz w:val="18"/>
              </w:rPr>
              <w:lastRenderedPageBreak/>
              <w:t>Ortalama</w:t>
            </w:r>
          </w:p>
        </w:tc>
        <w:tc>
          <w:tcPr>
            <w:tcW w:w="3173" w:type="dxa"/>
            <w:vAlign w:val="center"/>
          </w:tcPr>
          <w:p w14:paraId="1037A5B2" w14:textId="77777777" w:rsidR="009F14C8" w:rsidRDefault="009F14C8">
            <w:pPr>
              <w:spacing w:after="0"/>
            </w:pPr>
          </w:p>
        </w:tc>
        <w:tc>
          <w:tcPr>
            <w:tcW w:w="3173" w:type="dxa"/>
            <w:vAlign w:val="center"/>
          </w:tcPr>
          <w:p w14:paraId="41DC5988" w14:textId="77777777" w:rsidR="009F14C8" w:rsidRDefault="00000000">
            <w:pPr>
              <w:spacing w:after="0"/>
            </w:pPr>
            <w:r>
              <w:rPr>
                <w:sz w:val="18"/>
              </w:rPr>
              <w:t>3,16 / 5,00</w:t>
            </w:r>
          </w:p>
        </w:tc>
      </w:tr>
    </w:tbl>
    <w:p w14:paraId="306229E5" w14:textId="77777777" w:rsidR="009F14C8" w:rsidRDefault="00000000">
      <w:r>
        <w:rPr>
          <w:noProof/>
        </w:rPr>
        <w:drawing>
          <wp:inline distT="0" distB="0" distL="0" distR="0" wp14:anchorId="4E01841A" wp14:editId="2B35AF9D">
            <wp:extent cx="4343400" cy="2453523"/>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23.png"/>
                    <pic:cNvPicPr/>
                  </pic:nvPicPr>
                  <pic:blipFill>
                    <a:blip r:embed="rId33"/>
                    <a:stretch>
                      <a:fillRect/>
                    </a:stretch>
                  </pic:blipFill>
                  <pic:spPr>
                    <a:xfrm>
                      <a:off x="0" y="0"/>
                      <a:ext cx="4343400" cy="2453523"/>
                    </a:xfrm>
                    <a:prstGeom prst="rect">
                      <a:avLst/>
                    </a:prstGeom>
                  </pic:spPr>
                </pic:pic>
              </a:graphicData>
            </a:graphic>
          </wp:inline>
        </w:drawing>
      </w:r>
    </w:p>
    <w:p w14:paraId="40EE0803" w14:textId="77777777" w:rsidR="009F14C8" w:rsidRDefault="00000000">
      <w:pPr>
        <w:pStyle w:val="Balk3"/>
      </w:pPr>
      <w:bookmarkStart w:id="31" w:name="_Toc232111734"/>
      <w:r>
        <w:t>5.24. Madde 24’e İlişkin Bulgular</w:t>
      </w:r>
      <w:bookmarkEnd w:id="31"/>
    </w:p>
    <w:p w14:paraId="06B6426B" w14:textId="77777777" w:rsidR="009F14C8" w:rsidRDefault="00000000">
      <w:r>
        <w:rPr>
          <w:b/>
          <w:i/>
        </w:rPr>
        <w:t>(Hayvan Hastanesi/klinik altyapısının kalitesinden memnunum.)</w:t>
      </w:r>
    </w:p>
    <w:p w14:paraId="191EC8DB" w14:textId="77777777" w:rsidR="009F14C8" w:rsidRDefault="00000000">
      <w:r>
        <w:t>Katılımcıların; 17'i (%39,5) Kesinlikle Katılıyorum, 10'i (%23,3) Katılıyorum, 11'i (%25,6) Kararsızım, 2'i (%4,7) Katılmıyorum, 3'i (%7,0) Kesinlikle Katılmıyorum şeklinde görüş bildirmiştir. Bu maddeye geçerli yanıt veren katılımcı sayısı 43'dir.</w:t>
      </w:r>
    </w:p>
    <w:p w14:paraId="4D0C460F" w14:textId="77777777" w:rsidR="009F14C8" w:rsidRDefault="00000000">
      <w:r>
        <w:t>Ortalama puanın 3,84/5,00 olması, olumlu görüş oranının %62,8, kararsız görüş oranının %25,6 ve olumsuz görüş oranının %11,6 düzeyinde gerçekleşmesi bu sonuçlar, ilgili alanda genel eğilimin olumlu olduğunu; bununla birlikte kararsız ve olumsuz görüşlerin de iyileştirme süreçlerinde dikkate alınması gerektiğini göstermektedir.</w:t>
      </w:r>
    </w:p>
    <w:tbl>
      <w:tblPr>
        <w:tblStyle w:val="TabloKlavuzu"/>
        <w:tblW w:w="0" w:type="auto"/>
        <w:jc w:val="center"/>
        <w:tblLook w:val="04A0" w:firstRow="1" w:lastRow="0" w:firstColumn="1" w:lastColumn="0" w:noHBand="0" w:noVBand="1"/>
      </w:tblPr>
      <w:tblGrid>
        <w:gridCol w:w="3173"/>
        <w:gridCol w:w="3173"/>
        <w:gridCol w:w="3173"/>
      </w:tblGrid>
      <w:tr w:rsidR="009F14C8" w14:paraId="10DF8F3D" w14:textId="77777777">
        <w:trPr>
          <w:jc w:val="center"/>
        </w:trPr>
        <w:tc>
          <w:tcPr>
            <w:tcW w:w="3173" w:type="dxa"/>
            <w:vAlign w:val="center"/>
          </w:tcPr>
          <w:p w14:paraId="6AE898BF" w14:textId="77777777" w:rsidR="009F14C8" w:rsidRDefault="00000000">
            <w:pPr>
              <w:spacing w:after="0"/>
            </w:pPr>
            <w:r>
              <w:rPr>
                <w:sz w:val="18"/>
              </w:rPr>
              <w:t>Seçenek</w:t>
            </w:r>
          </w:p>
        </w:tc>
        <w:tc>
          <w:tcPr>
            <w:tcW w:w="3173" w:type="dxa"/>
            <w:vAlign w:val="center"/>
          </w:tcPr>
          <w:p w14:paraId="7838B56B" w14:textId="77777777" w:rsidR="009F14C8" w:rsidRDefault="00000000">
            <w:pPr>
              <w:spacing w:after="0"/>
            </w:pPr>
            <w:r>
              <w:rPr>
                <w:sz w:val="18"/>
              </w:rPr>
              <w:t>Frekans</w:t>
            </w:r>
          </w:p>
        </w:tc>
        <w:tc>
          <w:tcPr>
            <w:tcW w:w="3173" w:type="dxa"/>
            <w:vAlign w:val="center"/>
          </w:tcPr>
          <w:p w14:paraId="3294C893" w14:textId="77777777" w:rsidR="009F14C8" w:rsidRDefault="00000000">
            <w:pPr>
              <w:spacing w:after="0"/>
            </w:pPr>
            <w:r>
              <w:rPr>
                <w:sz w:val="18"/>
              </w:rPr>
              <w:t>Oran</w:t>
            </w:r>
          </w:p>
        </w:tc>
      </w:tr>
      <w:tr w:rsidR="009F14C8" w14:paraId="001179B6" w14:textId="77777777">
        <w:trPr>
          <w:jc w:val="center"/>
        </w:trPr>
        <w:tc>
          <w:tcPr>
            <w:tcW w:w="3173" w:type="dxa"/>
            <w:vAlign w:val="center"/>
          </w:tcPr>
          <w:p w14:paraId="6B86D6D9" w14:textId="77777777" w:rsidR="009F14C8" w:rsidRDefault="00000000">
            <w:pPr>
              <w:spacing w:after="0"/>
            </w:pPr>
            <w:r>
              <w:rPr>
                <w:sz w:val="18"/>
              </w:rPr>
              <w:t>5 = Kesinlikle Katılıyorum</w:t>
            </w:r>
          </w:p>
        </w:tc>
        <w:tc>
          <w:tcPr>
            <w:tcW w:w="3173" w:type="dxa"/>
            <w:vAlign w:val="center"/>
          </w:tcPr>
          <w:p w14:paraId="2EED2BCF" w14:textId="77777777" w:rsidR="009F14C8" w:rsidRDefault="00000000">
            <w:pPr>
              <w:spacing w:after="0"/>
            </w:pPr>
            <w:r>
              <w:rPr>
                <w:sz w:val="18"/>
              </w:rPr>
              <w:t>17</w:t>
            </w:r>
          </w:p>
        </w:tc>
        <w:tc>
          <w:tcPr>
            <w:tcW w:w="3173" w:type="dxa"/>
            <w:vAlign w:val="center"/>
          </w:tcPr>
          <w:p w14:paraId="5BB66A1B" w14:textId="77777777" w:rsidR="009F14C8" w:rsidRDefault="00000000">
            <w:pPr>
              <w:spacing w:after="0"/>
            </w:pPr>
            <w:r>
              <w:rPr>
                <w:sz w:val="18"/>
              </w:rPr>
              <w:t>%39,5</w:t>
            </w:r>
          </w:p>
        </w:tc>
      </w:tr>
      <w:tr w:rsidR="009F14C8" w14:paraId="46739F9D" w14:textId="77777777">
        <w:trPr>
          <w:jc w:val="center"/>
        </w:trPr>
        <w:tc>
          <w:tcPr>
            <w:tcW w:w="3173" w:type="dxa"/>
            <w:vAlign w:val="center"/>
          </w:tcPr>
          <w:p w14:paraId="3976DDCF" w14:textId="77777777" w:rsidR="009F14C8" w:rsidRDefault="00000000">
            <w:pPr>
              <w:spacing w:after="0"/>
            </w:pPr>
            <w:r>
              <w:rPr>
                <w:sz w:val="18"/>
              </w:rPr>
              <w:t>4 = Katılıyorum</w:t>
            </w:r>
          </w:p>
        </w:tc>
        <w:tc>
          <w:tcPr>
            <w:tcW w:w="3173" w:type="dxa"/>
            <w:vAlign w:val="center"/>
          </w:tcPr>
          <w:p w14:paraId="20282BDD" w14:textId="77777777" w:rsidR="009F14C8" w:rsidRDefault="00000000">
            <w:pPr>
              <w:spacing w:after="0"/>
            </w:pPr>
            <w:r>
              <w:rPr>
                <w:sz w:val="18"/>
              </w:rPr>
              <w:t>10</w:t>
            </w:r>
          </w:p>
        </w:tc>
        <w:tc>
          <w:tcPr>
            <w:tcW w:w="3173" w:type="dxa"/>
            <w:vAlign w:val="center"/>
          </w:tcPr>
          <w:p w14:paraId="40278059" w14:textId="77777777" w:rsidR="009F14C8" w:rsidRDefault="00000000">
            <w:pPr>
              <w:spacing w:after="0"/>
            </w:pPr>
            <w:r>
              <w:rPr>
                <w:sz w:val="18"/>
              </w:rPr>
              <w:t>%23,3</w:t>
            </w:r>
          </w:p>
        </w:tc>
      </w:tr>
      <w:tr w:rsidR="009F14C8" w14:paraId="334EEA13" w14:textId="77777777">
        <w:trPr>
          <w:jc w:val="center"/>
        </w:trPr>
        <w:tc>
          <w:tcPr>
            <w:tcW w:w="3173" w:type="dxa"/>
            <w:vAlign w:val="center"/>
          </w:tcPr>
          <w:p w14:paraId="5CBF163C" w14:textId="77777777" w:rsidR="009F14C8" w:rsidRDefault="00000000">
            <w:pPr>
              <w:spacing w:after="0"/>
            </w:pPr>
            <w:r>
              <w:rPr>
                <w:sz w:val="18"/>
              </w:rPr>
              <w:t>3 = Kararsızım</w:t>
            </w:r>
          </w:p>
        </w:tc>
        <w:tc>
          <w:tcPr>
            <w:tcW w:w="3173" w:type="dxa"/>
            <w:vAlign w:val="center"/>
          </w:tcPr>
          <w:p w14:paraId="29C4F196" w14:textId="77777777" w:rsidR="009F14C8" w:rsidRDefault="00000000">
            <w:pPr>
              <w:spacing w:after="0"/>
            </w:pPr>
            <w:r>
              <w:rPr>
                <w:sz w:val="18"/>
              </w:rPr>
              <w:t>11</w:t>
            </w:r>
          </w:p>
        </w:tc>
        <w:tc>
          <w:tcPr>
            <w:tcW w:w="3173" w:type="dxa"/>
            <w:vAlign w:val="center"/>
          </w:tcPr>
          <w:p w14:paraId="0374CFA7" w14:textId="77777777" w:rsidR="009F14C8" w:rsidRDefault="00000000">
            <w:pPr>
              <w:spacing w:after="0"/>
            </w:pPr>
            <w:r>
              <w:rPr>
                <w:sz w:val="18"/>
              </w:rPr>
              <w:t>%25,6</w:t>
            </w:r>
          </w:p>
        </w:tc>
      </w:tr>
      <w:tr w:rsidR="009F14C8" w14:paraId="648B4EC6" w14:textId="77777777">
        <w:trPr>
          <w:jc w:val="center"/>
        </w:trPr>
        <w:tc>
          <w:tcPr>
            <w:tcW w:w="3173" w:type="dxa"/>
            <w:vAlign w:val="center"/>
          </w:tcPr>
          <w:p w14:paraId="75769B6A" w14:textId="77777777" w:rsidR="009F14C8" w:rsidRDefault="00000000">
            <w:pPr>
              <w:spacing w:after="0"/>
            </w:pPr>
            <w:r>
              <w:rPr>
                <w:sz w:val="18"/>
              </w:rPr>
              <w:t>2 = Katılmıyorum</w:t>
            </w:r>
          </w:p>
        </w:tc>
        <w:tc>
          <w:tcPr>
            <w:tcW w:w="3173" w:type="dxa"/>
            <w:vAlign w:val="center"/>
          </w:tcPr>
          <w:p w14:paraId="62351A68" w14:textId="77777777" w:rsidR="009F14C8" w:rsidRDefault="00000000">
            <w:pPr>
              <w:spacing w:after="0"/>
            </w:pPr>
            <w:r>
              <w:rPr>
                <w:sz w:val="18"/>
              </w:rPr>
              <w:t>2</w:t>
            </w:r>
          </w:p>
        </w:tc>
        <w:tc>
          <w:tcPr>
            <w:tcW w:w="3173" w:type="dxa"/>
            <w:vAlign w:val="center"/>
          </w:tcPr>
          <w:p w14:paraId="2A42ED03" w14:textId="77777777" w:rsidR="009F14C8" w:rsidRDefault="00000000">
            <w:pPr>
              <w:spacing w:after="0"/>
            </w:pPr>
            <w:r>
              <w:rPr>
                <w:sz w:val="18"/>
              </w:rPr>
              <w:t>%4,7</w:t>
            </w:r>
          </w:p>
        </w:tc>
      </w:tr>
      <w:tr w:rsidR="009F14C8" w14:paraId="50C152FB" w14:textId="77777777">
        <w:trPr>
          <w:jc w:val="center"/>
        </w:trPr>
        <w:tc>
          <w:tcPr>
            <w:tcW w:w="3173" w:type="dxa"/>
            <w:vAlign w:val="center"/>
          </w:tcPr>
          <w:p w14:paraId="4F59F518" w14:textId="77777777" w:rsidR="009F14C8" w:rsidRDefault="00000000">
            <w:pPr>
              <w:spacing w:after="0"/>
            </w:pPr>
            <w:r>
              <w:rPr>
                <w:sz w:val="18"/>
              </w:rPr>
              <w:t>1 = Kesinlikle Katılmıyorum</w:t>
            </w:r>
          </w:p>
        </w:tc>
        <w:tc>
          <w:tcPr>
            <w:tcW w:w="3173" w:type="dxa"/>
            <w:vAlign w:val="center"/>
          </w:tcPr>
          <w:p w14:paraId="491C7A87" w14:textId="77777777" w:rsidR="009F14C8" w:rsidRDefault="00000000">
            <w:pPr>
              <w:spacing w:after="0"/>
            </w:pPr>
            <w:r>
              <w:rPr>
                <w:sz w:val="18"/>
              </w:rPr>
              <w:t>3</w:t>
            </w:r>
          </w:p>
        </w:tc>
        <w:tc>
          <w:tcPr>
            <w:tcW w:w="3173" w:type="dxa"/>
            <w:vAlign w:val="center"/>
          </w:tcPr>
          <w:p w14:paraId="64955A98" w14:textId="77777777" w:rsidR="009F14C8" w:rsidRDefault="00000000">
            <w:pPr>
              <w:spacing w:after="0"/>
            </w:pPr>
            <w:r>
              <w:rPr>
                <w:sz w:val="18"/>
              </w:rPr>
              <w:t>%7,0</w:t>
            </w:r>
          </w:p>
        </w:tc>
      </w:tr>
      <w:tr w:rsidR="009F14C8" w14:paraId="21534F94" w14:textId="77777777">
        <w:trPr>
          <w:jc w:val="center"/>
        </w:trPr>
        <w:tc>
          <w:tcPr>
            <w:tcW w:w="3173" w:type="dxa"/>
            <w:vAlign w:val="center"/>
          </w:tcPr>
          <w:p w14:paraId="23995841" w14:textId="77777777" w:rsidR="009F14C8" w:rsidRDefault="00000000">
            <w:pPr>
              <w:spacing w:after="0"/>
            </w:pPr>
            <w:r>
              <w:rPr>
                <w:sz w:val="18"/>
              </w:rPr>
              <w:t>Ortalama</w:t>
            </w:r>
          </w:p>
        </w:tc>
        <w:tc>
          <w:tcPr>
            <w:tcW w:w="3173" w:type="dxa"/>
            <w:vAlign w:val="center"/>
          </w:tcPr>
          <w:p w14:paraId="4CDB6CC3" w14:textId="77777777" w:rsidR="009F14C8" w:rsidRDefault="009F14C8">
            <w:pPr>
              <w:spacing w:after="0"/>
            </w:pPr>
          </w:p>
        </w:tc>
        <w:tc>
          <w:tcPr>
            <w:tcW w:w="3173" w:type="dxa"/>
            <w:vAlign w:val="center"/>
          </w:tcPr>
          <w:p w14:paraId="18E842B1" w14:textId="77777777" w:rsidR="009F14C8" w:rsidRDefault="00000000">
            <w:pPr>
              <w:spacing w:after="0"/>
            </w:pPr>
            <w:r>
              <w:rPr>
                <w:sz w:val="18"/>
              </w:rPr>
              <w:t>3,84 / 5,00</w:t>
            </w:r>
          </w:p>
        </w:tc>
      </w:tr>
    </w:tbl>
    <w:p w14:paraId="14209AFD" w14:textId="77777777" w:rsidR="009F14C8" w:rsidRDefault="00000000">
      <w:r>
        <w:rPr>
          <w:noProof/>
        </w:rPr>
        <w:drawing>
          <wp:inline distT="0" distB="0" distL="0" distR="0" wp14:anchorId="459EEF87" wp14:editId="7D57F18B">
            <wp:extent cx="4343400" cy="2453523"/>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24.png"/>
                    <pic:cNvPicPr/>
                  </pic:nvPicPr>
                  <pic:blipFill>
                    <a:blip r:embed="rId34"/>
                    <a:stretch>
                      <a:fillRect/>
                    </a:stretch>
                  </pic:blipFill>
                  <pic:spPr>
                    <a:xfrm>
                      <a:off x="0" y="0"/>
                      <a:ext cx="4343400" cy="2453523"/>
                    </a:xfrm>
                    <a:prstGeom prst="rect">
                      <a:avLst/>
                    </a:prstGeom>
                  </pic:spPr>
                </pic:pic>
              </a:graphicData>
            </a:graphic>
          </wp:inline>
        </w:drawing>
      </w:r>
    </w:p>
    <w:p w14:paraId="41E6948E" w14:textId="77777777" w:rsidR="009F14C8" w:rsidRDefault="00000000">
      <w:pPr>
        <w:pStyle w:val="Balk2"/>
      </w:pPr>
      <w:bookmarkStart w:id="32" w:name="_Toc232111735"/>
      <w:r>
        <w:lastRenderedPageBreak/>
        <w:t>5.4. Altyapı, Klinik, Danışmanlık ve Öğrenci Destek Süreçlerine İlişkin Bulgular</w:t>
      </w:r>
      <w:bookmarkEnd w:id="32"/>
    </w:p>
    <w:p w14:paraId="45DDF1B7" w14:textId="77777777" w:rsidR="009F14C8" w:rsidRDefault="00000000">
      <w:pPr>
        <w:pStyle w:val="Balk3"/>
      </w:pPr>
      <w:bookmarkStart w:id="33" w:name="_Toc232111736"/>
      <w:r>
        <w:t>5.25. Madde 25’e İlişkin Bulgular</w:t>
      </w:r>
      <w:bookmarkEnd w:id="33"/>
    </w:p>
    <w:p w14:paraId="6E8EC30F" w14:textId="77777777" w:rsidR="009F14C8" w:rsidRDefault="00000000">
      <w:r>
        <w:rPr>
          <w:b/>
          <w:i/>
        </w:rPr>
        <w:t>(Danışmanlık yaptığım öğrencilerin sayısı, onlara nitelikli zaman ayırmama engel olmayacak düzeydedir.)</w:t>
      </w:r>
    </w:p>
    <w:p w14:paraId="75DDFE86" w14:textId="77777777" w:rsidR="009F14C8" w:rsidRDefault="00000000">
      <w:r>
        <w:t>Katılımcıların; 5'i (%50,0) Kesinlikle Katılıyorum, 1'i (%10,0) Katılıyorum, 2'i (%20,0) Kararsızım, 0'i (%0,0) Katılmıyorum, 2'i (%20,0) Kesinlikle Katılmıyorum şeklinde görüş bildirmiştir. Bu maddeye geçerli yanıt veren katılımcı sayısı 10'dir.</w:t>
      </w:r>
    </w:p>
    <w:p w14:paraId="607A400E" w14:textId="77777777" w:rsidR="009F14C8" w:rsidRDefault="00000000">
      <w:r>
        <w:t>Ortalama puanın 3,70/5,00 olması, olumlu görüş oranının %60,0, kararsız görüş oranının %20,0 ve olumsuz görüş oranının %20,0 düzeyinde gerçekleşmesi bu sonuçlar, ilgili alanda genel eğilimin olumlu olduğunu; bununla birlikte kararsız ve olumsuz görüşlerin de iyileştirme süreçlerinde dikkate alınması gerektiğini göstermektedir.</w:t>
      </w:r>
    </w:p>
    <w:tbl>
      <w:tblPr>
        <w:tblStyle w:val="TabloKlavuzu"/>
        <w:tblW w:w="0" w:type="auto"/>
        <w:jc w:val="center"/>
        <w:tblLook w:val="04A0" w:firstRow="1" w:lastRow="0" w:firstColumn="1" w:lastColumn="0" w:noHBand="0" w:noVBand="1"/>
      </w:tblPr>
      <w:tblGrid>
        <w:gridCol w:w="3173"/>
        <w:gridCol w:w="3173"/>
        <w:gridCol w:w="3173"/>
      </w:tblGrid>
      <w:tr w:rsidR="009F14C8" w14:paraId="5A689162" w14:textId="77777777">
        <w:trPr>
          <w:jc w:val="center"/>
        </w:trPr>
        <w:tc>
          <w:tcPr>
            <w:tcW w:w="3173" w:type="dxa"/>
            <w:vAlign w:val="center"/>
          </w:tcPr>
          <w:p w14:paraId="4CF85026" w14:textId="77777777" w:rsidR="009F14C8" w:rsidRDefault="00000000">
            <w:pPr>
              <w:spacing w:after="0"/>
            </w:pPr>
            <w:r>
              <w:rPr>
                <w:sz w:val="18"/>
              </w:rPr>
              <w:t>Seçenek</w:t>
            </w:r>
          </w:p>
        </w:tc>
        <w:tc>
          <w:tcPr>
            <w:tcW w:w="3173" w:type="dxa"/>
            <w:vAlign w:val="center"/>
          </w:tcPr>
          <w:p w14:paraId="6D278D54" w14:textId="77777777" w:rsidR="009F14C8" w:rsidRDefault="00000000">
            <w:pPr>
              <w:spacing w:after="0"/>
            </w:pPr>
            <w:r>
              <w:rPr>
                <w:sz w:val="18"/>
              </w:rPr>
              <w:t>Frekans</w:t>
            </w:r>
          </w:p>
        </w:tc>
        <w:tc>
          <w:tcPr>
            <w:tcW w:w="3173" w:type="dxa"/>
            <w:vAlign w:val="center"/>
          </w:tcPr>
          <w:p w14:paraId="2165D351" w14:textId="77777777" w:rsidR="009F14C8" w:rsidRDefault="00000000">
            <w:pPr>
              <w:spacing w:after="0"/>
            </w:pPr>
            <w:r>
              <w:rPr>
                <w:sz w:val="18"/>
              </w:rPr>
              <w:t>Oran</w:t>
            </w:r>
          </w:p>
        </w:tc>
      </w:tr>
      <w:tr w:rsidR="009F14C8" w14:paraId="0E08A51A" w14:textId="77777777">
        <w:trPr>
          <w:jc w:val="center"/>
        </w:trPr>
        <w:tc>
          <w:tcPr>
            <w:tcW w:w="3173" w:type="dxa"/>
            <w:vAlign w:val="center"/>
          </w:tcPr>
          <w:p w14:paraId="789E36F6" w14:textId="77777777" w:rsidR="009F14C8" w:rsidRDefault="00000000">
            <w:pPr>
              <w:spacing w:after="0"/>
            </w:pPr>
            <w:r>
              <w:rPr>
                <w:sz w:val="18"/>
              </w:rPr>
              <w:t>5 = Kesinlikle Katılıyorum</w:t>
            </w:r>
          </w:p>
        </w:tc>
        <w:tc>
          <w:tcPr>
            <w:tcW w:w="3173" w:type="dxa"/>
            <w:vAlign w:val="center"/>
          </w:tcPr>
          <w:p w14:paraId="68AF7DD1" w14:textId="77777777" w:rsidR="009F14C8" w:rsidRDefault="00000000">
            <w:pPr>
              <w:spacing w:after="0"/>
            </w:pPr>
            <w:r>
              <w:rPr>
                <w:sz w:val="18"/>
              </w:rPr>
              <w:t>5</w:t>
            </w:r>
          </w:p>
        </w:tc>
        <w:tc>
          <w:tcPr>
            <w:tcW w:w="3173" w:type="dxa"/>
            <w:vAlign w:val="center"/>
          </w:tcPr>
          <w:p w14:paraId="2F7A9DE8" w14:textId="77777777" w:rsidR="009F14C8" w:rsidRDefault="00000000">
            <w:pPr>
              <w:spacing w:after="0"/>
            </w:pPr>
            <w:r>
              <w:rPr>
                <w:sz w:val="18"/>
              </w:rPr>
              <w:t>%50,0</w:t>
            </w:r>
          </w:p>
        </w:tc>
      </w:tr>
      <w:tr w:rsidR="009F14C8" w14:paraId="391140C9" w14:textId="77777777">
        <w:trPr>
          <w:jc w:val="center"/>
        </w:trPr>
        <w:tc>
          <w:tcPr>
            <w:tcW w:w="3173" w:type="dxa"/>
            <w:vAlign w:val="center"/>
          </w:tcPr>
          <w:p w14:paraId="7CB2856C" w14:textId="77777777" w:rsidR="009F14C8" w:rsidRDefault="00000000">
            <w:pPr>
              <w:spacing w:after="0"/>
            </w:pPr>
            <w:r>
              <w:rPr>
                <w:sz w:val="18"/>
              </w:rPr>
              <w:t>4 = Katılıyorum</w:t>
            </w:r>
          </w:p>
        </w:tc>
        <w:tc>
          <w:tcPr>
            <w:tcW w:w="3173" w:type="dxa"/>
            <w:vAlign w:val="center"/>
          </w:tcPr>
          <w:p w14:paraId="67B57C2A" w14:textId="77777777" w:rsidR="009F14C8" w:rsidRDefault="00000000">
            <w:pPr>
              <w:spacing w:after="0"/>
            </w:pPr>
            <w:r>
              <w:rPr>
                <w:sz w:val="18"/>
              </w:rPr>
              <w:t>1</w:t>
            </w:r>
          </w:p>
        </w:tc>
        <w:tc>
          <w:tcPr>
            <w:tcW w:w="3173" w:type="dxa"/>
            <w:vAlign w:val="center"/>
          </w:tcPr>
          <w:p w14:paraId="386941E2" w14:textId="77777777" w:rsidR="009F14C8" w:rsidRDefault="00000000">
            <w:pPr>
              <w:spacing w:after="0"/>
            </w:pPr>
            <w:r>
              <w:rPr>
                <w:sz w:val="18"/>
              </w:rPr>
              <w:t>%10,0</w:t>
            </w:r>
          </w:p>
        </w:tc>
      </w:tr>
      <w:tr w:rsidR="009F14C8" w14:paraId="68455031" w14:textId="77777777">
        <w:trPr>
          <w:jc w:val="center"/>
        </w:trPr>
        <w:tc>
          <w:tcPr>
            <w:tcW w:w="3173" w:type="dxa"/>
            <w:vAlign w:val="center"/>
          </w:tcPr>
          <w:p w14:paraId="65EF3602" w14:textId="77777777" w:rsidR="009F14C8" w:rsidRDefault="00000000">
            <w:pPr>
              <w:spacing w:after="0"/>
            </w:pPr>
            <w:r>
              <w:rPr>
                <w:sz w:val="18"/>
              </w:rPr>
              <w:t>3 = Kararsızım</w:t>
            </w:r>
          </w:p>
        </w:tc>
        <w:tc>
          <w:tcPr>
            <w:tcW w:w="3173" w:type="dxa"/>
            <w:vAlign w:val="center"/>
          </w:tcPr>
          <w:p w14:paraId="24F7E683" w14:textId="77777777" w:rsidR="009F14C8" w:rsidRDefault="00000000">
            <w:pPr>
              <w:spacing w:after="0"/>
            </w:pPr>
            <w:r>
              <w:rPr>
                <w:sz w:val="18"/>
              </w:rPr>
              <w:t>2</w:t>
            </w:r>
          </w:p>
        </w:tc>
        <w:tc>
          <w:tcPr>
            <w:tcW w:w="3173" w:type="dxa"/>
            <w:vAlign w:val="center"/>
          </w:tcPr>
          <w:p w14:paraId="5552E5C3" w14:textId="77777777" w:rsidR="009F14C8" w:rsidRDefault="00000000">
            <w:pPr>
              <w:spacing w:after="0"/>
            </w:pPr>
            <w:r>
              <w:rPr>
                <w:sz w:val="18"/>
              </w:rPr>
              <w:t>%20,0</w:t>
            </w:r>
          </w:p>
        </w:tc>
      </w:tr>
      <w:tr w:rsidR="009F14C8" w14:paraId="0EC81061" w14:textId="77777777">
        <w:trPr>
          <w:jc w:val="center"/>
        </w:trPr>
        <w:tc>
          <w:tcPr>
            <w:tcW w:w="3173" w:type="dxa"/>
            <w:vAlign w:val="center"/>
          </w:tcPr>
          <w:p w14:paraId="46224649" w14:textId="77777777" w:rsidR="009F14C8" w:rsidRDefault="00000000">
            <w:pPr>
              <w:spacing w:after="0"/>
            </w:pPr>
            <w:r>
              <w:rPr>
                <w:sz w:val="18"/>
              </w:rPr>
              <w:t>2 = Katılmıyorum</w:t>
            </w:r>
          </w:p>
        </w:tc>
        <w:tc>
          <w:tcPr>
            <w:tcW w:w="3173" w:type="dxa"/>
            <w:vAlign w:val="center"/>
          </w:tcPr>
          <w:p w14:paraId="2BEF3A3C" w14:textId="77777777" w:rsidR="009F14C8" w:rsidRDefault="00000000">
            <w:pPr>
              <w:spacing w:after="0"/>
            </w:pPr>
            <w:r>
              <w:rPr>
                <w:sz w:val="18"/>
              </w:rPr>
              <w:t>0</w:t>
            </w:r>
          </w:p>
        </w:tc>
        <w:tc>
          <w:tcPr>
            <w:tcW w:w="3173" w:type="dxa"/>
            <w:vAlign w:val="center"/>
          </w:tcPr>
          <w:p w14:paraId="1399CFDD" w14:textId="77777777" w:rsidR="009F14C8" w:rsidRDefault="00000000">
            <w:pPr>
              <w:spacing w:after="0"/>
            </w:pPr>
            <w:r>
              <w:rPr>
                <w:sz w:val="18"/>
              </w:rPr>
              <w:t>%0,0</w:t>
            </w:r>
          </w:p>
        </w:tc>
      </w:tr>
      <w:tr w:rsidR="009F14C8" w14:paraId="70CD0D17" w14:textId="77777777">
        <w:trPr>
          <w:jc w:val="center"/>
        </w:trPr>
        <w:tc>
          <w:tcPr>
            <w:tcW w:w="3173" w:type="dxa"/>
            <w:vAlign w:val="center"/>
          </w:tcPr>
          <w:p w14:paraId="2C290A78" w14:textId="77777777" w:rsidR="009F14C8" w:rsidRDefault="00000000">
            <w:pPr>
              <w:spacing w:after="0"/>
            </w:pPr>
            <w:r>
              <w:rPr>
                <w:sz w:val="18"/>
              </w:rPr>
              <w:t>1 = Kesinlikle Katılmıyorum</w:t>
            </w:r>
          </w:p>
        </w:tc>
        <w:tc>
          <w:tcPr>
            <w:tcW w:w="3173" w:type="dxa"/>
            <w:vAlign w:val="center"/>
          </w:tcPr>
          <w:p w14:paraId="3D835E08" w14:textId="77777777" w:rsidR="009F14C8" w:rsidRDefault="00000000">
            <w:pPr>
              <w:spacing w:after="0"/>
            </w:pPr>
            <w:r>
              <w:rPr>
                <w:sz w:val="18"/>
              </w:rPr>
              <w:t>2</w:t>
            </w:r>
          </w:p>
        </w:tc>
        <w:tc>
          <w:tcPr>
            <w:tcW w:w="3173" w:type="dxa"/>
            <w:vAlign w:val="center"/>
          </w:tcPr>
          <w:p w14:paraId="73BB3AD6" w14:textId="77777777" w:rsidR="009F14C8" w:rsidRDefault="00000000">
            <w:pPr>
              <w:spacing w:after="0"/>
            </w:pPr>
            <w:r>
              <w:rPr>
                <w:sz w:val="18"/>
              </w:rPr>
              <w:t>%20,0</w:t>
            </w:r>
          </w:p>
        </w:tc>
      </w:tr>
      <w:tr w:rsidR="009F14C8" w14:paraId="77C37804" w14:textId="77777777">
        <w:trPr>
          <w:jc w:val="center"/>
        </w:trPr>
        <w:tc>
          <w:tcPr>
            <w:tcW w:w="3173" w:type="dxa"/>
            <w:vAlign w:val="center"/>
          </w:tcPr>
          <w:p w14:paraId="057C142F" w14:textId="77777777" w:rsidR="009F14C8" w:rsidRDefault="00000000">
            <w:pPr>
              <w:spacing w:after="0"/>
            </w:pPr>
            <w:r>
              <w:rPr>
                <w:sz w:val="18"/>
              </w:rPr>
              <w:t>Ortalama</w:t>
            </w:r>
          </w:p>
        </w:tc>
        <w:tc>
          <w:tcPr>
            <w:tcW w:w="3173" w:type="dxa"/>
            <w:vAlign w:val="center"/>
          </w:tcPr>
          <w:p w14:paraId="041F070D" w14:textId="77777777" w:rsidR="009F14C8" w:rsidRDefault="009F14C8">
            <w:pPr>
              <w:spacing w:after="0"/>
            </w:pPr>
          </w:p>
        </w:tc>
        <w:tc>
          <w:tcPr>
            <w:tcW w:w="3173" w:type="dxa"/>
            <w:vAlign w:val="center"/>
          </w:tcPr>
          <w:p w14:paraId="355E2523" w14:textId="77777777" w:rsidR="009F14C8" w:rsidRDefault="00000000">
            <w:pPr>
              <w:spacing w:after="0"/>
            </w:pPr>
            <w:r>
              <w:rPr>
                <w:sz w:val="18"/>
              </w:rPr>
              <w:t>3,70 / 5,00</w:t>
            </w:r>
          </w:p>
        </w:tc>
      </w:tr>
    </w:tbl>
    <w:p w14:paraId="20E03C86" w14:textId="77777777" w:rsidR="009F14C8" w:rsidRDefault="00000000">
      <w:r>
        <w:rPr>
          <w:noProof/>
        </w:rPr>
        <w:drawing>
          <wp:inline distT="0" distB="0" distL="0" distR="0" wp14:anchorId="31DA6A17" wp14:editId="2324D34B">
            <wp:extent cx="4343400" cy="2453523"/>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25.png"/>
                    <pic:cNvPicPr/>
                  </pic:nvPicPr>
                  <pic:blipFill>
                    <a:blip r:embed="rId35"/>
                    <a:stretch>
                      <a:fillRect/>
                    </a:stretch>
                  </pic:blipFill>
                  <pic:spPr>
                    <a:xfrm>
                      <a:off x="0" y="0"/>
                      <a:ext cx="4343400" cy="2453523"/>
                    </a:xfrm>
                    <a:prstGeom prst="rect">
                      <a:avLst/>
                    </a:prstGeom>
                  </pic:spPr>
                </pic:pic>
              </a:graphicData>
            </a:graphic>
          </wp:inline>
        </w:drawing>
      </w:r>
    </w:p>
    <w:p w14:paraId="557E98F3" w14:textId="77777777" w:rsidR="009F14C8" w:rsidRDefault="00000000">
      <w:pPr>
        <w:pStyle w:val="Balk3"/>
      </w:pPr>
      <w:bookmarkStart w:id="34" w:name="_Toc232111737"/>
      <w:r>
        <w:t>5.26. Madde 26’e İlişkin Bulgular</w:t>
      </w:r>
      <w:bookmarkEnd w:id="34"/>
    </w:p>
    <w:p w14:paraId="74BE8BEC" w14:textId="77777777" w:rsidR="009F14C8" w:rsidRDefault="00000000">
      <w:r>
        <w:rPr>
          <w:b/>
          <w:i/>
        </w:rPr>
        <w:t>(Danışmanlığını yürüttüğüm öğrencilerin kabul ve değerlendirme süreçlerinde liyakate dayalı bir sistemin işlediğini düşünüyorum.)</w:t>
      </w:r>
    </w:p>
    <w:p w14:paraId="4D0AE148" w14:textId="77777777" w:rsidR="009F14C8" w:rsidRDefault="00000000">
      <w:r>
        <w:t>Katılımcıların; 9'i (%64,3) Kesinlikle Katılıyorum, 1'i (%7,1) Katılıyorum, 2'i (%14,3) Kararsızım, 0'i (%0,0) Katılmıyorum, 2'i (%14,3) Kesinlikle Katılmıyorum şeklinde görüş bildirmiştir. Bu maddeye geçerli yanıt veren katılımcı sayısı 14'dir.</w:t>
      </w:r>
    </w:p>
    <w:p w14:paraId="35716D6F" w14:textId="77777777" w:rsidR="009F14C8" w:rsidRDefault="00000000">
      <w:r>
        <w:t>Ortalama puanın 4,07/5,00 olması, olumlu görüş oranının %71,4, kararsız görüş oranının %14,3 ve olumsuz görüş oranının %14,3 düzeyinde gerçekleşmesi bu sonuçlar, ilgili alanda akademik personel memnuniyetinin güçlü düzeyde olduğunu ve mevcut uygulamaların genel olarak olumlu değerlendirildiğini göstermektedir.</w:t>
      </w:r>
    </w:p>
    <w:tbl>
      <w:tblPr>
        <w:tblStyle w:val="TabloKlavuzu"/>
        <w:tblW w:w="0" w:type="auto"/>
        <w:jc w:val="center"/>
        <w:tblLook w:val="04A0" w:firstRow="1" w:lastRow="0" w:firstColumn="1" w:lastColumn="0" w:noHBand="0" w:noVBand="1"/>
      </w:tblPr>
      <w:tblGrid>
        <w:gridCol w:w="3173"/>
        <w:gridCol w:w="3173"/>
        <w:gridCol w:w="3173"/>
      </w:tblGrid>
      <w:tr w:rsidR="009F14C8" w14:paraId="3396BF23" w14:textId="77777777">
        <w:trPr>
          <w:jc w:val="center"/>
        </w:trPr>
        <w:tc>
          <w:tcPr>
            <w:tcW w:w="3173" w:type="dxa"/>
            <w:vAlign w:val="center"/>
          </w:tcPr>
          <w:p w14:paraId="5B8012D7" w14:textId="77777777" w:rsidR="009F14C8" w:rsidRDefault="00000000">
            <w:pPr>
              <w:spacing w:after="0"/>
            </w:pPr>
            <w:r>
              <w:rPr>
                <w:sz w:val="18"/>
              </w:rPr>
              <w:t>Seçenek</w:t>
            </w:r>
          </w:p>
        </w:tc>
        <w:tc>
          <w:tcPr>
            <w:tcW w:w="3173" w:type="dxa"/>
            <w:vAlign w:val="center"/>
          </w:tcPr>
          <w:p w14:paraId="5B5FA1F0" w14:textId="77777777" w:rsidR="009F14C8" w:rsidRDefault="00000000">
            <w:pPr>
              <w:spacing w:after="0"/>
            </w:pPr>
            <w:r>
              <w:rPr>
                <w:sz w:val="18"/>
              </w:rPr>
              <w:t>Frekans</w:t>
            </w:r>
          </w:p>
        </w:tc>
        <w:tc>
          <w:tcPr>
            <w:tcW w:w="3173" w:type="dxa"/>
            <w:vAlign w:val="center"/>
          </w:tcPr>
          <w:p w14:paraId="7ED45A3C" w14:textId="77777777" w:rsidR="009F14C8" w:rsidRDefault="00000000">
            <w:pPr>
              <w:spacing w:after="0"/>
            </w:pPr>
            <w:r>
              <w:rPr>
                <w:sz w:val="18"/>
              </w:rPr>
              <w:t>Oran</w:t>
            </w:r>
          </w:p>
        </w:tc>
      </w:tr>
      <w:tr w:rsidR="009F14C8" w14:paraId="1D603F71" w14:textId="77777777">
        <w:trPr>
          <w:jc w:val="center"/>
        </w:trPr>
        <w:tc>
          <w:tcPr>
            <w:tcW w:w="3173" w:type="dxa"/>
            <w:vAlign w:val="center"/>
          </w:tcPr>
          <w:p w14:paraId="392F67A0" w14:textId="77777777" w:rsidR="009F14C8" w:rsidRDefault="00000000">
            <w:pPr>
              <w:spacing w:after="0"/>
            </w:pPr>
            <w:r>
              <w:rPr>
                <w:sz w:val="18"/>
              </w:rPr>
              <w:lastRenderedPageBreak/>
              <w:t>5 = Kesinlikle Katılıyorum</w:t>
            </w:r>
          </w:p>
        </w:tc>
        <w:tc>
          <w:tcPr>
            <w:tcW w:w="3173" w:type="dxa"/>
            <w:vAlign w:val="center"/>
          </w:tcPr>
          <w:p w14:paraId="6AA72AA8" w14:textId="77777777" w:rsidR="009F14C8" w:rsidRDefault="00000000">
            <w:pPr>
              <w:spacing w:after="0"/>
            </w:pPr>
            <w:r>
              <w:rPr>
                <w:sz w:val="18"/>
              </w:rPr>
              <w:t>9</w:t>
            </w:r>
          </w:p>
        </w:tc>
        <w:tc>
          <w:tcPr>
            <w:tcW w:w="3173" w:type="dxa"/>
            <w:vAlign w:val="center"/>
          </w:tcPr>
          <w:p w14:paraId="2A1C5E74" w14:textId="77777777" w:rsidR="009F14C8" w:rsidRDefault="00000000">
            <w:pPr>
              <w:spacing w:after="0"/>
            </w:pPr>
            <w:r>
              <w:rPr>
                <w:sz w:val="18"/>
              </w:rPr>
              <w:t>%64,3</w:t>
            </w:r>
          </w:p>
        </w:tc>
      </w:tr>
      <w:tr w:rsidR="009F14C8" w14:paraId="38AC7496" w14:textId="77777777">
        <w:trPr>
          <w:jc w:val="center"/>
        </w:trPr>
        <w:tc>
          <w:tcPr>
            <w:tcW w:w="3173" w:type="dxa"/>
            <w:vAlign w:val="center"/>
          </w:tcPr>
          <w:p w14:paraId="106E877A" w14:textId="77777777" w:rsidR="009F14C8" w:rsidRDefault="00000000">
            <w:pPr>
              <w:spacing w:after="0"/>
            </w:pPr>
            <w:r>
              <w:rPr>
                <w:sz w:val="18"/>
              </w:rPr>
              <w:t>4 = Katılıyorum</w:t>
            </w:r>
          </w:p>
        </w:tc>
        <w:tc>
          <w:tcPr>
            <w:tcW w:w="3173" w:type="dxa"/>
            <w:vAlign w:val="center"/>
          </w:tcPr>
          <w:p w14:paraId="7B501A59" w14:textId="77777777" w:rsidR="009F14C8" w:rsidRDefault="00000000">
            <w:pPr>
              <w:spacing w:after="0"/>
            </w:pPr>
            <w:r>
              <w:rPr>
                <w:sz w:val="18"/>
              </w:rPr>
              <w:t>1</w:t>
            </w:r>
          </w:p>
        </w:tc>
        <w:tc>
          <w:tcPr>
            <w:tcW w:w="3173" w:type="dxa"/>
            <w:vAlign w:val="center"/>
          </w:tcPr>
          <w:p w14:paraId="4B0FD007" w14:textId="77777777" w:rsidR="009F14C8" w:rsidRDefault="00000000">
            <w:pPr>
              <w:spacing w:after="0"/>
            </w:pPr>
            <w:r>
              <w:rPr>
                <w:sz w:val="18"/>
              </w:rPr>
              <w:t>%7,1</w:t>
            </w:r>
          </w:p>
        </w:tc>
      </w:tr>
      <w:tr w:rsidR="009F14C8" w14:paraId="56EE31D9" w14:textId="77777777">
        <w:trPr>
          <w:jc w:val="center"/>
        </w:trPr>
        <w:tc>
          <w:tcPr>
            <w:tcW w:w="3173" w:type="dxa"/>
            <w:vAlign w:val="center"/>
          </w:tcPr>
          <w:p w14:paraId="4B016260" w14:textId="77777777" w:rsidR="009F14C8" w:rsidRDefault="00000000">
            <w:pPr>
              <w:spacing w:after="0"/>
            </w:pPr>
            <w:r>
              <w:rPr>
                <w:sz w:val="18"/>
              </w:rPr>
              <w:t>3 = Kararsızım</w:t>
            </w:r>
          </w:p>
        </w:tc>
        <w:tc>
          <w:tcPr>
            <w:tcW w:w="3173" w:type="dxa"/>
            <w:vAlign w:val="center"/>
          </w:tcPr>
          <w:p w14:paraId="0F27EC72" w14:textId="77777777" w:rsidR="009F14C8" w:rsidRDefault="00000000">
            <w:pPr>
              <w:spacing w:after="0"/>
            </w:pPr>
            <w:r>
              <w:rPr>
                <w:sz w:val="18"/>
              </w:rPr>
              <w:t>2</w:t>
            </w:r>
          </w:p>
        </w:tc>
        <w:tc>
          <w:tcPr>
            <w:tcW w:w="3173" w:type="dxa"/>
            <w:vAlign w:val="center"/>
          </w:tcPr>
          <w:p w14:paraId="09A696A7" w14:textId="77777777" w:rsidR="009F14C8" w:rsidRDefault="00000000">
            <w:pPr>
              <w:spacing w:after="0"/>
            </w:pPr>
            <w:r>
              <w:rPr>
                <w:sz w:val="18"/>
              </w:rPr>
              <w:t>%14,3</w:t>
            </w:r>
          </w:p>
        </w:tc>
      </w:tr>
      <w:tr w:rsidR="009F14C8" w14:paraId="53C05CE9" w14:textId="77777777">
        <w:trPr>
          <w:jc w:val="center"/>
        </w:trPr>
        <w:tc>
          <w:tcPr>
            <w:tcW w:w="3173" w:type="dxa"/>
            <w:vAlign w:val="center"/>
          </w:tcPr>
          <w:p w14:paraId="0AFB3FFB" w14:textId="77777777" w:rsidR="009F14C8" w:rsidRDefault="00000000">
            <w:pPr>
              <w:spacing w:after="0"/>
            </w:pPr>
            <w:r>
              <w:rPr>
                <w:sz w:val="18"/>
              </w:rPr>
              <w:t>2 = Katılmıyorum</w:t>
            </w:r>
          </w:p>
        </w:tc>
        <w:tc>
          <w:tcPr>
            <w:tcW w:w="3173" w:type="dxa"/>
            <w:vAlign w:val="center"/>
          </w:tcPr>
          <w:p w14:paraId="63D2341B" w14:textId="77777777" w:rsidR="009F14C8" w:rsidRDefault="00000000">
            <w:pPr>
              <w:spacing w:after="0"/>
            </w:pPr>
            <w:r>
              <w:rPr>
                <w:sz w:val="18"/>
              </w:rPr>
              <w:t>0</w:t>
            </w:r>
          </w:p>
        </w:tc>
        <w:tc>
          <w:tcPr>
            <w:tcW w:w="3173" w:type="dxa"/>
            <w:vAlign w:val="center"/>
          </w:tcPr>
          <w:p w14:paraId="1225EB4B" w14:textId="77777777" w:rsidR="009F14C8" w:rsidRDefault="00000000">
            <w:pPr>
              <w:spacing w:after="0"/>
            </w:pPr>
            <w:r>
              <w:rPr>
                <w:sz w:val="18"/>
              </w:rPr>
              <w:t>%0,0</w:t>
            </w:r>
          </w:p>
        </w:tc>
      </w:tr>
      <w:tr w:rsidR="009F14C8" w14:paraId="1A9CE4AE" w14:textId="77777777">
        <w:trPr>
          <w:jc w:val="center"/>
        </w:trPr>
        <w:tc>
          <w:tcPr>
            <w:tcW w:w="3173" w:type="dxa"/>
            <w:vAlign w:val="center"/>
          </w:tcPr>
          <w:p w14:paraId="15B9271F" w14:textId="77777777" w:rsidR="009F14C8" w:rsidRDefault="00000000">
            <w:pPr>
              <w:spacing w:after="0"/>
            </w:pPr>
            <w:r>
              <w:rPr>
                <w:sz w:val="18"/>
              </w:rPr>
              <w:t>1 = Kesinlikle Katılmıyorum</w:t>
            </w:r>
          </w:p>
        </w:tc>
        <w:tc>
          <w:tcPr>
            <w:tcW w:w="3173" w:type="dxa"/>
            <w:vAlign w:val="center"/>
          </w:tcPr>
          <w:p w14:paraId="7B1E86E2" w14:textId="77777777" w:rsidR="009F14C8" w:rsidRDefault="00000000">
            <w:pPr>
              <w:spacing w:after="0"/>
            </w:pPr>
            <w:r>
              <w:rPr>
                <w:sz w:val="18"/>
              </w:rPr>
              <w:t>2</w:t>
            </w:r>
          </w:p>
        </w:tc>
        <w:tc>
          <w:tcPr>
            <w:tcW w:w="3173" w:type="dxa"/>
            <w:vAlign w:val="center"/>
          </w:tcPr>
          <w:p w14:paraId="5D2975E6" w14:textId="77777777" w:rsidR="009F14C8" w:rsidRDefault="00000000">
            <w:pPr>
              <w:spacing w:after="0"/>
            </w:pPr>
            <w:r>
              <w:rPr>
                <w:sz w:val="18"/>
              </w:rPr>
              <w:t>%14,3</w:t>
            </w:r>
          </w:p>
        </w:tc>
      </w:tr>
      <w:tr w:rsidR="009F14C8" w14:paraId="3B6FFC31" w14:textId="77777777">
        <w:trPr>
          <w:jc w:val="center"/>
        </w:trPr>
        <w:tc>
          <w:tcPr>
            <w:tcW w:w="3173" w:type="dxa"/>
            <w:vAlign w:val="center"/>
          </w:tcPr>
          <w:p w14:paraId="0FFD9ED0" w14:textId="77777777" w:rsidR="009F14C8" w:rsidRDefault="00000000">
            <w:pPr>
              <w:spacing w:after="0"/>
            </w:pPr>
            <w:r>
              <w:rPr>
                <w:sz w:val="18"/>
              </w:rPr>
              <w:t>Ortalama</w:t>
            </w:r>
          </w:p>
        </w:tc>
        <w:tc>
          <w:tcPr>
            <w:tcW w:w="3173" w:type="dxa"/>
            <w:vAlign w:val="center"/>
          </w:tcPr>
          <w:p w14:paraId="0FC23C80" w14:textId="77777777" w:rsidR="009F14C8" w:rsidRDefault="009F14C8">
            <w:pPr>
              <w:spacing w:after="0"/>
            </w:pPr>
          </w:p>
        </w:tc>
        <w:tc>
          <w:tcPr>
            <w:tcW w:w="3173" w:type="dxa"/>
            <w:vAlign w:val="center"/>
          </w:tcPr>
          <w:p w14:paraId="2997B10D" w14:textId="77777777" w:rsidR="009F14C8" w:rsidRDefault="00000000">
            <w:pPr>
              <w:spacing w:after="0"/>
            </w:pPr>
            <w:r>
              <w:rPr>
                <w:sz w:val="18"/>
              </w:rPr>
              <w:t>4,07 / 5,00</w:t>
            </w:r>
          </w:p>
        </w:tc>
      </w:tr>
    </w:tbl>
    <w:p w14:paraId="522AADAE" w14:textId="77777777" w:rsidR="009F14C8" w:rsidRDefault="00000000">
      <w:r>
        <w:rPr>
          <w:noProof/>
        </w:rPr>
        <w:drawing>
          <wp:inline distT="0" distB="0" distL="0" distR="0" wp14:anchorId="56CA9D0A" wp14:editId="35F77CB3">
            <wp:extent cx="4343400" cy="2453523"/>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26.png"/>
                    <pic:cNvPicPr/>
                  </pic:nvPicPr>
                  <pic:blipFill>
                    <a:blip r:embed="rId36"/>
                    <a:stretch>
                      <a:fillRect/>
                    </a:stretch>
                  </pic:blipFill>
                  <pic:spPr>
                    <a:xfrm>
                      <a:off x="0" y="0"/>
                      <a:ext cx="4343400" cy="2453523"/>
                    </a:xfrm>
                    <a:prstGeom prst="rect">
                      <a:avLst/>
                    </a:prstGeom>
                  </pic:spPr>
                </pic:pic>
              </a:graphicData>
            </a:graphic>
          </wp:inline>
        </w:drawing>
      </w:r>
    </w:p>
    <w:p w14:paraId="4A55C9CC" w14:textId="77777777" w:rsidR="009F14C8" w:rsidRDefault="00000000">
      <w:pPr>
        <w:pStyle w:val="Balk3"/>
      </w:pPr>
      <w:bookmarkStart w:id="35" w:name="_Toc232111738"/>
      <w:r>
        <w:t>5.27. Madde 27’e İlişkin Bulgular</w:t>
      </w:r>
      <w:bookmarkEnd w:id="35"/>
    </w:p>
    <w:p w14:paraId="582B6BED" w14:textId="77777777" w:rsidR="009F14C8" w:rsidRDefault="00000000">
      <w:r>
        <w:rPr>
          <w:b/>
          <w:i/>
        </w:rPr>
        <w:t>(Öğrencilerle ilgili disiplin veya rehberlik gerektiren durumlarda ilgili birimlerden hızlı destek alabiliyorum.)</w:t>
      </w:r>
    </w:p>
    <w:p w14:paraId="14D8549E" w14:textId="77777777" w:rsidR="009F14C8" w:rsidRDefault="00000000">
      <w:r>
        <w:t>Katılımcıların; 5'i (%45,5) Kesinlikle Katılıyorum, 2'i (%18,2) Katılıyorum, 3'i (%27,3) Kararsızım, 1'i (%9,1) Katılmıyorum, 0'i (%0,0) Kesinlikle Katılmıyorum şeklinde görüş bildirmiştir. Bu maddeye geçerli yanıt veren katılımcı sayısı 11'dir.</w:t>
      </w:r>
    </w:p>
    <w:p w14:paraId="4A32EBFE" w14:textId="77777777" w:rsidR="009F14C8" w:rsidRDefault="00000000">
      <w:r>
        <w:t>Ortalama puanın 4,00/5,00 olması, olumlu görüş oranının %63,6, kararsız görüş oranının %27,3 ve olumsuz görüş oranının %9,1 düzeyinde gerçekleşmesi bu sonuçlar, ilgili alanda akademik personel memnuniyetinin güçlü düzeyde olduğunu ve mevcut uygulamaların genel olarak olumlu değerlendirildiğini göstermektedir.</w:t>
      </w:r>
    </w:p>
    <w:tbl>
      <w:tblPr>
        <w:tblStyle w:val="TabloKlavuzu"/>
        <w:tblW w:w="0" w:type="auto"/>
        <w:jc w:val="center"/>
        <w:tblLook w:val="04A0" w:firstRow="1" w:lastRow="0" w:firstColumn="1" w:lastColumn="0" w:noHBand="0" w:noVBand="1"/>
      </w:tblPr>
      <w:tblGrid>
        <w:gridCol w:w="3173"/>
        <w:gridCol w:w="3173"/>
        <w:gridCol w:w="3173"/>
      </w:tblGrid>
      <w:tr w:rsidR="009F14C8" w14:paraId="2FA735A1" w14:textId="77777777">
        <w:trPr>
          <w:jc w:val="center"/>
        </w:trPr>
        <w:tc>
          <w:tcPr>
            <w:tcW w:w="3173" w:type="dxa"/>
            <w:vAlign w:val="center"/>
          </w:tcPr>
          <w:p w14:paraId="1E944AC3" w14:textId="77777777" w:rsidR="009F14C8" w:rsidRDefault="00000000">
            <w:pPr>
              <w:spacing w:after="0"/>
            </w:pPr>
            <w:r>
              <w:rPr>
                <w:sz w:val="18"/>
              </w:rPr>
              <w:t>Seçenek</w:t>
            </w:r>
          </w:p>
        </w:tc>
        <w:tc>
          <w:tcPr>
            <w:tcW w:w="3173" w:type="dxa"/>
            <w:vAlign w:val="center"/>
          </w:tcPr>
          <w:p w14:paraId="3A04EC5D" w14:textId="77777777" w:rsidR="009F14C8" w:rsidRDefault="00000000">
            <w:pPr>
              <w:spacing w:after="0"/>
            </w:pPr>
            <w:r>
              <w:rPr>
                <w:sz w:val="18"/>
              </w:rPr>
              <w:t>Frekans</w:t>
            </w:r>
          </w:p>
        </w:tc>
        <w:tc>
          <w:tcPr>
            <w:tcW w:w="3173" w:type="dxa"/>
            <w:vAlign w:val="center"/>
          </w:tcPr>
          <w:p w14:paraId="69EC773C" w14:textId="77777777" w:rsidR="009F14C8" w:rsidRDefault="00000000">
            <w:pPr>
              <w:spacing w:after="0"/>
            </w:pPr>
            <w:r>
              <w:rPr>
                <w:sz w:val="18"/>
              </w:rPr>
              <w:t>Oran</w:t>
            </w:r>
          </w:p>
        </w:tc>
      </w:tr>
      <w:tr w:rsidR="009F14C8" w14:paraId="4582FC18" w14:textId="77777777">
        <w:trPr>
          <w:jc w:val="center"/>
        </w:trPr>
        <w:tc>
          <w:tcPr>
            <w:tcW w:w="3173" w:type="dxa"/>
            <w:vAlign w:val="center"/>
          </w:tcPr>
          <w:p w14:paraId="3CC12C7E" w14:textId="77777777" w:rsidR="009F14C8" w:rsidRDefault="00000000">
            <w:pPr>
              <w:spacing w:after="0"/>
            </w:pPr>
            <w:r>
              <w:rPr>
                <w:sz w:val="18"/>
              </w:rPr>
              <w:t>5 = Kesinlikle Katılıyorum</w:t>
            </w:r>
          </w:p>
        </w:tc>
        <w:tc>
          <w:tcPr>
            <w:tcW w:w="3173" w:type="dxa"/>
            <w:vAlign w:val="center"/>
          </w:tcPr>
          <w:p w14:paraId="59D4B0CB" w14:textId="77777777" w:rsidR="009F14C8" w:rsidRDefault="00000000">
            <w:pPr>
              <w:spacing w:after="0"/>
            </w:pPr>
            <w:r>
              <w:rPr>
                <w:sz w:val="18"/>
              </w:rPr>
              <w:t>5</w:t>
            </w:r>
          </w:p>
        </w:tc>
        <w:tc>
          <w:tcPr>
            <w:tcW w:w="3173" w:type="dxa"/>
            <w:vAlign w:val="center"/>
          </w:tcPr>
          <w:p w14:paraId="4F8F3F7A" w14:textId="77777777" w:rsidR="009F14C8" w:rsidRDefault="00000000">
            <w:pPr>
              <w:spacing w:after="0"/>
            </w:pPr>
            <w:r>
              <w:rPr>
                <w:sz w:val="18"/>
              </w:rPr>
              <w:t>%45,5</w:t>
            </w:r>
          </w:p>
        </w:tc>
      </w:tr>
      <w:tr w:rsidR="009F14C8" w14:paraId="06F93887" w14:textId="77777777">
        <w:trPr>
          <w:jc w:val="center"/>
        </w:trPr>
        <w:tc>
          <w:tcPr>
            <w:tcW w:w="3173" w:type="dxa"/>
            <w:vAlign w:val="center"/>
          </w:tcPr>
          <w:p w14:paraId="4D0DF737" w14:textId="77777777" w:rsidR="009F14C8" w:rsidRDefault="00000000">
            <w:pPr>
              <w:spacing w:after="0"/>
            </w:pPr>
            <w:r>
              <w:rPr>
                <w:sz w:val="18"/>
              </w:rPr>
              <w:t>4 = Katılıyorum</w:t>
            </w:r>
          </w:p>
        </w:tc>
        <w:tc>
          <w:tcPr>
            <w:tcW w:w="3173" w:type="dxa"/>
            <w:vAlign w:val="center"/>
          </w:tcPr>
          <w:p w14:paraId="2BD1D24C" w14:textId="77777777" w:rsidR="009F14C8" w:rsidRDefault="00000000">
            <w:pPr>
              <w:spacing w:after="0"/>
            </w:pPr>
            <w:r>
              <w:rPr>
                <w:sz w:val="18"/>
              </w:rPr>
              <w:t>2</w:t>
            </w:r>
          </w:p>
        </w:tc>
        <w:tc>
          <w:tcPr>
            <w:tcW w:w="3173" w:type="dxa"/>
            <w:vAlign w:val="center"/>
          </w:tcPr>
          <w:p w14:paraId="2B7D74DE" w14:textId="77777777" w:rsidR="009F14C8" w:rsidRDefault="00000000">
            <w:pPr>
              <w:spacing w:after="0"/>
            </w:pPr>
            <w:r>
              <w:rPr>
                <w:sz w:val="18"/>
              </w:rPr>
              <w:t>%18,2</w:t>
            </w:r>
          </w:p>
        </w:tc>
      </w:tr>
      <w:tr w:rsidR="009F14C8" w14:paraId="7023FDAB" w14:textId="77777777">
        <w:trPr>
          <w:jc w:val="center"/>
        </w:trPr>
        <w:tc>
          <w:tcPr>
            <w:tcW w:w="3173" w:type="dxa"/>
            <w:vAlign w:val="center"/>
          </w:tcPr>
          <w:p w14:paraId="21FA3849" w14:textId="77777777" w:rsidR="009F14C8" w:rsidRDefault="00000000">
            <w:pPr>
              <w:spacing w:after="0"/>
            </w:pPr>
            <w:r>
              <w:rPr>
                <w:sz w:val="18"/>
              </w:rPr>
              <w:t>3 = Kararsızım</w:t>
            </w:r>
          </w:p>
        </w:tc>
        <w:tc>
          <w:tcPr>
            <w:tcW w:w="3173" w:type="dxa"/>
            <w:vAlign w:val="center"/>
          </w:tcPr>
          <w:p w14:paraId="174E0690" w14:textId="77777777" w:rsidR="009F14C8" w:rsidRDefault="00000000">
            <w:pPr>
              <w:spacing w:after="0"/>
            </w:pPr>
            <w:r>
              <w:rPr>
                <w:sz w:val="18"/>
              </w:rPr>
              <w:t>3</w:t>
            </w:r>
          </w:p>
        </w:tc>
        <w:tc>
          <w:tcPr>
            <w:tcW w:w="3173" w:type="dxa"/>
            <w:vAlign w:val="center"/>
          </w:tcPr>
          <w:p w14:paraId="275E8513" w14:textId="77777777" w:rsidR="009F14C8" w:rsidRDefault="00000000">
            <w:pPr>
              <w:spacing w:after="0"/>
            </w:pPr>
            <w:r>
              <w:rPr>
                <w:sz w:val="18"/>
              </w:rPr>
              <w:t>%27,3</w:t>
            </w:r>
          </w:p>
        </w:tc>
      </w:tr>
      <w:tr w:rsidR="009F14C8" w14:paraId="275F13D2" w14:textId="77777777">
        <w:trPr>
          <w:jc w:val="center"/>
        </w:trPr>
        <w:tc>
          <w:tcPr>
            <w:tcW w:w="3173" w:type="dxa"/>
            <w:vAlign w:val="center"/>
          </w:tcPr>
          <w:p w14:paraId="2FC78C2C" w14:textId="77777777" w:rsidR="009F14C8" w:rsidRDefault="00000000">
            <w:pPr>
              <w:spacing w:after="0"/>
            </w:pPr>
            <w:r>
              <w:rPr>
                <w:sz w:val="18"/>
              </w:rPr>
              <w:t>2 = Katılmıyorum</w:t>
            </w:r>
          </w:p>
        </w:tc>
        <w:tc>
          <w:tcPr>
            <w:tcW w:w="3173" w:type="dxa"/>
            <w:vAlign w:val="center"/>
          </w:tcPr>
          <w:p w14:paraId="155941FD" w14:textId="77777777" w:rsidR="009F14C8" w:rsidRDefault="00000000">
            <w:pPr>
              <w:spacing w:after="0"/>
            </w:pPr>
            <w:r>
              <w:rPr>
                <w:sz w:val="18"/>
              </w:rPr>
              <w:t>1</w:t>
            </w:r>
          </w:p>
        </w:tc>
        <w:tc>
          <w:tcPr>
            <w:tcW w:w="3173" w:type="dxa"/>
            <w:vAlign w:val="center"/>
          </w:tcPr>
          <w:p w14:paraId="1C453DC3" w14:textId="77777777" w:rsidR="009F14C8" w:rsidRDefault="00000000">
            <w:pPr>
              <w:spacing w:after="0"/>
            </w:pPr>
            <w:r>
              <w:rPr>
                <w:sz w:val="18"/>
              </w:rPr>
              <w:t>%9,1</w:t>
            </w:r>
          </w:p>
        </w:tc>
      </w:tr>
      <w:tr w:rsidR="009F14C8" w14:paraId="6C977972" w14:textId="77777777">
        <w:trPr>
          <w:jc w:val="center"/>
        </w:trPr>
        <w:tc>
          <w:tcPr>
            <w:tcW w:w="3173" w:type="dxa"/>
            <w:vAlign w:val="center"/>
          </w:tcPr>
          <w:p w14:paraId="058818B0" w14:textId="77777777" w:rsidR="009F14C8" w:rsidRDefault="00000000">
            <w:pPr>
              <w:spacing w:after="0"/>
            </w:pPr>
            <w:r>
              <w:rPr>
                <w:sz w:val="18"/>
              </w:rPr>
              <w:t>1 = Kesinlikle Katılmıyorum</w:t>
            </w:r>
          </w:p>
        </w:tc>
        <w:tc>
          <w:tcPr>
            <w:tcW w:w="3173" w:type="dxa"/>
            <w:vAlign w:val="center"/>
          </w:tcPr>
          <w:p w14:paraId="5127D0A8" w14:textId="77777777" w:rsidR="009F14C8" w:rsidRDefault="00000000">
            <w:pPr>
              <w:spacing w:after="0"/>
            </w:pPr>
            <w:r>
              <w:rPr>
                <w:sz w:val="18"/>
              </w:rPr>
              <w:t>0</w:t>
            </w:r>
          </w:p>
        </w:tc>
        <w:tc>
          <w:tcPr>
            <w:tcW w:w="3173" w:type="dxa"/>
            <w:vAlign w:val="center"/>
          </w:tcPr>
          <w:p w14:paraId="7F7CAA20" w14:textId="77777777" w:rsidR="009F14C8" w:rsidRDefault="00000000">
            <w:pPr>
              <w:spacing w:after="0"/>
            </w:pPr>
            <w:r>
              <w:rPr>
                <w:sz w:val="18"/>
              </w:rPr>
              <w:t>%0,0</w:t>
            </w:r>
          </w:p>
        </w:tc>
      </w:tr>
      <w:tr w:rsidR="009F14C8" w14:paraId="2D4D4A81" w14:textId="77777777">
        <w:trPr>
          <w:jc w:val="center"/>
        </w:trPr>
        <w:tc>
          <w:tcPr>
            <w:tcW w:w="3173" w:type="dxa"/>
            <w:vAlign w:val="center"/>
          </w:tcPr>
          <w:p w14:paraId="0A1AF2F1" w14:textId="77777777" w:rsidR="009F14C8" w:rsidRDefault="00000000">
            <w:pPr>
              <w:spacing w:after="0"/>
            </w:pPr>
            <w:r>
              <w:rPr>
                <w:sz w:val="18"/>
              </w:rPr>
              <w:t>Ortalama</w:t>
            </w:r>
          </w:p>
        </w:tc>
        <w:tc>
          <w:tcPr>
            <w:tcW w:w="3173" w:type="dxa"/>
            <w:vAlign w:val="center"/>
          </w:tcPr>
          <w:p w14:paraId="46E6CA03" w14:textId="77777777" w:rsidR="009F14C8" w:rsidRDefault="009F14C8">
            <w:pPr>
              <w:spacing w:after="0"/>
            </w:pPr>
          </w:p>
        </w:tc>
        <w:tc>
          <w:tcPr>
            <w:tcW w:w="3173" w:type="dxa"/>
            <w:vAlign w:val="center"/>
          </w:tcPr>
          <w:p w14:paraId="1EE0B35A" w14:textId="77777777" w:rsidR="009F14C8" w:rsidRDefault="00000000">
            <w:pPr>
              <w:spacing w:after="0"/>
            </w:pPr>
            <w:r>
              <w:rPr>
                <w:sz w:val="18"/>
              </w:rPr>
              <w:t>4,00 / 5,00</w:t>
            </w:r>
          </w:p>
        </w:tc>
      </w:tr>
    </w:tbl>
    <w:p w14:paraId="0930034B" w14:textId="77777777" w:rsidR="009F14C8" w:rsidRDefault="00000000">
      <w:r>
        <w:rPr>
          <w:noProof/>
        </w:rPr>
        <w:lastRenderedPageBreak/>
        <w:drawing>
          <wp:inline distT="0" distB="0" distL="0" distR="0" wp14:anchorId="7277A05D" wp14:editId="724FF89B">
            <wp:extent cx="4343400" cy="2453523"/>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27.png"/>
                    <pic:cNvPicPr/>
                  </pic:nvPicPr>
                  <pic:blipFill>
                    <a:blip r:embed="rId37"/>
                    <a:stretch>
                      <a:fillRect/>
                    </a:stretch>
                  </pic:blipFill>
                  <pic:spPr>
                    <a:xfrm>
                      <a:off x="0" y="0"/>
                      <a:ext cx="4343400" cy="2453523"/>
                    </a:xfrm>
                    <a:prstGeom prst="rect">
                      <a:avLst/>
                    </a:prstGeom>
                  </pic:spPr>
                </pic:pic>
              </a:graphicData>
            </a:graphic>
          </wp:inline>
        </w:drawing>
      </w:r>
    </w:p>
    <w:p w14:paraId="11FB1237" w14:textId="77777777" w:rsidR="009F14C8" w:rsidRDefault="00000000">
      <w:pPr>
        <w:pStyle w:val="Balk3"/>
      </w:pPr>
      <w:bookmarkStart w:id="36" w:name="_Toc232111739"/>
      <w:r>
        <w:t>5.28. Madde 28’e İlişkin Bulgular</w:t>
      </w:r>
      <w:bookmarkEnd w:id="36"/>
    </w:p>
    <w:p w14:paraId="67F683C5" w14:textId="77777777" w:rsidR="009F14C8" w:rsidRDefault="00000000">
      <w:r>
        <w:rPr>
          <w:b/>
          <w:i/>
        </w:rPr>
        <w:t>(Öğrencilerin kariyer planlama ve mesleki gelişimleri konusunda Fakülte bünyesinde yeterli rehberlik hizmeti aldığını gözlemliyorum.)</w:t>
      </w:r>
    </w:p>
    <w:p w14:paraId="772A1AD1" w14:textId="77777777" w:rsidR="009F14C8" w:rsidRDefault="00000000">
      <w:r>
        <w:t>Katılımcıların; 2'i (%18,2) Kesinlikle Katılıyorum, 6'i (%54,5) Katılıyorum, 3'i (%27,3) Kararsızım, 0'i (%0,0) Katılmıyorum, 0'i (%0,0) Kesinlikle Katılmıyorum şeklinde görüş bildirmiştir. Bu maddeye geçerli yanıt veren katılımcı sayısı 11'dir.</w:t>
      </w:r>
    </w:p>
    <w:p w14:paraId="2553C69A" w14:textId="77777777" w:rsidR="009F14C8" w:rsidRDefault="00000000">
      <w:r>
        <w:t>Ortalama puanın 3,91/5,00 olması, olumlu görüş oranının %72,7, kararsız görüş oranının %27,3 ve olumsuz görüş oranının %0,0 düzeyinde gerçekleşmesi bu sonuçlar, ilgili alanda genel eğilimin olumlu olduğunu; bununla birlikte kararsız ve olumsuz görüşlerin de iyileştirme süreçlerinde dikkate alınması gerektiğini göstermektedir.</w:t>
      </w:r>
    </w:p>
    <w:tbl>
      <w:tblPr>
        <w:tblStyle w:val="TabloKlavuzu"/>
        <w:tblW w:w="0" w:type="auto"/>
        <w:jc w:val="center"/>
        <w:tblLook w:val="04A0" w:firstRow="1" w:lastRow="0" w:firstColumn="1" w:lastColumn="0" w:noHBand="0" w:noVBand="1"/>
      </w:tblPr>
      <w:tblGrid>
        <w:gridCol w:w="3173"/>
        <w:gridCol w:w="3173"/>
        <w:gridCol w:w="3173"/>
      </w:tblGrid>
      <w:tr w:rsidR="009F14C8" w14:paraId="54FC77D1" w14:textId="77777777">
        <w:trPr>
          <w:jc w:val="center"/>
        </w:trPr>
        <w:tc>
          <w:tcPr>
            <w:tcW w:w="3173" w:type="dxa"/>
            <w:vAlign w:val="center"/>
          </w:tcPr>
          <w:p w14:paraId="19F6D365" w14:textId="77777777" w:rsidR="009F14C8" w:rsidRDefault="00000000">
            <w:pPr>
              <w:spacing w:after="0"/>
            </w:pPr>
            <w:r>
              <w:rPr>
                <w:sz w:val="18"/>
              </w:rPr>
              <w:t>Seçenek</w:t>
            </w:r>
          </w:p>
        </w:tc>
        <w:tc>
          <w:tcPr>
            <w:tcW w:w="3173" w:type="dxa"/>
            <w:vAlign w:val="center"/>
          </w:tcPr>
          <w:p w14:paraId="2D188E2D" w14:textId="77777777" w:rsidR="009F14C8" w:rsidRDefault="00000000">
            <w:pPr>
              <w:spacing w:after="0"/>
            </w:pPr>
            <w:r>
              <w:rPr>
                <w:sz w:val="18"/>
              </w:rPr>
              <w:t>Frekans</w:t>
            </w:r>
          </w:p>
        </w:tc>
        <w:tc>
          <w:tcPr>
            <w:tcW w:w="3173" w:type="dxa"/>
            <w:vAlign w:val="center"/>
          </w:tcPr>
          <w:p w14:paraId="22132EF0" w14:textId="77777777" w:rsidR="009F14C8" w:rsidRDefault="00000000">
            <w:pPr>
              <w:spacing w:after="0"/>
            </w:pPr>
            <w:r>
              <w:rPr>
                <w:sz w:val="18"/>
              </w:rPr>
              <w:t>Oran</w:t>
            </w:r>
          </w:p>
        </w:tc>
      </w:tr>
      <w:tr w:rsidR="009F14C8" w14:paraId="67AD5452" w14:textId="77777777">
        <w:trPr>
          <w:jc w:val="center"/>
        </w:trPr>
        <w:tc>
          <w:tcPr>
            <w:tcW w:w="3173" w:type="dxa"/>
            <w:vAlign w:val="center"/>
          </w:tcPr>
          <w:p w14:paraId="748D6377" w14:textId="77777777" w:rsidR="009F14C8" w:rsidRDefault="00000000">
            <w:pPr>
              <w:spacing w:after="0"/>
            </w:pPr>
            <w:r>
              <w:rPr>
                <w:sz w:val="18"/>
              </w:rPr>
              <w:t>5 = Kesinlikle Katılıyorum</w:t>
            </w:r>
          </w:p>
        </w:tc>
        <w:tc>
          <w:tcPr>
            <w:tcW w:w="3173" w:type="dxa"/>
            <w:vAlign w:val="center"/>
          </w:tcPr>
          <w:p w14:paraId="6F2DC490" w14:textId="77777777" w:rsidR="009F14C8" w:rsidRDefault="00000000">
            <w:pPr>
              <w:spacing w:after="0"/>
            </w:pPr>
            <w:r>
              <w:rPr>
                <w:sz w:val="18"/>
              </w:rPr>
              <w:t>2</w:t>
            </w:r>
          </w:p>
        </w:tc>
        <w:tc>
          <w:tcPr>
            <w:tcW w:w="3173" w:type="dxa"/>
            <w:vAlign w:val="center"/>
          </w:tcPr>
          <w:p w14:paraId="49DABDBA" w14:textId="77777777" w:rsidR="009F14C8" w:rsidRDefault="00000000">
            <w:pPr>
              <w:spacing w:after="0"/>
            </w:pPr>
            <w:r>
              <w:rPr>
                <w:sz w:val="18"/>
              </w:rPr>
              <w:t>%18,2</w:t>
            </w:r>
          </w:p>
        </w:tc>
      </w:tr>
      <w:tr w:rsidR="009F14C8" w14:paraId="02FE9BED" w14:textId="77777777">
        <w:trPr>
          <w:jc w:val="center"/>
        </w:trPr>
        <w:tc>
          <w:tcPr>
            <w:tcW w:w="3173" w:type="dxa"/>
            <w:vAlign w:val="center"/>
          </w:tcPr>
          <w:p w14:paraId="7F88C020" w14:textId="77777777" w:rsidR="009F14C8" w:rsidRDefault="00000000">
            <w:pPr>
              <w:spacing w:after="0"/>
            </w:pPr>
            <w:r>
              <w:rPr>
                <w:sz w:val="18"/>
              </w:rPr>
              <w:t>4 = Katılıyorum</w:t>
            </w:r>
          </w:p>
        </w:tc>
        <w:tc>
          <w:tcPr>
            <w:tcW w:w="3173" w:type="dxa"/>
            <w:vAlign w:val="center"/>
          </w:tcPr>
          <w:p w14:paraId="3C3F92DF" w14:textId="77777777" w:rsidR="009F14C8" w:rsidRDefault="00000000">
            <w:pPr>
              <w:spacing w:after="0"/>
            </w:pPr>
            <w:r>
              <w:rPr>
                <w:sz w:val="18"/>
              </w:rPr>
              <w:t>6</w:t>
            </w:r>
          </w:p>
        </w:tc>
        <w:tc>
          <w:tcPr>
            <w:tcW w:w="3173" w:type="dxa"/>
            <w:vAlign w:val="center"/>
          </w:tcPr>
          <w:p w14:paraId="6DF2499A" w14:textId="77777777" w:rsidR="009F14C8" w:rsidRDefault="00000000">
            <w:pPr>
              <w:spacing w:after="0"/>
            </w:pPr>
            <w:r>
              <w:rPr>
                <w:sz w:val="18"/>
              </w:rPr>
              <w:t>%54,5</w:t>
            </w:r>
          </w:p>
        </w:tc>
      </w:tr>
      <w:tr w:rsidR="009F14C8" w14:paraId="4242198B" w14:textId="77777777">
        <w:trPr>
          <w:jc w:val="center"/>
        </w:trPr>
        <w:tc>
          <w:tcPr>
            <w:tcW w:w="3173" w:type="dxa"/>
            <w:vAlign w:val="center"/>
          </w:tcPr>
          <w:p w14:paraId="7CB073B0" w14:textId="77777777" w:rsidR="009F14C8" w:rsidRDefault="00000000">
            <w:pPr>
              <w:spacing w:after="0"/>
            </w:pPr>
            <w:r>
              <w:rPr>
                <w:sz w:val="18"/>
              </w:rPr>
              <w:t>3 = Kararsızım</w:t>
            </w:r>
          </w:p>
        </w:tc>
        <w:tc>
          <w:tcPr>
            <w:tcW w:w="3173" w:type="dxa"/>
            <w:vAlign w:val="center"/>
          </w:tcPr>
          <w:p w14:paraId="185327AB" w14:textId="77777777" w:rsidR="009F14C8" w:rsidRDefault="00000000">
            <w:pPr>
              <w:spacing w:after="0"/>
            </w:pPr>
            <w:r>
              <w:rPr>
                <w:sz w:val="18"/>
              </w:rPr>
              <w:t>3</w:t>
            </w:r>
          </w:p>
        </w:tc>
        <w:tc>
          <w:tcPr>
            <w:tcW w:w="3173" w:type="dxa"/>
            <w:vAlign w:val="center"/>
          </w:tcPr>
          <w:p w14:paraId="492597EC" w14:textId="77777777" w:rsidR="009F14C8" w:rsidRDefault="00000000">
            <w:pPr>
              <w:spacing w:after="0"/>
            </w:pPr>
            <w:r>
              <w:rPr>
                <w:sz w:val="18"/>
              </w:rPr>
              <w:t>%27,3</w:t>
            </w:r>
          </w:p>
        </w:tc>
      </w:tr>
      <w:tr w:rsidR="009F14C8" w14:paraId="1A129AD8" w14:textId="77777777">
        <w:trPr>
          <w:jc w:val="center"/>
        </w:trPr>
        <w:tc>
          <w:tcPr>
            <w:tcW w:w="3173" w:type="dxa"/>
            <w:vAlign w:val="center"/>
          </w:tcPr>
          <w:p w14:paraId="7CDAB70B" w14:textId="77777777" w:rsidR="009F14C8" w:rsidRDefault="00000000">
            <w:pPr>
              <w:spacing w:after="0"/>
            </w:pPr>
            <w:r>
              <w:rPr>
                <w:sz w:val="18"/>
              </w:rPr>
              <w:t>2 = Katılmıyorum</w:t>
            </w:r>
          </w:p>
        </w:tc>
        <w:tc>
          <w:tcPr>
            <w:tcW w:w="3173" w:type="dxa"/>
            <w:vAlign w:val="center"/>
          </w:tcPr>
          <w:p w14:paraId="6DAD211F" w14:textId="77777777" w:rsidR="009F14C8" w:rsidRDefault="00000000">
            <w:pPr>
              <w:spacing w:after="0"/>
            </w:pPr>
            <w:r>
              <w:rPr>
                <w:sz w:val="18"/>
              </w:rPr>
              <w:t>0</w:t>
            </w:r>
          </w:p>
        </w:tc>
        <w:tc>
          <w:tcPr>
            <w:tcW w:w="3173" w:type="dxa"/>
            <w:vAlign w:val="center"/>
          </w:tcPr>
          <w:p w14:paraId="25DC937B" w14:textId="77777777" w:rsidR="009F14C8" w:rsidRDefault="00000000">
            <w:pPr>
              <w:spacing w:after="0"/>
            </w:pPr>
            <w:r>
              <w:rPr>
                <w:sz w:val="18"/>
              </w:rPr>
              <w:t>%0,0</w:t>
            </w:r>
          </w:p>
        </w:tc>
      </w:tr>
      <w:tr w:rsidR="009F14C8" w14:paraId="0C8C5342" w14:textId="77777777">
        <w:trPr>
          <w:jc w:val="center"/>
        </w:trPr>
        <w:tc>
          <w:tcPr>
            <w:tcW w:w="3173" w:type="dxa"/>
            <w:vAlign w:val="center"/>
          </w:tcPr>
          <w:p w14:paraId="56CB1D0B" w14:textId="77777777" w:rsidR="009F14C8" w:rsidRDefault="00000000">
            <w:pPr>
              <w:spacing w:after="0"/>
            </w:pPr>
            <w:r>
              <w:rPr>
                <w:sz w:val="18"/>
              </w:rPr>
              <w:t>1 = Kesinlikle Katılmıyorum</w:t>
            </w:r>
          </w:p>
        </w:tc>
        <w:tc>
          <w:tcPr>
            <w:tcW w:w="3173" w:type="dxa"/>
            <w:vAlign w:val="center"/>
          </w:tcPr>
          <w:p w14:paraId="49262143" w14:textId="77777777" w:rsidR="009F14C8" w:rsidRDefault="00000000">
            <w:pPr>
              <w:spacing w:after="0"/>
            </w:pPr>
            <w:r>
              <w:rPr>
                <w:sz w:val="18"/>
              </w:rPr>
              <w:t>0</w:t>
            </w:r>
          </w:p>
        </w:tc>
        <w:tc>
          <w:tcPr>
            <w:tcW w:w="3173" w:type="dxa"/>
            <w:vAlign w:val="center"/>
          </w:tcPr>
          <w:p w14:paraId="56D6E141" w14:textId="77777777" w:rsidR="009F14C8" w:rsidRDefault="00000000">
            <w:pPr>
              <w:spacing w:after="0"/>
            </w:pPr>
            <w:r>
              <w:rPr>
                <w:sz w:val="18"/>
              </w:rPr>
              <w:t>%0,0</w:t>
            </w:r>
          </w:p>
        </w:tc>
      </w:tr>
      <w:tr w:rsidR="009F14C8" w14:paraId="1355575F" w14:textId="77777777">
        <w:trPr>
          <w:jc w:val="center"/>
        </w:trPr>
        <w:tc>
          <w:tcPr>
            <w:tcW w:w="3173" w:type="dxa"/>
            <w:vAlign w:val="center"/>
          </w:tcPr>
          <w:p w14:paraId="7E62B9E1" w14:textId="77777777" w:rsidR="009F14C8" w:rsidRDefault="00000000">
            <w:pPr>
              <w:spacing w:after="0"/>
            </w:pPr>
            <w:r>
              <w:rPr>
                <w:sz w:val="18"/>
              </w:rPr>
              <w:t>Ortalama</w:t>
            </w:r>
          </w:p>
        </w:tc>
        <w:tc>
          <w:tcPr>
            <w:tcW w:w="3173" w:type="dxa"/>
            <w:vAlign w:val="center"/>
          </w:tcPr>
          <w:p w14:paraId="2C81E1B4" w14:textId="77777777" w:rsidR="009F14C8" w:rsidRDefault="009F14C8">
            <w:pPr>
              <w:spacing w:after="0"/>
            </w:pPr>
          </w:p>
        </w:tc>
        <w:tc>
          <w:tcPr>
            <w:tcW w:w="3173" w:type="dxa"/>
            <w:vAlign w:val="center"/>
          </w:tcPr>
          <w:p w14:paraId="0DBC7EB3" w14:textId="77777777" w:rsidR="009F14C8" w:rsidRDefault="00000000">
            <w:pPr>
              <w:spacing w:after="0"/>
            </w:pPr>
            <w:r>
              <w:rPr>
                <w:sz w:val="18"/>
              </w:rPr>
              <w:t>3,91 / 5,00</w:t>
            </w:r>
          </w:p>
        </w:tc>
      </w:tr>
    </w:tbl>
    <w:p w14:paraId="4C058FC8" w14:textId="77777777" w:rsidR="009F14C8" w:rsidRDefault="00000000">
      <w:r>
        <w:rPr>
          <w:noProof/>
        </w:rPr>
        <w:drawing>
          <wp:inline distT="0" distB="0" distL="0" distR="0" wp14:anchorId="01015703" wp14:editId="2B73B594">
            <wp:extent cx="4343400" cy="2453523"/>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28.png"/>
                    <pic:cNvPicPr/>
                  </pic:nvPicPr>
                  <pic:blipFill>
                    <a:blip r:embed="rId38"/>
                    <a:stretch>
                      <a:fillRect/>
                    </a:stretch>
                  </pic:blipFill>
                  <pic:spPr>
                    <a:xfrm>
                      <a:off x="0" y="0"/>
                      <a:ext cx="4343400" cy="2453523"/>
                    </a:xfrm>
                    <a:prstGeom prst="rect">
                      <a:avLst/>
                    </a:prstGeom>
                  </pic:spPr>
                </pic:pic>
              </a:graphicData>
            </a:graphic>
          </wp:inline>
        </w:drawing>
      </w:r>
    </w:p>
    <w:p w14:paraId="0C69D54F" w14:textId="77777777" w:rsidR="009F14C8" w:rsidRDefault="00000000">
      <w:pPr>
        <w:pStyle w:val="Balk3"/>
      </w:pPr>
      <w:bookmarkStart w:id="37" w:name="_Toc232111740"/>
      <w:r>
        <w:lastRenderedPageBreak/>
        <w:t>5.29. Madde 29’e İlişkin Bulgular</w:t>
      </w:r>
      <w:bookmarkEnd w:id="37"/>
    </w:p>
    <w:p w14:paraId="5328EF85" w14:textId="77777777" w:rsidR="009F14C8" w:rsidRDefault="00000000">
      <w:r>
        <w:rPr>
          <w:b/>
          <w:i/>
        </w:rPr>
        <w:t>(Danışmanı olduğum öğrencilerle iletişimde aksaklık yaşanmamakta, akademik rehberlik süreçleri ulaşılabilir bir zeminde gerçekleşmektedir.)</w:t>
      </w:r>
    </w:p>
    <w:p w14:paraId="6479A784" w14:textId="77777777" w:rsidR="009F14C8" w:rsidRDefault="00000000">
      <w:r>
        <w:t>Katılımcıların; 7'i (%70,0) Kesinlikle Katılıyorum, 2'i (%20,0) Katılıyorum, 1'i (%10,0) Kararsızım, 0'i (%0,0) Katılmıyorum, 0'i (%0,0) Kesinlikle Katılmıyorum şeklinde görüş bildirmiştir. Bu maddeye geçerli yanıt veren katılımcı sayısı 10'dir.</w:t>
      </w:r>
    </w:p>
    <w:p w14:paraId="2A1C69DE" w14:textId="77777777" w:rsidR="009F14C8" w:rsidRDefault="00000000">
      <w:r>
        <w:t>Ortalama puanın 4,60/5,00 olması, olumlu görüş oranının %90,0, kararsız görüş oranının %10,0 ve olumsuz görüş oranının %0,0 düzeyinde gerçekleşmesi bu sonuçlar, ilgili alanda akademik personel memnuniyetinin güçlü düzeyde olduğunu ve mevcut uygulamaların genel olarak olumlu değerlendirildiğini göstermektedir.</w:t>
      </w:r>
    </w:p>
    <w:tbl>
      <w:tblPr>
        <w:tblStyle w:val="TabloKlavuzu"/>
        <w:tblW w:w="0" w:type="auto"/>
        <w:jc w:val="center"/>
        <w:tblLook w:val="04A0" w:firstRow="1" w:lastRow="0" w:firstColumn="1" w:lastColumn="0" w:noHBand="0" w:noVBand="1"/>
      </w:tblPr>
      <w:tblGrid>
        <w:gridCol w:w="3173"/>
        <w:gridCol w:w="3173"/>
        <w:gridCol w:w="3173"/>
      </w:tblGrid>
      <w:tr w:rsidR="009F14C8" w14:paraId="76FB1898" w14:textId="77777777">
        <w:trPr>
          <w:jc w:val="center"/>
        </w:trPr>
        <w:tc>
          <w:tcPr>
            <w:tcW w:w="3173" w:type="dxa"/>
            <w:vAlign w:val="center"/>
          </w:tcPr>
          <w:p w14:paraId="1F16273E" w14:textId="77777777" w:rsidR="009F14C8" w:rsidRDefault="00000000">
            <w:pPr>
              <w:spacing w:after="0"/>
            </w:pPr>
            <w:r>
              <w:rPr>
                <w:sz w:val="18"/>
              </w:rPr>
              <w:t>Seçenek</w:t>
            </w:r>
          </w:p>
        </w:tc>
        <w:tc>
          <w:tcPr>
            <w:tcW w:w="3173" w:type="dxa"/>
            <w:vAlign w:val="center"/>
          </w:tcPr>
          <w:p w14:paraId="2FEC34D7" w14:textId="77777777" w:rsidR="009F14C8" w:rsidRDefault="00000000">
            <w:pPr>
              <w:spacing w:after="0"/>
            </w:pPr>
            <w:r>
              <w:rPr>
                <w:sz w:val="18"/>
              </w:rPr>
              <w:t>Frekans</w:t>
            </w:r>
          </w:p>
        </w:tc>
        <w:tc>
          <w:tcPr>
            <w:tcW w:w="3173" w:type="dxa"/>
            <w:vAlign w:val="center"/>
          </w:tcPr>
          <w:p w14:paraId="13B3E23E" w14:textId="77777777" w:rsidR="009F14C8" w:rsidRDefault="00000000">
            <w:pPr>
              <w:spacing w:after="0"/>
            </w:pPr>
            <w:r>
              <w:rPr>
                <w:sz w:val="18"/>
              </w:rPr>
              <w:t>Oran</w:t>
            </w:r>
          </w:p>
        </w:tc>
      </w:tr>
      <w:tr w:rsidR="009F14C8" w14:paraId="5B8E7594" w14:textId="77777777">
        <w:trPr>
          <w:jc w:val="center"/>
        </w:trPr>
        <w:tc>
          <w:tcPr>
            <w:tcW w:w="3173" w:type="dxa"/>
            <w:vAlign w:val="center"/>
          </w:tcPr>
          <w:p w14:paraId="19EB88A4" w14:textId="77777777" w:rsidR="009F14C8" w:rsidRDefault="00000000">
            <w:pPr>
              <w:spacing w:after="0"/>
            </w:pPr>
            <w:r>
              <w:rPr>
                <w:sz w:val="18"/>
              </w:rPr>
              <w:t>5 = Kesinlikle Katılıyorum</w:t>
            </w:r>
          </w:p>
        </w:tc>
        <w:tc>
          <w:tcPr>
            <w:tcW w:w="3173" w:type="dxa"/>
            <w:vAlign w:val="center"/>
          </w:tcPr>
          <w:p w14:paraId="7BE5B425" w14:textId="77777777" w:rsidR="009F14C8" w:rsidRDefault="00000000">
            <w:pPr>
              <w:spacing w:after="0"/>
            </w:pPr>
            <w:r>
              <w:rPr>
                <w:sz w:val="18"/>
              </w:rPr>
              <w:t>7</w:t>
            </w:r>
          </w:p>
        </w:tc>
        <w:tc>
          <w:tcPr>
            <w:tcW w:w="3173" w:type="dxa"/>
            <w:vAlign w:val="center"/>
          </w:tcPr>
          <w:p w14:paraId="363CF4F7" w14:textId="77777777" w:rsidR="009F14C8" w:rsidRDefault="00000000">
            <w:pPr>
              <w:spacing w:after="0"/>
            </w:pPr>
            <w:r>
              <w:rPr>
                <w:sz w:val="18"/>
              </w:rPr>
              <w:t>%70,0</w:t>
            </w:r>
          </w:p>
        </w:tc>
      </w:tr>
      <w:tr w:rsidR="009F14C8" w14:paraId="3C8750D9" w14:textId="77777777">
        <w:trPr>
          <w:jc w:val="center"/>
        </w:trPr>
        <w:tc>
          <w:tcPr>
            <w:tcW w:w="3173" w:type="dxa"/>
            <w:vAlign w:val="center"/>
          </w:tcPr>
          <w:p w14:paraId="0341A468" w14:textId="77777777" w:rsidR="009F14C8" w:rsidRDefault="00000000">
            <w:pPr>
              <w:spacing w:after="0"/>
            </w:pPr>
            <w:r>
              <w:rPr>
                <w:sz w:val="18"/>
              </w:rPr>
              <w:t>4 = Katılıyorum</w:t>
            </w:r>
          </w:p>
        </w:tc>
        <w:tc>
          <w:tcPr>
            <w:tcW w:w="3173" w:type="dxa"/>
            <w:vAlign w:val="center"/>
          </w:tcPr>
          <w:p w14:paraId="084CE401" w14:textId="77777777" w:rsidR="009F14C8" w:rsidRDefault="00000000">
            <w:pPr>
              <w:spacing w:after="0"/>
            </w:pPr>
            <w:r>
              <w:rPr>
                <w:sz w:val="18"/>
              </w:rPr>
              <w:t>2</w:t>
            </w:r>
          </w:p>
        </w:tc>
        <w:tc>
          <w:tcPr>
            <w:tcW w:w="3173" w:type="dxa"/>
            <w:vAlign w:val="center"/>
          </w:tcPr>
          <w:p w14:paraId="08D3B304" w14:textId="77777777" w:rsidR="009F14C8" w:rsidRDefault="00000000">
            <w:pPr>
              <w:spacing w:after="0"/>
            </w:pPr>
            <w:r>
              <w:rPr>
                <w:sz w:val="18"/>
              </w:rPr>
              <w:t>%20,0</w:t>
            </w:r>
          </w:p>
        </w:tc>
      </w:tr>
      <w:tr w:rsidR="009F14C8" w14:paraId="5F86CA30" w14:textId="77777777">
        <w:trPr>
          <w:jc w:val="center"/>
        </w:trPr>
        <w:tc>
          <w:tcPr>
            <w:tcW w:w="3173" w:type="dxa"/>
            <w:vAlign w:val="center"/>
          </w:tcPr>
          <w:p w14:paraId="2E356C74" w14:textId="77777777" w:rsidR="009F14C8" w:rsidRDefault="00000000">
            <w:pPr>
              <w:spacing w:after="0"/>
            </w:pPr>
            <w:r>
              <w:rPr>
                <w:sz w:val="18"/>
              </w:rPr>
              <w:t>3 = Kararsızım</w:t>
            </w:r>
          </w:p>
        </w:tc>
        <w:tc>
          <w:tcPr>
            <w:tcW w:w="3173" w:type="dxa"/>
            <w:vAlign w:val="center"/>
          </w:tcPr>
          <w:p w14:paraId="528E65FF" w14:textId="77777777" w:rsidR="009F14C8" w:rsidRDefault="00000000">
            <w:pPr>
              <w:spacing w:after="0"/>
            </w:pPr>
            <w:r>
              <w:rPr>
                <w:sz w:val="18"/>
              </w:rPr>
              <w:t>1</w:t>
            </w:r>
          </w:p>
        </w:tc>
        <w:tc>
          <w:tcPr>
            <w:tcW w:w="3173" w:type="dxa"/>
            <w:vAlign w:val="center"/>
          </w:tcPr>
          <w:p w14:paraId="3BEBC8E5" w14:textId="77777777" w:rsidR="009F14C8" w:rsidRDefault="00000000">
            <w:pPr>
              <w:spacing w:after="0"/>
            </w:pPr>
            <w:r>
              <w:rPr>
                <w:sz w:val="18"/>
              </w:rPr>
              <w:t>%10,0</w:t>
            </w:r>
          </w:p>
        </w:tc>
      </w:tr>
      <w:tr w:rsidR="009F14C8" w14:paraId="732B8AAF" w14:textId="77777777">
        <w:trPr>
          <w:jc w:val="center"/>
        </w:trPr>
        <w:tc>
          <w:tcPr>
            <w:tcW w:w="3173" w:type="dxa"/>
            <w:vAlign w:val="center"/>
          </w:tcPr>
          <w:p w14:paraId="51077AD6" w14:textId="77777777" w:rsidR="009F14C8" w:rsidRDefault="00000000">
            <w:pPr>
              <w:spacing w:after="0"/>
            </w:pPr>
            <w:r>
              <w:rPr>
                <w:sz w:val="18"/>
              </w:rPr>
              <w:t>2 = Katılmıyorum</w:t>
            </w:r>
          </w:p>
        </w:tc>
        <w:tc>
          <w:tcPr>
            <w:tcW w:w="3173" w:type="dxa"/>
            <w:vAlign w:val="center"/>
          </w:tcPr>
          <w:p w14:paraId="2700570F" w14:textId="77777777" w:rsidR="009F14C8" w:rsidRDefault="00000000">
            <w:pPr>
              <w:spacing w:after="0"/>
            </w:pPr>
            <w:r>
              <w:rPr>
                <w:sz w:val="18"/>
              </w:rPr>
              <w:t>0</w:t>
            </w:r>
          </w:p>
        </w:tc>
        <w:tc>
          <w:tcPr>
            <w:tcW w:w="3173" w:type="dxa"/>
            <w:vAlign w:val="center"/>
          </w:tcPr>
          <w:p w14:paraId="5318A2D4" w14:textId="77777777" w:rsidR="009F14C8" w:rsidRDefault="00000000">
            <w:pPr>
              <w:spacing w:after="0"/>
            </w:pPr>
            <w:r>
              <w:rPr>
                <w:sz w:val="18"/>
              </w:rPr>
              <w:t>%0,0</w:t>
            </w:r>
          </w:p>
        </w:tc>
      </w:tr>
      <w:tr w:rsidR="009F14C8" w14:paraId="5EDA504F" w14:textId="77777777">
        <w:trPr>
          <w:jc w:val="center"/>
        </w:trPr>
        <w:tc>
          <w:tcPr>
            <w:tcW w:w="3173" w:type="dxa"/>
            <w:vAlign w:val="center"/>
          </w:tcPr>
          <w:p w14:paraId="68745C73" w14:textId="77777777" w:rsidR="009F14C8" w:rsidRDefault="00000000">
            <w:pPr>
              <w:spacing w:after="0"/>
            </w:pPr>
            <w:r>
              <w:rPr>
                <w:sz w:val="18"/>
              </w:rPr>
              <w:t>1 = Kesinlikle Katılmıyorum</w:t>
            </w:r>
          </w:p>
        </w:tc>
        <w:tc>
          <w:tcPr>
            <w:tcW w:w="3173" w:type="dxa"/>
            <w:vAlign w:val="center"/>
          </w:tcPr>
          <w:p w14:paraId="530B91CD" w14:textId="77777777" w:rsidR="009F14C8" w:rsidRDefault="00000000">
            <w:pPr>
              <w:spacing w:after="0"/>
            </w:pPr>
            <w:r>
              <w:rPr>
                <w:sz w:val="18"/>
              </w:rPr>
              <w:t>0</w:t>
            </w:r>
          </w:p>
        </w:tc>
        <w:tc>
          <w:tcPr>
            <w:tcW w:w="3173" w:type="dxa"/>
            <w:vAlign w:val="center"/>
          </w:tcPr>
          <w:p w14:paraId="7DE54022" w14:textId="77777777" w:rsidR="009F14C8" w:rsidRDefault="00000000">
            <w:pPr>
              <w:spacing w:after="0"/>
            </w:pPr>
            <w:r>
              <w:rPr>
                <w:sz w:val="18"/>
              </w:rPr>
              <w:t>%0,0</w:t>
            </w:r>
          </w:p>
        </w:tc>
      </w:tr>
      <w:tr w:rsidR="009F14C8" w14:paraId="3D278251" w14:textId="77777777">
        <w:trPr>
          <w:jc w:val="center"/>
        </w:trPr>
        <w:tc>
          <w:tcPr>
            <w:tcW w:w="3173" w:type="dxa"/>
            <w:vAlign w:val="center"/>
          </w:tcPr>
          <w:p w14:paraId="7847DF8E" w14:textId="77777777" w:rsidR="009F14C8" w:rsidRDefault="00000000">
            <w:pPr>
              <w:spacing w:after="0"/>
            </w:pPr>
            <w:r>
              <w:rPr>
                <w:sz w:val="18"/>
              </w:rPr>
              <w:t>Ortalama</w:t>
            </w:r>
          </w:p>
        </w:tc>
        <w:tc>
          <w:tcPr>
            <w:tcW w:w="3173" w:type="dxa"/>
            <w:vAlign w:val="center"/>
          </w:tcPr>
          <w:p w14:paraId="78584A43" w14:textId="77777777" w:rsidR="009F14C8" w:rsidRDefault="009F14C8">
            <w:pPr>
              <w:spacing w:after="0"/>
            </w:pPr>
          </w:p>
        </w:tc>
        <w:tc>
          <w:tcPr>
            <w:tcW w:w="3173" w:type="dxa"/>
            <w:vAlign w:val="center"/>
          </w:tcPr>
          <w:p w14:paraId="6E25D9F5" w14:textId="77777777" w:rsidR="009F14C8" w:rsidRDefault="00000000">
            <w:pPr>
              <w:spacing w:after="0"/>
            </w:pPr>
            <w:r>
              <w:rPr>
                <w:sz w:val="18"/>
              </w:rPr>
              <w:t>4,60 / 5,00</w:t>
            </w:r>
          </w:p>
        </w:tc>
      </w:tr>
    </w:tbl>
    <w:p w14:paraId="2FBF3013" w14:textId="77777777" w:rsidR="009F14C8" w:rsidRDefault="00000000">
      <w:r>
        <w:rPr>
          <w:noProof/>
        </w:rPr>
        <w:drawing>
          <wp:inline distT="0" distB="0" distL="0" distR="0" wp14:anchorId="1109BE0B" wp14:editId="3DCC71B8">
            <wp:extent cx="4343400" cy="2453523"/>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29.png"/>
                    <pic:cNvPicPr/>
                  </pic:nvPicPr>
                  <pic:blipFill>
                    <a:blip r:embed="rId39"/>
                    <a:stretch>
                      <a:fillRect/>
                    </a:stretch>
                  </pic:blipFill>
                  <pic:spPr>
                    <a:xfrm>
                      <a:off x="0" y="0"/>
                      <a:ext cx="4343400" cy="2453523"/>
                    </a:xfrm>
                    <a:prstGeom prst="rect">
                      <a:avLst/>
                    </a:prstGeom>
                  </pic:spPr>
                </pic:pic>
              </a:graphicData>
            </a:graphic>
          </wp:inline>
        </w:drawing>
      </w:r>
    </w:p>
    <w:p w14:paraId="54A409CA" w14:textId="77777777" w:rsidR="009F14C8" w:rsidRDefault="00000000">
      <w:pPr>
        <w:pStyle w:val="Balk3"/>
      </w:pPr>
      <w:bookmarkStart w:id="38" w:name="_Toc232111741"/>
      <w:r>
        <w:t>5.30. Madde 30’e İlişkin Bulgular</w:t>
      </w:r>
      <w:bookmarkEnd w:id="38"/>
    </w:p>
    <w:p w14:paraId="34186FC3" w14:textId="77777777" w:rsidR="009F14C8" w:rsidRDefault="00000000">
      <w:r>
        <w:rPr>
          <w:b/>
          <w:i/>
        </w:rPr>
        <w:t>(Çalışma ofisim, laboratuvarlarım ve ortak kullanım alanları, akademik/klinik çalışmalarımı verimli bir şekilde yürütmem için uygun standartlardadır.)</w:t>
      </w:r>
    </w:p>
    <w:p w14:paraId="28845C77" w14:textId="77777777" w:rsidR="009F14C8" w:rsidRDefault="00000000">
      <w:r>
        <w:t>Katılımcıların; 11'i (%25,6) Kesinlikle Katılıyorum, 13'i (%30,2) Katılıyorum, 7'i (%16,3) Kararsızım, 7'i (%16,3) Katılmıyorum, 5'i (%11,6) Kesinlikle Katılmıyorum şeklinde görüş bildirmiştir. Bu maddeye geçerli yanıt veren katılımcı sayısı 43'dir.</w:t>
      </w:r>
    </w:p>
    <w:p w14:paraId="78DC05C9" w14:textId="77777777" w:rsidR="009F14C8" w:rsidRDefault="00000000">
      <w:r>
        <w:t>Ortalama puanın 3,42/5,00 olması, olumlu görüş oranının %55,8, kararsız görüş oranının %16,3 ve olumsuz görüş oranının %27,9 düzeyinde gerçekleşmesi bu sonuçlar, ilgili alanda memnuniyetin orta düzeyde seyrettiğini ve mevcut uygulamaların güçlendirilmesine ihtiyaç bulunduğunu göstermektedir.</w:t>
      </w:r>
    </w:p>
    <w:tbl>
      <w:tblPr>
        <w:tblStyle w:val="TabloKlavuzu"/>
        <w:tblW w:w="0" w:type="auto"/>
        <w:jc w:val="center"/>
        <w:tblLook w:val="04A0" w:firstRow="1" w:lastRow="0" w:firstColumn="1" w:lastColumn="0" w:noHBand="0" w:noVBand="1"/>
      </w:tblPr>
      <w:tblGrid>
        <w:gridCol w:w="3173"/>
        <w:gridCol w:w="3173"/>
        <w:gridCol w:w="3173"/>
      </w:tblGrid>
      <w:tr w:rsidR="009F14C8" w14:paraId="78488D87" w14:textId="77777777">
        <w:trPr>
          <w:jc w:val="center"/>
        </w:trPr>
        <w:tc>
          <w:tcPr>
            <w:tcW w:w="3173" w:type="dxa"/>
            <w:vAlign w:val="center"/>
          </w:tcPr>
          <w:p w14:paraId="2BD6F7F1" w14:textId="77777777" w:rsidR="009F14C8" w:rsidRDefault="00000000">
            <w:pPr>
              <w:spacing w:after="0"/>
            </w:pPr>
            <w:r>
              <w:rPr>
                <w:sz w:val="18"/>
              </w:rPr>
              <w:t>Seçenek</w:t>
            </w:r>
          </w:p>
        </w:tc>
        <w:tc>
          <w:tcPr>
            <w:tcW w:w="3173" w:type="dxa"/>
            <w:vAlign w:val="center"/>
          </w:tcPr>
          <w:p w14:paraId="70F29F35" w14:textId="77777777" w:rsidR="009F14C8" w:rsidRDefault="00000000">
            <w:pPr>
              <w:spacing w:after="0"/>
            </w:pPr>
            <w:r>
              <w:rPr>
                <w:sz w:val="18"/>
              </w:rPr>
              <w:t>Frekans</w:t>
            </w:r>
          </w:p>
        </w:tc>
        <w:tc>
          <w:tcPr>
            <w:tcW w:w="3173" w:type="dxa"/>
            <w:vAlign w:val="center"/>
          </w:tcPr>
          <w:p w14:paraId="26D2991C" w14:textId="77777777" w:rsidR="009F14C8" w:rsidRDefault="00000000">
            <w:pPr>
              <w:spacing w:after="0"/>
            </w:pPr>
            <w:r>
              <w:rPr>
                <w:sz w:val="18"/>
              </w:rPr>
              <w:t>Oran</w:t>
            </w:r>
          </w:p>
        </w:tc>
      </w:tr>
      <w:tr w:rsidR="009F14C8" w14:paraId="177A0EFE" w14:textId="77777777">
        <w:trPr>
          <w:jc w:val="center"/>
        </w:trPr>
        <w:tc>
          <w:tcPr>
            <w:tcW w:w="3173" w:type="dxa"/>
            <w:vAlign w:val="center"/>
          </w:tcPr>
          <w:p w14:paraId="126A6364" w14:textId="77777777" w:rsidR="009F14C8" w:rsidRDefault="00000000">
            <w:pPr>
              <w:spacing w:after="0"/>
            </w:pPr>
            <w:r>
              <w:rPr>
                <w:sz w:val="18"/>
              </w:rPr>
              <w:t>5 = Kesinlikle Katılıyorum</w:t>
            </w:r>
          </w:p>
        </w:tc>
        <w:tc>
          <w:tcPr>
            <w:tcW w:w="3173" w:type="dxa"/>
            <w:vAlign w:val="center"/>
          </w:tcPr>
          <w:p w14:paraId="1673A3CF" w14:textId="77777777" w:rsidR="009F14C8" w:rsidRDefault="00000000">
            <w:pPr>
              <w:spacing w:after="0"/>
            </w:pPr>
            <w:r>
              <w:rPr>
                <w:sz w:val="18"/>
              </w:rPr>
              <w:t>11</w:t>
            </w:r>
          </w:p>
        </w:tc>
        <w:tc>
          <w:tcPr>
            <w:tcW w:w="3173" w:type="dxa"/>
            <w:vAlign w:val="center"/>
          </w:tcPr>
          <w:p w14:paraId="6D6003AE" w14:textId="77777777" w:rsidR="009F14C8" w:rsidRDefault="00000000">
            <w:pPr>
              <w:spacing w:after="0"/>
            </w:pPr>
            <w:r>
              <w:rPr>
                <w:sz w:val="18"/>
              </w:rPr>
              <w:t>%25,6</w:t>
            </w:r>
          </w:p>
        </w:tc>
      </w:tr>
      <w:tr w:rsidR="009F14C8" w14:paraId="6DB9FC63" w14:textId="77777777">
        <w:trPr>
          <w:jc w:val="center"/>
        </w:trPr>
        <w:tc>
          <w:tcPr>
            <w:tcW w:w="3173" w:type="dxa"/>
            <w:vAlign w:val="center"/>
          </w:tcPr>
          <w:p w14:paraId="409DE597" w14:textId="77777777" w:rsidR="009F14C8" w:rsidRDefault="00000000">
            <w:pPr>
              <w:spacing w:after="0"/>
            </w:pPr>
            <w:r>
              <w:rPr>
                <w:sz w:val="18"/>
              </w:rPr>
              <w:t>4 = Katılıyorum</w:t>
            </w:r>
          </w:p>
        </w:tc>
        <w:tc>
          <w:tcPr>
            <w:tcW w:w="3173" w:type="dxa"/>
            <w:vAlign w:val="center"/>
          </w:tcPr>
          <w:p w14:paraId="047D97FE" w14:textId="77777777" w:rsidR="009F14C8" w:rsidRDefault="00000000">
            <w:pPr>
              <w:spacing w:after="0"/>
            </w:pPr>
            <w:r>
              <w:rPr>
                <w:sz w:val="18"/>
              </w:rPr>
              <w:t>13</w:t>
            </w:r>
          </w:p>
        </w:tc>
        <w:tc>
          <w:tcPr>
            <w:tcW w:w="3173" w:type="dxa"/>
            <w:vAlign w:val="center"/>
          </w:tcPr>
          <w:p w14:paraId="613C9F59" w14:textId="77777777" w:rsidR="009F14C8" w:rsidRDefault="00000000">
            <w:pPr>
              <w:spacing w:after="0"/>
            </w:pPr>
            <w:r>
              <w:rPr>
                <w:sz w:val="18"/>
              </w:rPr>
              <w:t>%30,2</w:t>
            </w:r>
          </w:p>
        </w:tc>
      </w:tr>
      <w:tr w:rsidR="009F14C8" w14:paraId="3F086DE6" w14:textId="77777777">
        <w:trPr>
          <w:jc w:val="center"/>
        </w:trPr>
        <w:tc>
          <w:tcPr>
            <w:tcW w:w="3173" w:type="dxa"/>
            <w:vAlign w:val="center"/>
          </w:tcPr>
          <w:p w14:paraId="131440C1" w14:textId="77777777" w:rsidR="009F14C8" w:rsidRDefault="00000000">
            <w:pPr>
              <w:spacing w:after="0"/>
            </w:pPr>
            <w:r>
              <w:rPr>
                <w:sz w:val="18"/>
              </w:rPr>
              <w:t>3 = Kararsızım</w:t>
            </w:r>
          </w:p>
        </w:tc>
        <w:tc>
          <w:tcPr>
            <w:tcW w:w="3173" w:type="dxa"/>
            <w:vAlign w:val="center"/>
          </w:tcPr>
          <w:p w14:paraId="0B04D70D" w14:textId="77777777" w:rsidR="009F14C8" w:rsidRDefault="00000000">
            <w:pPr>
              <w:spacing w:after="0"/>
            </w:pPr>
            <w:r>
              <w:rPr>
                <w:sz w:val="18"/>
              </w:rPr>
              <w:t>7</w:t>
            </w:r>
          </w:p>
        </w:tc>
        <w:tc>
          <w:tcPr>
            <w:tcW w:w="3173" w:type="dxa"/>
            <w:vAlign w:val="center"/>
          </w:tcPr>
          <w:p w14:paraId="53BAC445" w14:textId="77777777" w:rsidR="009F14C8" w:rsidRDefault="00000000">
            <w:pPr>
              <w:spacing w:after="0"/>
            </w:pPr>
            <w:r>
              <w:rPr>
                <w:sz w:val="18"/>
              </w:rPr>
              <w:t>%16,3</w:t>
            </w:r>
          </w:p>
        </w:tc>
      </w:tr>
      <w:tr w:rsidR="009F14C8" w14:paraId="632CFC62" w14:textId="77777777">
        <w:trPr>
          <w:jc w:val="center"/>
        </w:trPr>
        <w:tc>
          <w:tcPr>
            <w:tcW w:w="3173" w:type="dxa"/>
            <w:vAlign w:val="center"/>
          </w:tcPr>
          <w:p w14:paraId="416CDA6F" w14:textId="77777777" w:rsidR="009F14C8" w:rsidRDefault="00000000">
            <w:pPr>
              <w:spacing w:after="0"/>
            </w:pPr>
            <w:r>
              <w:rPr>
                <w:sz w:val="18"/>
              </w:rPr>
              <w:t>2 = Katılmıyorum</w:t>
            </w:r>
          </w:p>
        </w:tc>
        <w:tc>
          <w:tcPr>
            <w:tcW w:w="3173" w:type="dxa"/>
            <w:vAlign w:val="center"/>
          </w:tcPr>
          <w:p w14:paraId="0804B1EA" w14:textId="77777777" w:rsidR="009F14C8" w:rsidRDefault="00000000">
            <w:pPr>
              <w:spacing w:after="0"/>
            </w:pPr>
            <w:r>
              <w:rPr>
                <w:sz w:val="18"/>
              </w:rPr>
              <w:t>7</w:t>
            </w:r>
          </w:p>
        </w:tc>
        <w:tc>
          <w:tcPr>
            <w:tcW w:w="3173" w:type="dxa"/>
            <w:vAlign w:val="center"/>
          </w:tcPr>
          <w:p w14:paraId="372A0C77" w14:textId="77777777" w:rsidR="009F14C8" w:rsidRDefault="00000000">
            <w:pPr>
              <w:spacing w:after="0"/>
            </w:pPr>
            <w:r>
              <w:rPr>
                <w:sz w:val="18"/>
              </w:rPr>
              <w:t>%16,3</w:t>
            </w:r>
          </w:p>
        </w:tc>
      </w:tr>
      <w:tr w:rsidR="009F14C8" w14:paraId="3FA9B212" w14:textId="77777777">
        <w:trPr>
          <w:jc w:val="center"/>
        </w:trPr>
        <w:tc>
          <w:tcPr>
            <w:tcW w:w="3173" w:type="dxa"/>
            <w:vAlign w:val="center"/>
          </w:tcPr>
          <w:p w14:paraId="4FDB1C8F" w14:textId="77777777" w:rsidR="009F14C8" w:rsidRDefault="00000000">
            <w:pPr>
              <w:spacing w:after="0"/>
            </w:pPr>
            <w:r>
              <w:rPr>
                <w:sz w:val="18"/>
              </w:rPr>
              <w:t>1 = Kesinlikle Katılmıyorum</w:t>
            </w:r>
          </w:p>
        </w:tc>
        <w:tc>
          <w:tcPr>
            <w:tcW w:w="3173" w:type="dxa"/>
            <w:vAlign w:val="center"/>
          </w:tcPr>
          <w:p w14:paraId="23E37570" w14:textId="77777777" w:rsidR="009F14C8" w:rsidRDefault="00000000">
            <w:pPr>
              <w:spacing w:after="0"/>
            </w:pPr>
            <w:r>
              <w:rPr>
                <w:sz w:val="18"/>
              </w:rPr>
              <w:t>5</w:t>
            </w:r>
          </w:p>
        </w:tc>
        <w:tc>
          <w:tcPr>
            <w:tcW w:w="3173" w:type="dxa"/>
            <w:vAlign w:val="center"/>
          </w:tcPr>
          <w:p w14:paraId="681D1B35" w14:textId="77777777" w:rsidR="009F14C8" w:rsidRDefault="00000000">
            <w:pPr>
              <w:spacing w:after="0"/>
            </w:pPr>
            <w:r>
              <w:rPr>
                <w:sz w:val="18"/>
              </w:rPr>
              <w:t>%11,6</w:t>
            </w:r>
          </w:p>
        </w:tc>
      </w:tr>
      <w:tr w:rsidR="009F14C8" w14:paraId="2EDADA3E" w14:textId="77777777">
        <w:trPr>
          <w:jc w:val="center"/>
        </w:trPr>
        <w:tc>
          <w:tcPr>
            <w:tcW w:w="3173" w:type="dxa"/>
            <w:vAlign w:val="center"/>
          </w:tcPr>
          <w:p w14:paraId="6C213301" w14:textId="77777777" w:rsidR="009F14C8" w:rsidRDefault="00000000">
            <w:pPr>
              <w:spacing w:after="0"/>
            </w:pPr>
            <w:r>
              <w:rPr>
                <w:sz w:val="18"/>
              </w:rPr>
              <w:lastRenderedPageBreak/>
              <w:t>Ortalama</w:t>
            </w:r>
          </w:p>
        </w:tc>
        <w:tc>
          <w:tcPr>
            <w:tcW w:w="3173" w:type="dxa"/>
            <w:vAlign w:val="center"/>
          </w:tcPr>
          <w:p w14:paraId="50AE9EBB" w14:textId="77777777" w:rsidR="009F14C8" w:rsidRDefault="009F14C8">
            <w:pPr>
              <w:spacing w:after="0"/>
            </w:pPr>
          </w:p>
        </w:tc>
        <w:tc>
          <w:tcPr>
            <w:tcW w:w="3173" w:type="dxa"/>
            <w:vAlign w:val="center"/>
          </w:tcPr>
          <w:p w14:paraId="560C3F07" w14:textId="77777777" w:rsidR="009F14C8" w:rsidRDefault="00000000">
            <w:pPr>
              <w:spacing w:after="0"/>
            </w:pPr>
            <w:r>
              <w:rPr>
                <w:sz w:val="18"/>
              </w:rPr>
              <w:t>3,42 / 5,00</w:t>
            </w:r>
          </w:p>
        </w:tc>
      </w:tr>
    </w:tbl>
    <w:p w14:paraId="1CF3492D" w14:textId="77777777" w:rsidR="009F14C8" w:rsidRDefault="00000000">
      <w:r>
        <w:rPr>
          <w:noProof/>
        </w:rPr>
        <w:drawing>
          <wp:inline distT="0" distB="0" distL="0" distR="0" wp14:anchorId="67336723" wp14:editId="3A089038">
            <wp:extent cx="4343400" cy="2453523"/>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30.png"/>
                    <pic:cNvPicPr/>
                  </pic:nvPicPr>
                  <pic:blipFill>
                    <a:blip r:embed="rId40"/>
                    <a:stretch>
                      <a:fillRect/>
                    </a:stretch>
                  </pic:blipFill>
                  <pic:spPr>
                    <a:xfrm>
                      <a:off x="0" y="0"/>
                      <a:ext cx="4343400" cy="2453523"/>
                    </a:xfrm>
                    <a:prstGeom prst="rect">
                      <a:avLst/>
                    </a:prstGeom>
                  </pic:spPr>
                </pic:pic>
              </a:graphicData>
            </a:graphic>
          </wp:inline>
        </w:drawing>
      </w:r>
    </w:p>
    <w:p w14:paraId="3C4B1638" w14:textId="77777777" w:rsidR="009F14C8" w:rsidRDefault="00000000">
      <w:pPr>
        <w:pStyle w:val="Balk3"/>
      </w:pPr>
      <w:bookmarkStart w:id="39" w:name="_Toc232111742"/>
      <w:r>
        <w:t>5.31. Madde 31’e İlişkin Bulgular</w:t>
      </w:r>
      <w:bookmarkEnd w:id="39"/>
    </w:p>
    <w:p w14:paraId="27A03823" w14:textId="77777777" w:rsidR="009F14C8" w:rsidRDefault="00000000">
      <w:r>
        <w:rPr>
          <w:b/>
          <w:i/>
        </w:rPr>
        <w:t>(Fakülte bünyesindeki bilişim altyapısının (İnternet hızı, teknik destek) yeterli olduğunu düşünüyorum.)</w:t>
      </w:r>
    </w:p>
    <w:p w14:paraId="48966FBB" w14:textId="77777777" w:rsidR="009F14C8" w:rsidRDefault="00000000">
      <w:r>
        <w:t>Katılımcıların; 8'i (%18,6) Kesinlikle Katılıyorum, 14'i (%32,6) Katılıyorum, 5'i (%11,6) Kararsızım, 11'i (%25,6) Katılmıyorum, 5'i (%11,6) Kesinlikle Katılmıyorum şeklinde görüş bildirmiştir. Bu maddeye geçerli yanıt veren katılımcı sayısı 43'dir.</w:t>
      </w:r>
    </w:p>
    <w:p w14:paraId="4E492AAE" w14:textId="77777777" w:rsidR="009F14C8" w:rsidRDefault="00000000">
      <w:r>
        <w:t>Ortalama puanın 3,21/5,00 olması, olumlu görüş oranının %51,2, kararsız görüş oranının %11,6 ve olumsuz görüş oranının %37,2 düzeyinde gerçekleşmesi bu sonuçlar, ilgili alanda memnuniyetin orta düzeyde seyrettiğini ve mevcut uygulamaların güçlendirilmesine ihtiyaç bulunduğunu göstermektedir.</w:t>
      </w:r>
    </w:p>
    <w:tbl>
      <w:tblPr>
        <w:tblStyle w:val="TabloKlavuzu"/>
        <w:tblW w:w="0" w:type="auto"/>
        <w:jc w:val="center"/>
        <w:tblLook w:val="04A0" w:firstRow="1" w:lastRow="0" w:firstColumn="1" w:lastColumn="0" w:noHBand="0" w:noVBand="1"/>
      </w:tblPr>
      <w:tblGrid>
        <w:gridCol w:w="3173"/>
        <w:gridCol w:w="3173"/>
        <w:gridCol w:w="3173"/>
      </w:tblGrid>
      <w:tr w:rsidR="009F14C8" w14:paraId="7D69907E" w14:textId="77777777">
        <w:trPr>
          <w:jc w:val="center"/>
        </w:trPr>
        <w:tc>
          <w:tcPr>
            <w:tcW w:w="3173" w:type="dxa"/>
            <w:vAlign w:val="center"/>
          </w:tcPr>
          <w:p w14:paraId="67F73591" w14:textId="77777777" w:rsidR="009F14C8" w:rsidRDefault="00000000">
            <w:pPr>
              <w:spacing w:after="0"/>
            </w:pPr>
            <w:r>
              <w:rPr>
                <w:sz w:val="18"/>
              </w:rPr>
              <w:t>Seçenek</w:t>
            </w:r>
          </w:p>
        </w:tc>
        <w:tc>
          <w:tcPr>
            <w:tcW w:w="3173" w:type="dxa"/>
            <w:vAlign w:val="center"/>
          </w:tcPr>
          <w:p w14:paraId="11CEEC25" w14:textId="77777777" w:rsidR="009F14C8" w:rsidRDefault="00000000">
            <w:pPr>
              <w:spacing w:after="0"/>
            </w:pPr>
            <w:r>
              <w:rPr>
                <w:sz w:val="18"/>
              </w:rPr>
              <w:t>Frekans</w:t>
            </w:r>
          </w:p>
        </w:tc>
        <w:tc>
          <w:tcPr>
            <w:tcW w:w="3173" w:type="dxa"/>
            <w:vAlign w:val="center"/>
          </w:tcPr>
          <w:p w14:paraId="4A461391" w14:textId="77777777" w:rsidR="009F14C8" w:rsidRDefault="00000000">
            <w:pPr>
              <w:spacing w:after="0"/>
            </w:pPr>
            <w:r>
              <w:rPr>
                <w:sz w:val="18"/>
              </w:rPr>
              <w:t>Oran</w:t>
            </w:r>
          </w:p>
        </w:tc>
      </w:tr>
      <w:tr w:rsidR="009F14C8" w14:paraId="231CA491" w14:textId="77777777">
        <w:trPr>
          <w:jc w:val="center"/>
        </w:trPr>
        <w:tc>
          <w:tcPr>
            <w:tcW w:w="3173" w:type="dxa"/>
            <w:vAlign w:val="center"/>
          </w:tcPr>
          <w:p w14:paraId="55D9246A" w14:textId="77777777" w:rsidR="009F14C8" w:rsidRDefault="00000000">
            <w:pPr>
              <w:spacing w:after="0"/>
            </w:pPr>
            <w:r>
              <w:rPr>
                <w:sz w:val="18"/>
              </w:rPr>
              <w:t>5 = Kesinlikle Katılıyorum</w:t>
            </w:r>
          </w:p>
        </w:tc>
        <w:tc>
          <w:tcPr>
            <w:tcW w:w="3173" w:type="dxa"/>
            <w:vAlign w:val="center"/>
          </w:tcPr>
          <w:p w14:paraId="0656CD0E" w14:textId="77777777" w:rsidR="009F14C8" w:rsidRDefault="00000000">
            <w:pPr>
              <w:spacing w:after="0"/>
            </w:pPr>
            <w:r>
              <w:rPr>
                <w:sz w:val="18"/>
              </w:rPr>
              <w:t>8</w:t>
            </w:r>
          </w:p>
        </w:tc>
        <w:tc>
          <w:tcPr>
            <w:tcW w:w="3173" w:type="dxa"/>
            <w:vAlign w:val="center"/>
          </w:tcPr>
          <w:p w14:paraId="4B053DB2" w14:textId="77777777" w:rsidR="009F14C8" w:rsidRDefault="00000000">
            <w:pPr>
              <w:spacing w:after="0"/>
            </w:pPr>
            <w:r>
              <w:rPr>
                <w:sz w:val="18"/>
              </w:rPr>
              <w:t>%18,6</w:t>
            </w:r>
          </w:p>
        </w:tc>
      </w:tr>
      <w:tr w:rsidR="009F14C8" w14:paraId="5641AA24" w14:textId="77777777">
        <w:trPr>
          <w:jc w:val="center"/>
        </w:trPr>
        <w:tc>
          <w:tcPr>
            <w:tcW w:w="3173" w:type="dxa"/>
            <w:vAlign w:val="center"/>
          </w:tcPr>
          <w:p w14:paraId="1CE20C6B" w14:textId="77777777" w:rsidR="009F14C8" w:rsidRDefault="00000000">
            <w:pPr>
              <w:spacing w:after="0"/>
            </w:pPr>
            <w:r>
              <w:rPr>
                <w:sz w:val="18"/>
              </w:rPr>
              <w:t>4 = Katılıyorum</w:t>
            </w:r>
          </w:p>
        </w:tc>
        <w:tc>
          <w:tcPr>
            <w:tcW w:w="3173" w:type="dxa"/>
            <w:vAlign w:val="center"/>
          </w:tcPr>
          <w:p w14:paraId="27033220" w14:textId="77777777" w:rsidR="009F14C8" w:rsidRDefault="00000000">
            <w:pPr>
              <w:spacing w:after="0"/>
            </w:pPr>
            <w:r>
              <w:rPr>
                <w:sz w:val="18"/>
              </w:rPr>
              <w:t>14</w:t>
            </w:r>
          </w:p>
        </w:tc>
        <w:tc>
          <w:tcPr>
            <w:tcW w:w="3173" w:type="dxa"/>
            <w:vAlign w:val="center"/>
          </w:tcPr>
          <w:p w14:paraId="40A6B384" w14:textId="77777777" w:rsidR="009F14C8" w:rsidRDefault="00000000">
            <w:pPr>
              <w:spacing w:after="0"/>
            </w:pPr>
            <w:r>
              <w:rPr>
                <w:sz w:val="18"/>
              </w:rPr>
              <w:t>%32,6</w:t>
            </w:r>
          </w:p>
        </w:tc>
      </w:tr>
      <w:tr w:rsidR="009F14C8" w14:paraId="7507EE11" w14:textId="77777777">
        <w:trPr>
          <w:jc w:val="center"/>
        </w:trPr>
        <w:tc>
          <w:tcPr>
            <w:tcW w:w="3173" w:type="dxa"/>
            <w:vAlign w:val="center"/>
          </w:tcPr>
          <w:p w14:paraId="30290317" w14:textId="77777777" w:rsidR="009F14C8" w:rsidRDefault="00000000">
            <w:pPr>
              <w:spacing w:after="0"/>
            </w:pPr>
            <w:r>
              <w:rPr>
                <w:sz w:val="18"/>
              </w:rPr>
              <w:t>3 = Kararsızım</w:t>
            </w:r>
          </w:p>
        </w:tc>
        <w:tc>
          <w:tcPr>
            <w:tcW w:w="3173" w:type="dxa"/>
            <w:vAlign w:val="center"/>
          </w:tcPr>
          <w:p w14:paraId="3068654B" w14:textId="77777777" w:rsidR="009F14C8" w:rsidRDefault="00000000">
            <w:pPr>
              <w:spacing w:after="0"/>
            </w:pPr>
            <w:r>
              <w:rPr>
                <w:sz w:val="18"/>
              </w:rPr>
              <w:t>5</w:t>
            </w:r>
          </w:p>
        </w:tc>
        <w:tc>
          <w:tcPr>
            <w:tcW w:w="3173" w:type="dxa"/>
            <w:vAlign w:val="center"/>
          </w:tcPr>
          <w:p w14:paraId="3002C337" w14:textId="77777777" w:rsidR="009F14C8" w:rsidRDefault="00000000">
            <w:pPr>
              <w:spacing w:after="0"/>
            </w:pPr>
            <w:r>
              <w:rPr>
                <w:sz w:val="18"/>
              </w:rPr>
              <w:t>%11,6</w:t>
            </w:r>
          </w:p>
        </w:tc>
      </w:tr>
      <w:tr w:rsidR="009F14C8" w14:paraId="0DDC5C75" w14:textId="77777777">
        <w:trPr>
          <w:jc w:val="center"/>
        </w:trPr>
        <w:tc>
          <w:tcPr>
            <w:tcW w:w="3173" w:type="dxa"/>
            <w:vAlign w:val="center"/>
          </w:tcPr>
          <w:p w14:paraId="4C450141" w14:textId="77777777" w:rsidR="009F14C8" w:rsidRDefault="00000000">
            <w:pPr>
              <w:spacing w:after="0"/>
            </w:pPr>
            <w:r>
              <w:rPr>
                <w:sz w:val="18"/>
              </w:rPr>
              <w:t>2 = Katılmıyorum</w:t>
            </w:r>
          </w:p>
        </w:tc>
        <w:tc>
          <w:tcPr>
            <w:tcW w:w="3173" w:type="dxa"/>
            <w:vAlign w:val="center"/>
          </w:tcPr>
          <w:p w14:paraId="0E4DF6DA" w14:textId="77777777" w:rsidR="009F14C8" w:rsidRDefault="00000000">
            <w:pPr>
              <w:spacing w:after="0"/>
            </w:pPr>
            <w:r>
              <w:rPr>
                <w:sz w:val="18"/>
              </w:rPr>
              <w:t>11</w:t>
            </w:r>
          </w:p>
        </w:tc>
        <w:tc>
          <w:tcPr>
            <w:tcW w:w="3173" w:type="dxa"/>
            <w:vAlign w:val="center"/>
          </w:tcPr>
          <w:p w14:paraId="6003D3AC" w14:textId="77777777" w:rsidR="009F14C8" w:rsidRDefault="00000000">
            <w:pPr>
              <w:spacing w:after="0"/>
            </w:pPr>
            <w:r>
              <w:rPr>
                <w:sz w:val="18"/>
              </w:rPr>
              <w:t>%25,6</w:t>
            </w:r>
          </w:p>
        </w:tc>
      </w:tr>
      <w:tr w:rsidR="009F14C8" w14:paraId="3AEA2C84" w14:textId="77777777">
        <w:trPr>
          <w:jc w:val="center"/>
        </w:trPr>
        <w:tc>
          <w:tcPr>
            <w:tcW w:w="3173" w:type="dxa"/>
            <w:vAlign w:val="center"/>
          </w:tcPr>
          <w:p w14:paraId="59D3A85A" w14:textId="77777777" w:rsidR="009F14C8" w:rsidRDefault="00000000">
            <w:pPr>
              <w:spacing w:after="0"/>
            </w:pPr>
            <w:r>
              <w:rPr>
                <w:sz w:val="18"/>
              </w:rPr>
              <w:t>1 = Kesinlikle Katılmıyorum</w:t>
            </w:r>
          </w:p>
        </w:tc>
        <w:tc>
          <w:tcPr>
            <w:tcW w:w="3173" w:type="dxa"/>
            <w:vAlign w:val="center"/>
          </w:tcPr>
          <w:p w14:paraId="27EE7936" w14:textId="77777777" w:rsidR="009F14C8" w:rsidRDefault="00000000">
            <w:pPr>
              <w:spacing w:after="0"/>
            </w:pPr>
            <w:r>
              <w:rPr>
                <w:sz w:val="18"/>
              </w:rPr>
              <w:t>5</w:t>
            </w:r>
          </w:p>
        </w:tc>
        <w:tc>
          <w:tcPr>
            <w:tcW w:w="3173" w:type="dxa"/>
            <w:vAlign w:val="center"/>
          </w:tcPr>
          <w:p w14:paraId="02ACD168" w14:textId="77777777" w:rsidR="009F14C8" w:rsidRDefault="00000000">
            <w:pPr>
              <w:spacing w:after="0"/>
            </w:pPr>
            <w:r>
              <w:rPr>
                <w:sz w:val="18"/>
              </w:rPr>
              <w:t>%11,6</w:t>
            </w:r>
          </w:p>
        </w:tc>
      </w:tr>
      <w:tr w:rsidR="009F14C8" w14:paraId="6F62C70B" w14:textId="77777777">
        <w:trPr>
          <w:jc w:val="center"/>
        </w:trPr>
        <w:tc>
          <w:tcPr>
            <w:tcW w:w="3173" w:type="dxa"/>
            <w:vAlign w:val="center"/>
          </w:tcPr>
          <w:p w14:paraId="44BAA477" w14:textId="77777777" w:rsidR="009F14C8" w:rsidRDefault="00000000">
            <w:pPr>
              <w:spacing w:after="0"/>
            </w:pPr>
            <w:r>
              <w:rPr>
                <w:sz w:val="18"/>
              </w:rPr>
              <w:t>Ortalama</w:t>
            </w:r>
          </w:p>
        </w:tc>
        <w:tc>
          <w:tcPr>
            <w:tcW w:w="3173" w:type="dxa"/>
            <w:vAlign w:val="center"/>
          </w:tcPr>
          <w:p w14:paraId="474431E9" w14:textId="77777777" w:rsidR="009F14C8" w:rsidRDefault="009F14C8">
            <w:pPr>
              <w:spacing w:after="0"/>
            </w:pPr>
          </w:p>
        </w:tc>
        <w:tc>
          <w:tcPr>
            <w:tcW w:w="3173" w:type="dxa"/>
            <w:vAlign w:val="center"/>
          </w:tcPr>
          <w:p w14:paraId="1E3B98D4" w14:textId="77777777" w:rsidR="009F14C8" w:rsidRDefault="00000000">
            <w:pPr>
              <w:spacing w:after="0"/>
            </w:pPr>
            <w:r>
              <w:rPr>
                <w:sz w:val="18"/>
              </w:rPr>
              <w:t>3,21 / 5,00</w:t>
            </w:r>
          </w:p>
        </w:tc>
      </w:tr>
    </w:tbl>
    <w:p w14:paraId="3B7ADC85" w14:textId="77777777" w:rsidR="009F14C8" w:rsidRDefault="00000000">
      <w:r>
        <w:rPr>
          <w:noProof/>
        </w:rPr>
        <w:drawing>
          <wp:inline distT="0" distB="0" distL="0" distR="0" wp14:anchorId="75917A66" wp14:editId="691194E3">
            <wp:extent cx="4343400" cy="2453523"/>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31.png"/>
                    <pic:cNvPicPr/>
                  </pic:nvPicPr>
                  <pic:blipFill>
                    <a:blip r:embed="rId41"/>
                    <a:stretch>
                      <a:fillRect/>
                    </a:stretch>
                  </pic:blipFill>
                  <pic:spPr>
                    <a:xfrm>
                      <a:off x="0" y="0"/>
                      <a:ext cx="4343400" cy="2453523"/>
                    </a:xfrm>
                    <a:prstGeom prst="rect">
                      <a:avLst/>
                    </a:prstGeom>
                  </pic:spPr>
                </pic:pic>
              </a:graphicData>
            </a:graphic>
          </wp:inline>
        </w:drawing>
      </w:r>
    </w:p>
    <w:p w14:paraId="736AA6F7" w14:textId="77777777" w:rsidR="009F14C8" w:rsidRDefault="00000000">
      <w:pPr>
        <w:pStyle w:val="Balk2"/>
      </w:pPr>
      <w:bookmarkStart w:id="40" w:name="_Toc232111743"/>
      <w:r>
        <w:lastRenderedPageBreak/>
        <w:t>5.5. Fiziki Olanaklar, Sosyal İmkanlar ve Kurumsal Süreçlere İlişkin Bulgular</w:t>
      </w:r>
      <w:bookmarkEnd w:id="40"/>
    </w:p>
    <w:p w14:paraId="5D944AF7" w14:textId="77777777" w:rsidR="009F14C8" w:rsidRDefault="00000000">
      <w:pPr>
        <w:pStyle w:val="Balk3"/>
      </w:pPr>
      <w:bookmarkStart w:id="41" w:name="_Toc232111744"/>
      <w:r>
        <w:t>5.32. Madde 32’e İlişkin Bulgular</w:t>
      </w:r>
      <w:bookmarkEnd w:id="41"/>
    </w:p>
    <w:p w14:paraId="1D0CBBAD" w14:textId="77777777" w:rsidR="009F14C8" w:rsidRDefault="00000000">
      <w:r>
        <w:rPr>
          <w:b/>
          <w:i/>
        </w:rPr>
        <w:t>(Üniversite kampüsündeki genel tesislerin (yemekhane, dinlenme alanları vb.) kalitesinden memnunum.)</w:t>
      </w:r>
    </w:p>
    <w:p w14:paraId="0C889C70" w14:textId="77777777" w:rsidR="009F14C8" w:rsidRDefault="00000000">
      <w:r>
        <w:t>Katılımcıların; 4'i (%9,3) Kesinlikle Katılıyorum, 12'i (%27,9) Katılıyorum, 10'i (%23,3) Kararsızım, 9'i (%20,9) Katılmıyorum, 8'i (%18,6) Kesinlikle Katılmıyorum şeklinde görüş bildirmiştir. Bu maddeye geçerli yanıt veren katılımcı sayısı 43'dir.</w:t>
      </w:r>
    </w:p>
    <w:p w14:paraId="6FE63E31" w14:textId="77777777" w:rsidR="009F14C8" w:rsidRDefault="00000000">
      <w:r>
        <w:t>Ortalama puanın 2,88/5,00 olması, olumlu görüş oranının %37,2, kararsız görüş oranının %23,3 ve olumsuz görüş oranının %39,5 düzeyinde gerçekleşmesi bu sonuçlar, ilgili alanın akademik personel tarafından sınırlı düzeyde olumlu değerlendirildiğini ve öncelikli iyileştirme alanları arasında ele alınması gerektiğini göstermektedir.</w:t>
      </w:r>
    </w:p>
    <w:tbl>
      <w:tblPr>
        <w:tblStyle w:val="TabloKlavuzu"/>
        <w:tblW w:w="0" w:type="auto"/>
        <w:jc w:val="center"/>
        <w:tblLook w:val="04A0" w:firstRow="1" w:lastRow="0" w:firstColumn="1" w:lastColumn="0" w:noHBand="0" w:noVBand="1"/>
      </w:tblPr>
      <w:tblGrid>
        <w:gridCol w:w="3173"/>
        <w:gridCol w:w="3173"/>
        <w:gridCol w:w="3173"/>
      </w:tblGrid>
      <w:tr w:rsidR="009F14C8" w14:paraId="3C5E3558" w14:textId="77777777">
        <w:trPr>
          <w:jc w:val="center"/>
        </w:trPr>
        <w:tc>
          <w:tcPr>
            <w:tcW w:w="3173" w:type="dxa"/>
            <w:vAlign w:val="center"/>
          </w:tcPr>
          <w:p w14:paraId="6EECBEE8" w14:textId="77777777" w:rsidR="009F14C8" w:rsidRDefault="00000000">
            <w:pPr>
              <w:spacing w:after="0"/>
            </w:pPr>
            <w:r>
              <w:rPr>
                <w:sz w:val="18"/>
              </w:rPr>
              <w:t>Seçenek</w:t>
            </w:r>
          </w:p>
        </w:tc>
        <w:tc>
          <w:tcPr>
            <w:tcW w:w="3173" w:type="dxa"/>
            <w:vAlign w:val="center"/>
          </w:tcPr>
          <w:p w14:paraId="0B64B3B5" w14:textId="77777777" w:rsidR="009F14C8" w:rsidRDefault="00000000">
            <w:pPr>
              <w:spacing w:after="0"/>
            </w:pPr>
            <w:r>
              <w:rPr>
                <w:sz w:val="18"/>
              </w:rPr>
              <w:t>Frekans</w:t>
            </w:r>
          </w:p>
        </w:tc>
        <w:tc>
          <w:tcPr>
            <w:tcW w:w="3173" w:type="dxa"/>
            <w:vAlign w:val="center"/>
          </w:tcPr>
          <w:p w14:paraId="314EF01C" w14:textId="77777777" w:rsidR="009F14C8" w:rsidRDefault="00000000">
            <w:pPr>
              <w:spacing w:after="0"/>
            </w:pPr>
            <w:r>
              <w:rPr>
                <w:sz w:val="18"/>
              </w:rPr>
              <w:t>Oran</w:t>
            </w:r>
          </w:p>
        </w:tc>
      </w:tr>
      <w:tr w:rsidR="009F14C8" w14:paraId="4F5DA24E" w14:textId="77777777">
        <w:trPr>
          <w:jc w:val="center"/>
        </w:trPr>
        <w:tc>
          <w:tcPr>
            <w:tcW w:w="3173" w:type="dxa"/>
            <w:vAlign w:val="center"/>
          </w:tcPr>
          <w:p w14:paraId="05313C47" w14:textId="77777777" w:rsidR="009F14C8" w:rsidRDefault="00000000">
            <w:pPr>
              <w:spacing w:after="0"/>
            </w:pPr>
            <w:r>
              <w:rPr>
                <w:sz w:val="18"/>
              </w:rPr>
              <w:t>5 = Kesinlikle Katılıyorum</w:t>
            </w:r>
          </w:p>
        </w:tc>
        <w:tc>
          <w:tcPr>
            <w:tcW w:w="3173" w:type="dxa"/>
            <w:vAlign w:val="center"/>
          </w:tcPr>
          <w:p w14:paraId="4CE211F6" w14:textId="77777777" w:rsidR="009F14C8" w:rsidRDefault="00000000">
            <w:pPr>
              <w:spacing w:after="0"/>
            </w:pPr>
            <w:r>
              <w:rPr>
                <w:sz w:val="18"/>
              </w:rPr>
              <w:t>4</w:t>
            </w:r>
          </w:p>
        </w:tc>
        <w:tc>
          <w:tcPr>
            <w:tcW w:w="3173" w:type="dxa"/>
            <w:vAlign w:val="center"/>
          </w:tcPr>
          <w:p w14:paraId="17D7DD9E" w14:textId="77777777" w:rsidR="009F14C8" w:rsidRDefault="00000000">
            <w:pPr>
              <w:spacing w:after="0"/>
            </w:pPr>
            <w:r>
              <w:rPr>
                <w:sz w:val="18"/>
              </w:rPr>
              <w:t>%9,3</w:t>
            </w:r>
          </w:p>
        </w:tc>
      </w:tr>
      <w:tr w:rsidR="009F14C8" w14:paraId="29B0264E" w14:textId="77777777">
        <w:trPr>
          <w:jc w:val="center"/>
        </w:trPr>
        <w:tc>
          <w:tcPr>
            <w:tcW w:w="3173" w:type="dxa"/>
            <w:vAlign w:val="center"/>
          </w:tcPr>
          <w:p w14:paraId="5628751C" w14:textId="77777777" w:rsidR="009F14C8" w:rsidRDefault="00000000">
            <w:pPr>
              <w:spacing w:after="0"/>
            </w:pPr>
            <w:r>
              <w:rPr>
                <w:sz w:val="18"/>
              </w:rPr>
              <w:t>4 = Katılıyorum</w:t>
            </w:r>
          </w:p>
        </w:tc>
        <w:tc>
          <w:tcPr>
            <w:tcW w:w="3173" w:type="dxa"/>
            <w:vAlign w:val="center"/>
          </w:tcPr>
          <w:p w14:paraId="692186CA" w14:textId="77777777" w:rsidR="009F14C8" w:rsidRDefault="00000000">
            <w:pPr>
              <w:spacing w:after="0"/>
            </w:pPr>
            <w:r>
              <w:rPr>
                <w:sz w:val="18"/>
              </w:rPr>
              <w:t>12</w:t>
            </w:r>
          </w:p>
        </w:tc>
        <w:tc>
          <w:tcPr>
            <w:tcW w:w="3173" w:type="dxa"/>
            <w:vAlign w:val="center"/>
          </w:tcPr>
          <w:p w14:paraId="463CE87F" w14:textId="77777777" w:rsidR="009F14C8" w:rsidRDefault="00000000">
            <w:pPr>
              <w:spacing w:after="0"/>
            </w:pPr>
            <w:r>
              <w:rPr>
                <w:sz w:val="18"/>
              </w:rPr>
              <w:t>%27,9</w:t>
            </w:r>
          </w:p>
        </w:tc>
      </w:tr>
      <w:tr w:rsidR="009F14C8" w14:paraId="7180F0B7" w14:textId="77777777">
        <w:trPr>
          <w:jc w:val="center"/>
        </w:trPr>
        <w:tc>
          <w:tcPr>
            <w:tcW w:w="3173" w:type="dxa"/>
            <w:vAlign w:val="center"/>
          </w:tcPr>
          <w:p w14:paraId="65BA53D4" w14:textId="77777777" w:rsidR="009F14C8" w:rsidRDefault="00000000">
            <w:pPr>
              <w:spacing w:after="0"/>
            </w:pPr>
            <w:r>
              <w:rPr>
                <w:sz w:val="18"/>
              </w:rPr>
              <w:t>3 = Kararsızım</w:t>
            </w:r>
          </w:p>
        </w:tc>
        <w:tc>
          <w:tcPr>
            <w:tcW w:w="3173" w:type="dxa"/>
            <w:vAlign w:val="center"/>
          </w:tcPr>
          <w:p w14:paraId="382ECF85" w14:textId="77777777" w:rsidR="009F14C8" w:rsidRDefault="00000000">
            <w:pPr>
              <w:spacing w:after="0"/>
            </w:pPr>
            <w:r>
              <w:rPr>
                <w:sz w:val="18"/>
              </w:rPr>
              <w:t>10</w:t>
            </w:r>
          </w:p>
        </w:tc>
        <w:tc>
          <w:tcPr>
            <w:tcW w:w="3173" w:type="dxa"/>
            <w:vAlign w:val="center"/>
          </w:tcPr>
          <w:p w14:paraId="76DC038B" w14:textId="77777777" w:rsidR="009F14C8" w:rsidRDefault="00000000">
            <w:pPr>
              <w:spacing w:after="0"/>
            </w:pPr>
            <w:r>
              <w:rPr>
                <w:sz w:val="18"/>
              </w:rPr>
              <w:t>%23,3</w:t>
            </w:r>
          </w:p>
        </w:tc>
      </w:tr>
      <w:tr w:rsidR="009F14C8" w14:paraId="724408B9" w14:textId="77777777">
        <w:trPr>
          <w:jc w:val="center"/>
        </w:trPr>
        <w:tc>
          <w:tcPr>
            <w:tcW w:w="3173" w:type="dxa"/>
            <w:vAlign w:val="center"/>
          </w:tcPr>
          <w:p w14:paraId="7A9F9B2E" w14:textId="77777777" w:rsidR="009F14C8" w:rsidRDefault="00000000">
            <w:pPr>
              <w:spacing w:after="0"/>
            </w:pPr>
            <w:r>
              <w:rPr>
                <w:sz w:val="18"/>
              </w:rPr>
              <w:t>2 = Katılmıyorum</w:t>
            </w:r>
          </w:p>
        </w:tc>
        <w:tc>
          <w:tcPr>
            <w:tcW w:w="3173" w:type="dxa"/>
            <w:vAlign w:val="center"/>
          </w:tcPr>
          <w:p w14:paraId="581139E8" w14:textId="77777777" w:rsidR="009F14C8" w:rsidRDefault="00000000">
            <w:pPr>
              <w:spacing w:after="0"/>
            </w:pPr>
            <w:r>
              <w:rPr>
                <w:sz w:val="18"/>
              </w:rPr>
              <w:t>9</w:t>
            </w:r>
          </w:p>
        </w:tc>
        <w:tc>
          <w:tcPr>
            <w:tcW w:w="3173" w:type="dxa"/>
            <w:vAlign w:val="center"/>
          </w:tcPr>
          <w:p w14:paraId="27E75F69" w14:textId="77777777" w:rsidR="009F14C8" w:rsidRDefault="00000000">
            <w:pPr>
              <w:spacing w:after="0"/>
            </w:pPr>
            <w:r>
              <w:rPr>
                <w:sz w:val="18"/>
              </w:rPr>
              <w:t>%20,9</w:t>
            </w:r>
          </w:p>
        </w:tc>
      </w:tr>
      <w:tr w:rsidR="009F14C8" w14:paraId="5D69F340" w14:textId="77777777">
        <w:trPr>
          <w:jc w:val="center"/>
        </w:trPr>
        <w:tc>
          <w:tcPr>
            <w:tcW w:w="3173" w:type="dxa"/>
            <w:vAlign w:val="center"/>
          </w:tcPr>
          <w:p w14:paraId="370F8949" w14:textId="77777777" w:rsidR="009F14C8" w:rsidRDefault="00000000">
            <w:pPr>
              <w:spacing w:after="0"/>
            </w:pPr>
            <w:r>
              <w:rPr>
                <w:sz w:val="18"/>
              </w:rPr>
              <w:t>1 = Kesinlikle Katılmıyorum</w:t>
            </w:r>
          </w:p>
        </w:tc>
        <w:tc>
          <w:tcPr>
            <w:tcW w:w="3173" w:type="dxa"/>
            <w:vAlign w:val="center"/>
          </w:tcPr>
          <w:p w14:paraId="6A127488" w14:textId="77777777" w:rsidR="009F14C8" w:rsidRDefault="00000000">
            <w:pPr>
              <w:spacing w:after="0"/>
            </w:pPr>
            <w:r>
              <w:rPr>
                <w:sz w:val="18"/>
              </w:rPr>
              <w:t>8</w:t>
            </w:r>
          </w:p>
        </w:tc>
        <w:tc>
          <w:tcPr>
            <w:tcW w:w="3173" w:type="dxa"/>
            <w:vAlign w:val="center"/>
          </w:tcPr>
          <w:p w14:paraId="610D7C64" w14:textId="77777777" w:rsidR="009F14C8" w:rsidRDefault="00000000">
            <w:pPr>
              <w:spacing w:after="0"/>
            </w:pPr>
            <w:r>
              <w:rPr>
                <w:sz w:val="18"/>
              </w:rPr>
              <w:t>%18,6</w:t>
            </w:r>
          </w:p>
        </w:tc>
      </w:tr>
      <w:tr w:rsidR="009F14C8" w14:paraId="47E510EF" w14:textId="77777777">
        <w:trPr>
          <w:jc w:val="center"/>
        </w:trPr>
        <w:tc>
          <w:tcPr>
            <w:tcW w:w="3173" w:type="dxa"/>
            <w:vAlign w:val="center"/>
          </w:tcPr>
          <w:p w14:paraId="44A5BFCF" w14:textId="77777777" w:rsidR="009F14C8" w:rsidRDefault="00000000">
            <w:pPr>
              <w:spacing w:after="0"/>
            </w:pPr>
            <w:r>
              <w:rPr>
                <w:sz w:val="18"/>
              </w:rPr>
              <w:t>Ortalama</w:t>
            </w:r>
          </w:p>
        </w:tc>
        <w:tc>
          <w:tcPr>
            <w:tcW w:w="3173" w:type="dxa"/>
            <w:vAlign w:val="center"/>
          </w:tcPr>
          <w:p w14:paraId="25BC2EB5" w14:textId="77777777" w:rsidR="009F14C8" w:rsidRDefault="009F14C8">
            <w:pPr>
              <w:spacing w:after="0"/>
            </w:pPr>
          </w:p>
        </w:tc>
        <w:tc>
          <w:tcPr>
            <w:tcW w:w="3173" w:type="dxa"/>
            <w:vAlign w:val="center"/>
          </w:tcPr>
          <w:p w14:paraId="3F58ACAC" w14:textId="77777777" w:rsidR="009F14C8" w:rsidRDefault="00000000">
            <w:pPr>
              <w:spacing w:after="0"/>
            </w:pPr>
            <w:r>
              <w:rPr>
                <w:sz w:val="18"/>
              </w:rPr>
              <w:t>2,88 / 5,00</w:t>
            </w:r>
          </w:p>
        </w:tc>
      </w:tr>
    </w:tbl>
    <w:p w14:paraId="39C7817B" w14:textId="77777777" w:rsidR="009F14C8" w:rsidRDefault="00000000">
      <w:r>
        <w:rPr>
          <w:noProof/>
        </w:rPr>
        <w:drawing>
          <wp:inline distT="0" distB="0" distL="0" distR="0" wp14:anchorId="6289AFCA" wp14:editId="5729C4BA">
            <wp:extent cx="4343400" cy="2453523"/>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32.png"/>
                    <pic:cNvPicPr/>
                  </pic:nvPicPr>
                  <pic:blipFill>
                    <a:blip r:embed="rId42"/>
                    <a:stretch>
                      <a:fillRect/>
                    </a:stretch>
                  </pic:blipFill>
                  <pic:spPr>
                    <a:xfrm>
                      <a:off x="0" y="0"/>
                      <a:ext cx="4343400" cy="2453523"/>
                    </a:xfrm>
                    <a:prstGeom prst="rect">
                      <a:avLst/>
                    </a:prstGeom>
                  </pic:spPr>
                </pic:pic>
              </a:graphicData>
            </a:graphic>
          </wp:inline>
        </w:drawing>
      </w:r>
    </w:p>
    <w:p w14:paraId="35BF31A9" w14:textId="77777777" w:rsidR="009F14C8" w:rsidRDefault="00000000">
      <w:pPr>
        <w:pStyle w:val="Balk3"/>
      </w:pPr>
      <w:bookmarkStart w:id="42" w:name="_Toc232111745"/>
      <w:r>
        <w:t>5.33. Madde 33’e İlişkin Bulgular</w:t>
      </w:r>
      <w:bookmarkEnd w:id="42"/>
    </w:p>
    <w:p w14:paraId="02E10268" w14:textId="77777777" w:rsidR="009F14C8" w:rsidRDefault="00000000">
      <w:r>
        <w:rPr>
          <w:b/>
          <w:i/>
        </w:rPr>
        <w:t>(Engelli veya özel gereksinimi olan öğrencilerime eğitim verirken kullanabileceğim uygun materyal ve fiziksel imkanlara sahibim.)</w:t>
      </w:r>
    </w:p>
    <w:p w14:paraId="0D25F360" w14:textId="77777777" w:rsidR="009F14C8" w:rsidRDefault="00000000">
      <w:r>
        <w:t>Katılımcıların; 9'i (%20,9) Kesinlikle Katılıyorum, 11'i (%25,6) Katılıyorum, 13'i (%30,2) Kararsızım, 2'i (%4,7) Katılmıyorum, 8'i (%18,6) Kesinlikle Katılmıyorum şeklinde görüş bildirmiştir. Bu maddeye geçerli yanıt veren katılımcı sayısı 43'dir.</w:t>
      </w:r>
    </w:p>
    <w:p w14:paraId="03F66812" w14:textId="77777777" w:rsidR="009F14C8" w:rsidRDefault="00000000">
      <w:r>
        <w:t>Ortalama puanın 3,26/5,00 olması, olumlu görüş oranının %46,5, kararsız görüş oranının %30,2 ve olumsuz görüş oranının %23,3 düzeyinde gerçekleşmesi bu sonuçlar, ilgili alanda memnuniyetin orta düzeyde seyrettiğini ve mevcut uygulamaların güçlendirilmesine ihtiyaç bulunduğunu göstermektedir.</w:t>
      </w:r>
    </w:p>
    <w:tbl>
      <w:tblPr>
        <w:tblStyle w:val="TabloKlavuzu"/>
        <w:tblW w:w="0" w:type="auto"/>
        <w:jc w:val="center"/>
        <w:tblLook w:val="04A0" w:firstRow="1" w:lastRow="0" w:firstColumn="1" w:lastColumn="0" w:noHBand="0" w:noVBand="1"/>
      </w:tblPr>
      <w:tblGrid>
        <w:gridCol w:w="3173"/>
        <w:gridCol w:w="3173"/>
        <w:gridCol w:w="3173"/>
      </w:tblGrid>
      <w:tr w:rsidR="009F14C8" w14:paraId="1C390927" w14:textId="77777777">
        <w:trPr>
          <w:jc w:val="center"/>
        </w:trPr>
        <w:tc>
          <w:tcPr>
            <w:tcW w:w="3173" w:type="dxa"/>
            <w:vAlign w:val="center"/>
          </w:tcPr>
          <w:p w14:paraId="1F033BDF" w14:textId="77777777" w:rsidR="009F14C8" w:rsidRDefault="00000000">
            <w:pPr>
              <w:spacing w:after="0"/>
            </w:pPr>
            <w:r>
              <w:rPr>
                <w:sz w:val="18"/>
              </w:rPr>
              <w:t>Seçenek</w:t>
            </w:r>
          </w:p>
        </w:tc>
        <w:tc>
          <w:tcPr>
            <w:tcW w:w="3173" w:type="dxa"/>
            <w:vAlign w:val="center"/>
          </w:tcPr>
          <w:p w14:paraId="5A1C8D37" w14:textId="77777777" w:rsidR="009F14C8" w:rsidRDefault="00000000">
            <w:pPr>
              <w:spacing w:after="0"/>
            </w:pPr>
            <w:r>
              <w:rPr>
                <w:sz w:val="18"/>
              </w:rPr>
              <w:t>Frekans</w:t>
            </w:r>
          </w:p>
        </w:tc>
        <w:tc>
          <w:tcPr>
            <w:tcW w:w="3173" w:type="dxa"/>
            <w:vAlign w:val="center"/>
          </w:tcPr>
          <w:p w14:paraId="14625A90" w14:textId="77777777" w:rsidR="009F14C8" w:rsidRDefault="00000000">
            <w:pPr>
              <w:spacing w:after="0"/>
            </w:pPr>
            <w:r>
              <w:rPr>
                <w:sz w:val="18"/>
              </w:rPr>
              <w:t>Oran</w:t>
            </w:r>
          </w:p>
        </w:tc>
      </w:tr>
      <w:tr w:rsidR="009F14C8" w14:paraId="7464F941" w14:textId="77777777">
        <w:trPr>
          <w:jc w:val="center"/>
        </w:trPr>
        <w:tc>
          <w:tcPr>
            <w:tcW w:w="3173" w:type="dxa"/>
            <w:vAlign w:val="center"/>
          </w:tcPr>
          <w:p w14:paraId="5320D18B" w14:textId="77777777" w:rsidR="009F14C8" w:rsidRDefault="00000000">
            <w:pPr>
              <w:spacing w:after="0"/>
            </w:pPr>
            <w:r>
              <w:rPr>
                <w:sz w:val="18"/>
              </w:rPr>
              <w:t>5 = Kesinlikle Katılıyorum</w:t>
            </w:r>
          </w:p>
        </w:tc>
        <w:tc>
          <w:tcPr>
            <w:tcW w:w="3173" w:type="dxa"/>
            <w:vAlign w:val="center"/>
          </w:tcPr>
          <w:p w14:paraId="2D139A10" w14:textId="77777777" w:rsidR="009F14C8" w:rsidRDefault="00000000">
            <w:pPr>
              <w:spacing w:after="0"/>
            </w:pPr>
            <w:r>
              <w:rPr>
                <w:sz w:val="18"/>
              </w:rPr>
              <w:t>9</w:t>
            </w:r>
          </w:p>
        </w:tc>
        <w:tc>
          <w:tcPr>
            <w:tcW w:w="3173" w:type="dxa"/>
            <w:vAlign w:val="center"/>
          </w:tcPr>
          <w:p w14:paraId="640A261C" w14:textId="77777777" w:rsidR="009F14C8" w:rsidRDefault="00000000">
            <w:pPr>
              <w:spacing w:after="0"/>
            </w:pPr>
            <w:r>
              <w:rPr>
                <w:sz w:val="18"/>
              </w:rPr>
              <w:t>%20,9</w:t>
            </w:r>
          </w:p>
        </w:tc>
      </w:tr>
      <w:tr w:rsidR="009F14C8" w14:paraId="7E86BAE8" w14:textId="77777777">
        <w:trPr>
          <w:jc w:val="center"/>
        </w:trPr>
        <w:tc>
          <w:tcPr>
            <w:tcW w:w="3173" w:type="dxa"/>
            <w:vAlign w:val="center"/>
          </w:tcPr>
          <w:p w14:paraId="60BB20D5" w14:textId="77777777" w:rsidR="009F14C8" w:rsidRDefault="00000000">
            <w:pPr>
              <w:spacing w:after="0"/>
            </w:pPr>
            <w:r>
              <w:rPr>
                <w:sz w:val="18"/>
              </w:rPr>
              <w:lastRenderedPageBreak/>
              <w:t>4 = Katılıyorum</w:t>
            </w:r>
          </w:p>
        </w:tc>
        <w:tc>
          <w:tcPr>
            <w:tcW w:w="3173" w:type="dxa"/>
            <w:vAlign w:val="center"/>
          </w:tcPr>
          <w:p w14:paraId="05E76CB7" w14:textId="77777777" w:rsidR="009F14C8" w:rsidRDefault="00000000">
            <w:pPr>
              <w:spacing w:after="0"/>
            </w:pPr>
            <w:r>
              <w:rPr>
                <w:sz w:val="18"/>
              </w:rPr>
              <w:t>11</w:t>
            </w:r>
          </w:p>
        </w:tc>
        <w:tc>
          <w:tcPr>
            <w:tcW w:w="3173" w:type="dxa"/>
            <w:vAlign w:val="center"/>
          </w:tcPr>
          <w:p w14:paraId="1A425A16" w14:textId="77777777" w:rsidR="009F14C8" w:rsidRDefault="00000000">
            <w:pPr>
              <w:spacing w:after="0"/>
            </w:pPr>
            <w:r>
              <w:rPr>
                <w:sz w:val="18"/>
              </w:rPr>
              <w:t>%25,6</w:t>
            </w:r>
          </w:p>
        </w:tc>
      </w:tr>
      <w:tr w:rsidR="009F14C8" w14:paraId="0BDC7A2A" w14:textId="77777777">
        <w:trPr>
          <w:jc w:val="center"/>
        </w:trPr>
        <w:tc>
          <w:tcPr>
            <w:tcW w:w="3173" w:type="dxa"/>
            <w:vAlign w:val="center"/>
          </w:tcPr>
          <w:p w14:paraId="11BD49F9" w14:textId="77777777" w:rsidR="009F14C8" w:rsidRDefault="00000000">
            <w:pPr>
              <w:spacing w:after="0"/>
            </w:pPr>
            <w:r>
              <w:rPr>
                <w:sz w:val="18"/>
              </w:rPr>
              <w:t>3 = Kararsızım</w:t>
            </w:r>
          </w:p>
        </w:tc>
        <w:tc>
          <w:tcPr>
            <w:tcW w:w="3173" w:type="dxa"/>
            <w:vAlign w:val="center"/>
          </w:tcPr>
          <w:p w14:paraId="25CB9A51" w14:textId="77777777" w:rsidR="009F14C8" w:rsidRDefault="00000000">
            <w:pPr>
              <w:spacing w:after="0"/>
            </w:pPr>
            <w:r>
              <w:rPr>
                <w:sz w:val="18"/>
              </w:rPr>
              <w:t>13</w:t>
            </w:r>
          </w:p>
        </w:tc>
        <w:tc>
          <w:tcPr>
            <w:tcW w:w="3173" w:type="dxa"/>
            <w:vAlign w:val="center"/>
          </w:tcPr>
          <w:p w14:paraId="0EEBEC7F" w14:textId="77777777" w:rsidR="009F14C8" w:rsidRDefault="00000000">
            <w:pPr>
              <w:spacing w:after="0"/>
            </w:pPr>
            <w:r>
              <w:rPr>
                <w:sz w:val="18"/>
              </w:rPr>
              <w:t>%30,2</w:t>
            </w:r>
          </w:p>
        </w:tc>
      </w:tr>
      <w:tr w:rsidR="009F14C8" w14:paraId="5EEEBB6B" w14:textId="77777777">
        <w:trPr>
          <w:jc w:val="center"/>
        </w:trPr>
        <w:tc>
          <w:tcPr>
            <w:tcW w:w="3173" w:type="dxa"/>
            <w:vAlign w:val="center"/>
          </w:tcPr>
          <w:p w14:paraId="24474F50" w14:textId="77777777" w:rsidR="009F14C8" w:rsidRDefault="00000000">
            <w:pPr>
              <w:spacing w:after="0"/>
            </w:pPr>
            <w:r>
              <w:rPr>
                <w:sz w:val="18"/>
              </w:rPr>
              <w:t>2 = Katılmıyorum</w:t>
            </w:r>
          </w:p>
        </w:tc>
        <w:tc>
          <w:tcPr>
            <w:tcW w:w="3173" w:type="dxa"/>
            <w:vAlign w:val="center"/>
          </w:tcPr>
          <w:p w14:paraId="5EBA706D" w14:textId="77777777" w:rsidR="009F14C8" w:rsidRDefault="00000000">
            <w:pPr>
              <w:spacing w:after="0"/>
            </w:pPr>
            <w:r>
              <w:rPr>
                <w:sz w:val="18"/>
              </w:rPr>
              <w:t>2</w:t>
            </w:r>
          </w:p>
        </w:tc>
        <w:tc>
          <w:tcPr>
            <w:tcW w:w="3173" w:type="dxa"/>
            <w:vAlign w:val="center"/>
          </w:tcPr>
          <w:p w14:paraId="3177E090" w14:textId="77777777" w:rsidR="009F14C8" w:rsidRDefault="00000000">
            <w:pPr>
              <w:spacing w:after="0"/>
            </w:pPr>
            <w:r>
              <w:rPr>
                <w:sz w:val="18"/>
              </w:rPr>
              <w:t>%4,7</w:t>
            </w:r>
          </w:p>
        </w:tc>
      </w:tr>
      <w:tr w:rsidR="009F14C8" w14:paraId="3D89FB4A" w14:textId="77777777">
        <w:trPr>
          <w:jc w:val="center"/>
        </w:trPr>
        <w:tc>
          <w:tcPr>
            <w:tcW w:w="3173" w:type="dxa"/>
            <w:vAlign w:val="center"/>
          </w:tcPr>
          <w:p w14:paraId="0798E02D" w14:textId="77777777" w:rsidR="009F14C8" w:rsidRDefault="00000000">
            <w:pPr>
              <w:spacing w:after="0"/>
            </w:pPr>
            <w:r>
              <w:rPr>
                <w:sz w:val="18"/>
              </w:rPr>
              <w:t>1 = Kesinlikle Katılmıyorum</w:t>
            </w:r>
          </w:p>
        </w:tc>
        <w:tc>
          <w:tcPr>
            <w:tcW w:w="3173" w:type="dxa"/>
            <w:vAlign w:val="center"/>
          </w:tcPr>
          <w:p w14:paraId="0EDCCBD5" w14:textId="77777777" w:rsidR="009F14C8" w:rsidRDefault="00000000">
            <w:pPr>
              <w:spacing w:after="0"/>
            </w:pPr>
            <w:r>
              <w:rPr>
                <w:sz w:val="18"/>
              </w:rPr>
              <w:t>8</w:t>
            </w:r>
          </w:p>
        </w:tc>
        <w:tc>
          <w:tcPr>
            <w:tcW w:w="3173" w:type="dxa"/>
            <w:vAlign w:val="center"/>
          </w:tcPr>
          <w:p w14:paraId="478467AC" w14:textId="77777777" w:rsidR="009F14C8" w:rsidRDefault="00000000">
            <w:pPr>
              <w:spacing w:after="0"/>
            </w:pPr>
            <w:r>
              <w:rPr>
                <w:sz w:val="18"/>
              </w:rPr>
              <w:t>%18,6</w:t>
            </w:r>
          </w:p>
        </w:tc>
      </w:tr>
      <w:tr w:rsidR="009F14C8" w14:paraId="3A04C971" w14:textId="77777777">
        <w:trPr>
          <w:jc w:val="center"/>
        </w:trPr>
        <w:tc>
          <w:tcPr>
            <w:tcW w:w="3173" w:type="dxa"/>
            <w:vAlign w:val="center"/>
          </w:tcPr>
          <w:p w14:paraId="717A1C7F" w14:textId="77777777" w:rsidR="009F14C8" w:rsidRDefault="00000000">
            <w:pPr>
              <w:spacing w:after="0"/>
            </w:pPr>
            <w:r>
              <w:rPr>
                <w:sz w:val="18"/>
              </w:rPr>
              <w:t>Ortalama</w:t>
            </w:r>
          </w:p>
        </w:tc>
        <w:tc>
          <w:tcPr>
            <w:tcW w:w="3173" w:type="dxa"/>
            <w:vAlign w:val="center"/>
          </w:tcPr>
          <w:p w14:paraId="74A43370" w14:textId="77777777" w:rsidR="009F14C8" w:rsidRDefault="009F14C8">
            <w:pPr>
              <w:spacing w:after="0"/>
            </w:pPr>
          </w:p>
        </w:tc>
        <w:tc>
          <w:tcPr>
            <w:tcW w:w="3173" w:type="dxa"/>
            <w:vAlign w:val="center"/>
          </w:tcPr>
          <w:p w14:paraId="5A5640E7" w14:textId="77777777" w:rsidR="009F14C8" w:rsidRDefault="00000000">
            <w:pPr>
              <w:spacing w:after="0"/>
            </w:pPr>
            <w:r>
              <w:rPr>
                <w:sz w:val="18"/>
              </w:rPr>
              <w:t>3,26 / 5,00</w:t>
            </w:r>
          </w:p>
        </w:tc>
      </w:tr>
    </w:tbl>
    <w:p w14:paraId="64B0C0A0" w14:textId="77777777" w:rsidR="009F14C8" w:rsidRDefault="00000000">
      <w:r>
        <w:rPr>
          <w:noProof/>
        </w:rPr>
        <w:drawing>
          <wp:inline distT="0" distB="0" distL="0" distR="0" wp14:anchorId="786D066F" wp14:editId="099CBBA0">
            <wp:extent cx="4343400" cy="2453523"/>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33.png"/>
                    <pic:cNvPicPr/>
                  </pic:nvPicPr>
                  <pic:blipFill>
                    <a:blip r:embed="rId43"/>
                    <a:stretch>
                      <a:fillRect/>
                    </a:stretch>
                  </pic:blipFill>
                  <pic:spPr>
                    <a:xfrm>
                      <a:off x="0" y="0"/>
                      <a:ext cx="4343400" cy="2453523"/>
                    </a:xfrm>
                    <a:prstGeom prst="rect">
                      <a:avLst/>
                    </a:prstGeom>
                  </pic:spPr>
                </pic:pic>
              </a:graphicData>
            </a:graphic>
          </wp:inline>
        </w:drawing>
      </w:r>
    </w:p>
    <w:p w14:paraId="6BDAAC63" w14:textId="77777777" w:rsidR="009F14C8" w:rsidRDefault="00000000">
      <w:pPr>
        <w:pStyle w:val="Balk3"/>
      </w:pPr>
      <w:bookmarkStart w:id="43" w:name="_Toc232111746"/>
      <w:r>
        <w:t>5.34. Madde 34’e İlişkin Bulgular</w:t>
      </w:r>
      <w:bookmarkEnd w:id="43"/>
    </w:p>
    <w:p w14:paraId="3F14523E" w14:textId="77777777" w:rsidR="009F14C8" w:rsidRDefault="00000000">
      <w:r>
        <w:rPr>
          <w:b/>
          <w:i/>
        </w:rPr>
        <w:t>(Kurumumun dezavantajlı gruplara yönelik sergilediği kapsayıcı tutumun bir parçası olmaktan memnunum.)</w:t>
      </w:r>
    </w:p>
    <w:p w14:paraId="09A3ED2B" w14:textId="77777777" w:rsidR="009F14C8" w:rsidRDefault="00000000">
      <w:r>
        <w:t>Katılımcıların; 13'i (%30,2) Kesinlikle Katılıyorum, 13'i (%30,2) Katılıyorum, 13'i (%30,2) Kararsızım, 2'i (%4,7) Katılmıyorum, 2'i (%4,7) Kesinlikle Katılmıyorum şeklinde görüş bildirmiştir. Bu maddeye geçerli yanıt veren katılımcı sayısı 43'dir.</w:t>
      </w:r>
    </w:p>
    <w:p w14:paraId="70CE3986" w14:textId="77777777" w:rsidR="009F14C8" w:rsidRDefault="00000000">
      <w:r>
        <w:t>Ortalama puanın 3,77/5,00 olması, olumlu görüş oranının %60,5, kararsız görüş oranının %30,2 ve olumsuz görüş oranının %9,3 düzeyinde gerçekleşmesi bu sonuçlar, ilgili alanda genel eğilimin olumlu olduğunu; bununla birlikte kararsız ve olumsuz görüşlerin de iyileştirme süreçlerinde dikkate alınması gerektiğini göstermektedir.</w:t>
      </w:r>
    </w:p>
    <w:tbl>
      <w:tblPr>
        <w:tblStyle w:val="TabloKlavuzu"/>
        <w:tblW w:w="0" w:type="auto"/>
        <w:jc w:val="center"/>
        <w:tblLook w:val="04A0" w:firstRow="1" w:lastRow="0" w:firstColumn="1" w:lastColumn="0" w:noHBand="0" w:noVBand="1"/>
      </w:tblPr>
      <w:tblGrid>
        <w:gridCol w:w="3173"/>
        <w:gridCol w:w="3173"/>
        <w:gridCol w:w="3173"/>
      </w:tblGrid>
      <w:tr w:rsidR="009F14C8" w14:paraId="3544287E" w14:textId="77777777">
        <w:trPr>
          <w:jc w:val="center"/>
        </w:trPr>
        <w:tc>
          <w:tcPr>
            <w:tcW w:w="3173" w:type="dxa"/>
            <w:vAlign w:val="center"/>
          </w:tcPr>
          <w:p w14:paraId="3281BEA5" w14:textId="77777777" w:rsidR="009F14C8" w:rsidRDefault="00000000">
            <w:pPr>
              <w:spacing w:after="0"/>
            </w:pPr>
            <w:r>
              <w:rPr>
                <w:sz w:val="18"/>
              </w:rPr>
              <w:t>Seçenek</w:t>
            </w:r>
          </w:p>
        </w:tc>
        <w:tc>
          <w:tcPr>
            <w:tcW w:w="3173" w:type="dxa"/>
            <w:vAlign w:val="center"/>
          </w:tcPr>
          <w:p w14:paraId="367B8840" w14:textId="77777777" w:rsidR="009F14C8" w:rsidRDefault="00000000">
            <w:pPr>
              <w:spacing w:after="0"/>
            </w:pPr>
            <w:r>
              <w:rPr>
                <w:sz w:val="18"/>
              </w:rPr>
              <w:t>Frekans</w:t>
            </w:r>
          </w:p>
        </w:tc>
        <w:tc>
          <w:tcPr>
            <w:tcW w:w="3173" w:type="dxa"/>
            <w:vAlign w:val="center"/>
          </w:tcPr>
          <w:p w14:paraId="3C26BD97" w14:textId="77777777" w:rsidR="009F14C8" w:rsidRDefault="00000000">
            <w:pPr>
              <w:spacing w:after="0"/>
            </w:pPr>
            <w:r>
              <w:rPr>
                <w:sz w:val="18"/>
              </w:rPr>
              <w:t>Oran</w:t>
            </w:r>
          </w:p>
        </w:tc>
      </w:tr>
      <w:tr w:rsidR="009F14C8" w14:paraId="2EC7E8A3" w14:textId="77777777">
        <w:trPr>
          <w:jc w:val="center"/>
        </w:trPr>
        <w:tc>
          <w:tcPr>
            <w:tcW w:w="3173" w:type="dxa"/>
            <w:vAlign w:val="center"/>
          </w:tcPr>
          <w:p w14:paraId="12D22D10" w14:textId="77777777" w:rsidR="009F14C8" w:rsidRDefault="00000000">
            <w:pPr>
              <w:spacing w:after="0"/>
            </w:pPr>
            <w:r>
              <w:rPr>
                <w:sz w:val="18"/>
              </w:rPr>
              <w:t>5 = Kesinlikle Katılıyorum</w:t>
            </w:r>
          </w:p>
        </w:tc>
        <w:tc>
          <w:tcPr>
            <w:tcW w:w="3173" w:type="dxa"/>
            <w:vAlign w:val="center"/>
          </w:tcPr>
          <w:p w14:paraId="241776A3" w14:textId="77777777" w:rsidR="009F14C8" w:rsidRDefault="00000000">
            <w:pPr>
              <w:spacing w:after="0"/>
            </w:pPr>
            <w:r>
              <w:rPr>
                <w:sz w:val="18"/>
              </w:rPr>
              <w:t>13</w:t>
            </w:r>
          </w:p>
        </w:tc>
        <w:tc>
          <w:tcPr>
            <w:tcW w:w="3173" w:type="dxa"/>
            <w:vAlign w:val="center"/>
          </w:tcPr>
          <w:p w14:paraId="332F0B0E" w14:textId="77777777" w:rsidR="009F14C8" w:rsidRDefault="00000000">
            <w:pPr>
              <w:spacing w:after="0"/>
            </w:pPr>
            <w:r>
              <w:rPr>
                <w:sz w:val="18"/>
              </w:rPr>
              <w:t>%30,2</w:t>
            </w:r>
          </w:p>
        </w:tc>
      </w:tr>
      <w:tr w:rsidR="009F14C8" w14:paraId="7A1EDA6D" w14:textId="77777777">
        <w:trPr>
          <w:jc w:val="center"/>
        </w:trPr>
        <w:tc>
          <w:tcPr>
            <w:tcW w:w="3173" w:type="dxa"/>
            <w:vAlign w:val="center"/>
          </w:tcPr>
          <w:p w14:paraId="463472CE" w14:textId="77777777" w:rsidR="009F14C8" w:rsidRDefault="00000000">
            <w:pPr>
              <w:spacing w:after="0"/>
            </w:pPr>
            <w:r>
              <w:rPr>
                <w:sz w:val="18"/>
              </w:rPr>
              <w:t>4 = Katılıyorum</w:t>
            </w:r>
          </w:p>
        </w:tc>
        <w:tc>
          <w:tcPr>
            <w:tcW w:w="3173" w:type="dxa"/>
            <w:vAlign w:val="center"/>
          </w:tcPr>
          <w:p w14:paraId="65252E83" w14:textId="77777777" w:rsidR="009F14C8" w:rsidRDefault="00000000">
            <w:pPr>
              <w:spacing w:after="0"/>
            </w:pPr>
            <w:r>
              <w:rPr>
                <w:sz w:val="18"/>
              </w:rPr>
              <w:t>13</w:t>
            </w:r>
          </w:p>
        </w:tc>
        <w:tc>
          <w:tcPr>
            <w:tcW w:w="3173" w:type="dxa"/>
            <w:vAlign w:val="center"/>
          </w:tcPr>
          <w:p w14:paraId="5E764416" w14:textId="77777777" w:rsidR="009F14C8" w:rsidRDefault="00000000">
            <w:pPr>
              <w:spacing w:after="0"/>
            </w:pPr>
            <w:r>
              <w:rPr>
                <w:sz w:val="18"/>
              </w:rPr>
              <w:t>%30,2</w:t>
            </w:r>
          </w:p>
        </w:tc>
      </w:tr>
      <w:tr w:rsidR="009F14C8" w14:paraId="6BDC6753" w14:textId="77777777">
        <w:trPr>
          <w:jc w:val="center"/>
        </w:trPr>
        <w:tc>
          <w:tcPr>
            <w:tcW w:w="3173" w:type="dxa"/>
            <w:vAlign w:val="center"/>
          </w:tcPr>
          <w:p w14:paraId="0CAE9105" w14:textId="77777777" w:rsidR="009F14C8" w:rsidRDefault="00000000">
            <w:pPr>
              <w:spacing w:after="0"/>
            </w:pPr>
            <w:r>
              <w:rPr>
                <w:sz w:val="18"/>
              </w:rPr>
              <w:t>3 = Kararsızım</w:t>
            </w:r>
          </w:p>
        </w:tc>
        <w:tc>
          <w:tcPr>
            <w:tcW w:w="3173" w:type="dxa"/>
            <w:vAlign w:val="center"/>
          </w:tcPr>
          <w:p w14:paraId="1FFE2564" w14:textId="77777777" w:rsidR="009F14C8" w:rsidRDefault="00000000">
            <w:pPr>
              <w:spacing w:after="0"/>
            </w:pPr>
            <w:r>
              <w:rPr>
                <w:sz w:val="18"/>
              </w:rPr>
              <w:t>13</w:t>
            </w:r>
          </w:p>
        </w:tc>
        <w:tc>
          <w:tcPr>
            <w:tcW w:w="3173" w:type="dxa"/>
            <w:vAlign w:val="center"/>
          </w:tcPr>
          <w:p w14:paraId="73ED261F" w14:textId="77777777" w:rsidR="009F14C8" w:rsidRDefault="00000000">
            <w:pPr>
              <w:spacing w:after="0"/>
            </w:pPr>
            <w:r>
              <w:rPr>
                <w:sz w:val="18"/>
              </w:rPr>
              <w:t>%30,2</w:t>
            </w:r>
          </w:p>
        </w:tc>
      </w:tr>
      <w:tr w:rsidR="009F14C8" w14:paraId="73EDEFB4" w14:textId="77777777">
        <w:trPr>
          <w:jc w:val="center"/>
        </w:trPr>
        <w:tc>
          <w:tcPr>
            <w:tcW w:w="3173" w:type="dxa"/>
            <w:vAlign w:val="center"/>
          </w:tcPr>
          <w:p w14:paraId="0174C2EF" w14:textId="77777777" w:rsidR="009F14C8" w:rsidRDefault="00000000">
            <w:pPr>
              <w:spacing w:after="0"/>
            </w:pPr>
            <w:r>
              <w:rPr>
                <w:sz w:val="18"/>
              </w:rPr>
              <w:t>2 = Katılmıyorum</w:t>
            </w:r>
          </w:p>
        </w:tc>
        <w:tc>
          <w:tcPr>
            <w:tcW w:w="3173" w:type="dxa"/>
            <w:vAlign w:val="center"/>
          </w:tcPr>
          <w:p w14:paraId="7766EDF6" w14:textId="77777777" w:rsidR="009F14C8" w:rsidRDefault="00000000">
            <w:pPr>
              <w:spacing w:after="0"/>
            </w:pPr>
            <w:r>
              <w:rPr>
                <w:sz w:val="18"/>
              </w:rPr>
              <w:t>2</w:t>
            </w:r>
          </w:p>
        </w:tc>
        <w:tc>
          <w:tcPr>
            <w:tcW w:w="3173" w:type="dxa"/>
            <w:vAlign w:val="center"/>
          </w:tcPr>
          <w:p w14:paraId="42C3FDD7" w14:textId="77777777" w:rsidR="009F14C8" w:rsidRDefault="00000000">
            <w:pPr>
              <w:spacing w:after="0"/>
            </w:pPr>
            <w:r>
              <w:rPr>
                <w:sz w:val="18"/>
              </w:rPr>
              <w:t>%4,7</w:t>
            </w:r>
          </w:p>
        </w:tc>
      </w:tr>
      <w:tr w:rsidR="009F14C8" w14:paraId="2A975AEC" w14:textId="77777777">
        <w:trPr>
          <w:jc w:val="center"/>
        </w:trPr>
        <w:tc>
          <w:tcPr>
            <w:tcW w:w="3173" w:type="dxa"/>
            <w:vAlign w:val="center"/>
          </w:tcPr>
          <w:p w14:paraId="0A11BAFD" w14:textId="77777777" w:rsidR="009F14C8" w:rsidRDefault="00000000">
            <w:pPr>
              <w:spacing w:after="0"/>
            </w:pPr>
            <w:r>
              <w:rPr>
                <w:sz w:val="18"/>
              </w:rPr>
              <w:t>1 = Kesinlikle Katılmıyorum</w:t>
            </w:r>
          </w:p>
        </w:tc>
        <w:tc>
          <w:tcPr>
            <w:tcW w:w="3173" w:type="dxa"/>
            <w:vAlign w:val="center"/>
          </w:tcPr>
          <w:p w14:paraId="653F3348" w14:textId="77777777" w:rsidR="009F14C8" w:rsidRDefault="00000000">
            <w:pPr>
              <w:spacing w:after="0"/>
            </w:pPr>
            <w:r>
              <w:rPr>
                <w:sz w:val="18"/>
              </w:rPr>
              <w:t>2</w:t>
            </w:r>
          </w:p>
        </w:tc>
        <w:tc>
          <w:tcPr>
            <w:tcW w:w="3173" w:type="dxa"/>
            <w:vAlign w:val="center"/>
          </w:tcPr>
          <w:p w14:paraId="449F33E9" w14:textId="77777777" w:rsidR="009F14C8" w:rsidRDefault="00000000">
            <w:pPr>
              <w:spacing w:after="0"/>
            </w:pPr>
            <w:r>
              <w:rPr>
                <w:sz w:val="18"/>
              </w:rPr>
              <w:t>%4,7</w:t>
            </w:r>
          </w:p>
        </w:tc>
      </w:tr>
      <w:tr w:rsidR="009F14C8" w14:paraId="68252118" w14:textId="77777777">
        <w:trPr>
          <w:jc w:val="center"/>
        </w:trPr>
        <w:tc>
          <w:tcPr>
            <w:tcW w:w="3173" w:type="dxa"/>
            <w:vAlign w:val="center"/>
          </w:tcPr>
          <w:p w14:paraId="0B87CB15" w14:textId="77777777" w:rsidR="009F14C8" w:rsidRDefault="00000000">
            <w:pPr>
              <w:spacing w:after="0"/>
            </w:pPr>
            <w:r>
              <w:rPr>
                <w:sz w:val="18"/>
              </w:rPr>
              <w:t>Ortalama</w:t>
            </w:r>
          </w:p>
        </w:tc>
        <w:tc>
          <w:tcPr>
            <w:tcW w:w="3173" w:type="dxa"/>
            <w:vAlign w:val="center"/>
          </w:tcPr>
          <w:p w14:paraId="738692B5" w14:textId="77777777" w:rsidR="009F14C8" w:rsidRDefault="009F14C8">
            <w:pPr>
              <w:spacing w:after="0"/>
            </w:pPr>
          </w:p>
        </w:tc>
        <w:tc>
          <w:tcPr>
            <w:tcW w:w="3173" w:type="dxa"/>
            <w:vAlign w:val="center"/>
          </w:tcPr>
          <w:p w14:paraId="0CB71ECC" w14:textId="77777777" w:rsidR="009F14C8" w:rsidRDefault="00000000">
            <w:pPr>
              <w:spacing w:after="0"/>
            </w:pPr>
            <w:r>
              <w:rPr>
                <w:sz w:val="18"/>
              </w:rPr>
              <w:t>3,77 / 5,00</w:t>
            </w:r>
          </w:p>
        </w:tc>
      </w:tr>
    </w:tbl>
    <w:p w14:paraId="73737D44" w14:textId="77777777" w:rsidR="009F14C8" w:rsidRDefault="00000000">
      <w:r>
        <w:rPr>
          <w:noProof/>
        </w:rPr>
        <w:lastRenderedPageBreak/>
        <w:drawing>
          <wp:inline distT="0" distB="0" distL="0" distR="0" wp14:anchorId="5CD6A0CC" wp14:editId="30E38A60">
            <wp:extent cx="4343400" cy="2453523"/>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34.png"/>
                    <pic:cNvPicPr/>
                  </pic:nvPicPr>
                  <pic:blipFill>
                    <a:blip r:embed="rId44"/>
                    <a:stretch>
                      <a:fillRect/>
                    </a:stretch>
                  </pic:blipFill>
                  <pic:spPr>
                    <a:xfrm>
                      <a:off x="0" y="0"/>
                      <a:ext cx="4343400" cy="2453523"/>
                    </a:xfrm>
                    <a:prstGeom prst="rect">
                      <a:avLst/>
                    </a:prstGeom>
                  </pic:spPr>
                </pic:pic>
              </a:graphicData>
            </a:graphic>
          </wp:inline>
        </w:drawing>
      </w:r>
    </w:p>
    <w:p w14:paraId="30999AF5" w14:textId="77777777" w:rsidR="009F14C8" w:rsidRDefault="00000000">
      <w:pPr>
        <w:pStyle w:val="Balk3"/>
      </w:pPr>
      <w:bookmarkStart w:id="44" w:name="_Toc232111747"/>
      <w:r>
        <w:t>5.35. Madde 35’e İlişkin Bulgular</w:t>
      </w:r>
      <w:bookmarkEnd w:id="44"/>
    </w:p>
    <w:p w14:paraId="0FDA6939" w14:textId="77777777" w:rsidR="009F14C8" w:rsidRDefault="00000000">
      <w:r>
        <w:rPr>
          <w:b/>
          <w:i/>
        </w:rPr>
        <w:t>(Dezavantajlı grupların ihtiyaçlarına yönelik sunulan desteklerin yeterli olduğuna inanıyorum.)</w:t>
      </w:r>
    </w:p>
    <w:p w14:paraId="4903565F" w14:textId="77777777" w:rsidR="009F14C8" w:rsidRDefault="00000000">
      <w:r>
        <w:t>Katılımcıların; 8'i (%18,6) Kesinlikle Katılıyorum, 11'i (%25,6) Katılıyorum, 19'i (%44,2) Kararsızım, 2'i (%4,7) Katılmıyorum, 3'i (%7,0) Kesinlikle Katılmıyorum şeklinde görüş bildirmiştir. Bu maddeye geçerli yanıt veren katılımcı sayısı 43'dir.</w:t>
      </w:r>
    </w:p>
    <w:p w14:paraId="201549DD" w14:textId="77777777" w:rsidR="009F14C8" w:rsidRDefault="00000000">
      <w:r>
        <w:t>Ortalama puanın 3,44/5,00 olması, olumlu görüş oranının %44,2, kararsız görüş oranının %44,2 ve olumsuz görüş oranının %11,6 düzeyinde gerçekleşmesi bu sonuçlar, ilgili alanda memnuniyetin orta düzeyde seyrettiğini ve mevcut uygulamaların güçlendirilmesine ihtiyaç bulunduğunu göstermektedir.</w:t>
      </w:r>
    </w:p>
    <w:tbl>
      <w:tblPr>
        <w:tblStyle w:val="TabloKlavuzu"/>
        <w:tblW w:w="0" w:type="auto"/>
        <w:jc w:val="center"/>
        <w:tblLook w:val="04A0" w:firstRow="1" w:lastRow="0" w:firstColumn="1" w:lastColumn="0" w:noHBand="0" w:noVBand="1"/>
      </w:tblPr>
      <w:tblGrid>
        <w:gridCol w:w="3173"/>
        <w:gridCol w:w="3173"/>
        <w:gridCol w:w="3173"/>
      </w:tblGrid>
      <w:tr w:rsidR="009F14C8" w14:paraId="6EFB7A62" w14:textId="77777777">
        <w:trPr>
          <w:jc w:val="center"/>
        </w:trPr>
        <w:tc>
          <w:tcPr>
            <w:tcW w:w="3173" w:type="dxa"/>
            <w:vAlign w:val="center"/>
          </w:tcPr>
          <w:p w14:paraId="6BBF6478" w14:textId="77777777" w:rsidR="009F14C8" w:rsidRDefault="00000000">
            <w:pPr>
              <w:spacing w:after="0"/>
            </w:pPr>
            <w:r>
              <w:rPr>
                <w:sz w:val="18"/>
              </w:rPr>
              <w:t>Seçenek</w:t>
            </w:r>
          </w:p>
        </w:tc>
        <w:tc>
          <w:tcPr>
            <w:tcW w:w="3173" w:type="dxa"/>
            <w:vAlign w:val="center"/>
          </w:tcPr>
          <w:p w14:paraId="287E50D9" w14:textId="77777777" w:rsidR="009F14C8" w:rsidRDefault="00000000">
            <w:pPr>
              <w:spacing w:after="0"/>
            </w:pPr>
            <w:r>
              <w:rPr>
                <w:sz w:val="18"/>
              </w:rPr>
              <w:t>Frekans</w:t>
            </w:r>
          </w:p>
        </w:tc>
        <w:tc>
          <w:tcPr>
            <w:tcW w:w="3173" w:type="dxa"/>
            <w:vAlign w:val="center"/>
          </w:tcPr>
          <w:p w14:paraId="10F0550C" w14:textId="77777777" w:rsidR="009F14C8" w:rsidRDefault="00000000">
            <w:pPr>
              <w:spacing w:after="0"/>
            </w:pPr>
            <w:r>
              <w:rPr>
                <w:sz w:val="18"/>
              </w:rPr>
              <w:t>Oran</w:t>
            </w:r>
          </w:p>
        </w:tc>
      </w:tr>
      <w:tr w:rsidR="009F14C8" w14:paraId="37C9C221" w14:textId="77777777">
        <w:trPr>
          <w:jc w:val="center"/>
        </w:trPr>
        <w:tc>
          <w:tcPr>
            <w:tcW w:w="3173" w:type="dxa"/>
            <w:vAlign w:val="center"/>
          </w:tcPr>
          <w:p w14:paraId="4092F750" w14:textId="77777777" w:rsidR="009F14C8" w:rsidRDefault="00000000">
            <w:pPr>
              <w:spacing w:after="0"/>
            </w:pPr>
            <w:r>
              <w:rPr>
                <w:sz w:val="18"/>
              </w:rPr>
              <w:t>5 = Kesinlikle Katılıyorum</w:t>
            </w:r>
          </w:p>
        </w:tc>
        <w:tc>
          <w:tcPr>
            <w:tcW w:w="3173" w:type="dxa"/>
            <w:vAlign w:val="center"/>
          </w:tcPr>
          <w:p w14:paraId="61269FB0" w14:textId="77777777" w:rsidR="009F14C8" w:rsidRDefault="00000000">
            <w:pPr>
              <w:spacing w:after="0"/>
            </w:pPr>
            <w:r>
              <w:rPr>
                <w:sz w:val="18"/>
              </w:rPr>
              <w:t>8</w:t>
            </w:r>
          </w:p>
        </w:tc>
        <w:tc>
          <w:tcPr>
            <w:tcW w:w="3173" w:type="dxa"/>
            <w:vAlign w:val="center"/>
          </w:tcPr>
          <w:p w14:paraId="21C904CC" w14:textId="77777777" w:rsidR="009F14C8" w:rsidRDefault="00000000">
            <w:pPr>
              <w:spacing w:after="0"/>
            </w:pPr>
            <w:r>
              <w:rPr>
                <w:sz w:val="18"/>
              </w:rPr>
              <w:t>%18,6</w:t>
            </w:r>
          </w:p>
        </w:tc>
      </w:tr>
      <w:tr w:rsidR="009F14C8" w14:paraId="57101439" w14:textId="77777777">
        <w:trPr>
          <w:jc w:val="center"/>
        </w:trPr>
        <w:tc>
          <w:tcPr>
            <w:tcW w:w="3173" w:type="dxa"/>
            <w:vAlign w:val="center"/>
          </w:tcPr>
          <w:p w14:paraId="5229326C" w14:textId="77777777" w:rsidR="009F14C8" w:rsidRDefault="00000000">
            <w:pPr>
              <w:spacing w:after="0"/>
            </w:pPr>
            <w:r>
              <w:rPr>
                <w:sz w:val="18"/>
              </w:rPr>
              <w:t>4 = Katılıyorum</w:t>
            </w:r>
          </w:p>
        </w:tc>
        <w:tc>
          <w:tcPr>
            <w:tcW w:w="3173" w:type="dxa"/>
            <w:vAlign w:val="center"/>
          </w:tcPr>
          <w:p w14:paraId="11802930" w14:textId="77777777" w:rsidR="009F14C8" w:rsidRDefault="00000000">
            <w:pPr>
              <w:spacing w:after="0"/>
            </w:pPr>
            <w:r>
              <w:rPr>
                <w:sz w:val="18"/>
              </w:rPr>
              <w:t>11</w:t>
            </w:r>
          </w:p>
        </w:tc>
        <w:tc>
          <w:tcPr>
            <w:tcW w:w="3173" w:type="dxa"/>
            <w:vAlign w:val="center"/>
          </w:tcPr>
          <w:p w14:paraId="7CB8C2A4" w14:textId="77777777" w:rsidR="009F14C8" w:rsidRDefault="00000000">
            <w:pPr>
              <w:spacing w:after="0"/>
            </w:pPr>
            <w:r>
              <w:rPr>
                <w:sz w:val="18"/>
              </w:rPr>
              <w:t>%25,6</w:t>
            </w:r>
          </w:p>
        </w:tc>
      </w:tr>
      <w:tr w:rsidR="009F14C8" w14:paraId="444FB0EA" w14:textId="77777777">
        <w:trPr>
          <w:jc w:val="center"/>
        </w:trPr>
        <w:tc>
          <w:tcPr>
            <w:tcW w:w="3173" w:type="dxa"/>
            <w:vAlign w:val="center"/>
          </w:tcPr>
          <w:p w14:paraId="1EE4B849" w14:textId="77777777" w:rsidR="009F14C8" w:rsidRDefault="00000000">
            <w:pPr>
              <w:spacing w:after="0"/>
            </w:pPr>
            <w:r>
              <w:rPr>
                <w:sz w:val="18"/>
              </w:rPr>
              <w:t>3 = Kararsızım</w:t>
            </w:r>
          </w:p>
        </w:tc>
        <w:tc>
          <w:tcPr>
            <w:tcW w:w="3173" w:type="dxa"/>
            <w:vAlign w:val="center"/>
          </w:tcPr>
          <w:p w14:paraId="477E795F" w14:textId="77777777" w:rsidR="009F14C8" w:rsidRDefault="00000000">
            <w:pPr>
              <w:spacing w:after="0"/>
            </w:pPr>
            <w:r>
              <w:rPr>
                <w:sz w:val="18"/>
              </w:rPr>
              <w:t>19</w:t>
            </w:r>
          </w:p>
        </w:tc>
        <w:tc>
          <w:tcPr>
            <w:tcW w:w="3173" w:type="dxa"/>
            <w:vAlign w:val="center"/>
          </w:tcPr>
          <w:p w14:paraId="5A031BD5" w14:textId="77777777" w:rsidR="009F14C8" w:rsidRDefault="00000000">
            <w:pPr>
              <w:spacing w:after="0"/>
            </w:pPr>
            <w:r>
              <w:rPr>
                <w:sz w:val="18"/>
              </w:rPr>
              <w:t>%44,2</w:t>
            </w:r>
          </w:p>
        </w:tc>
      </w:tr>
      <w:tr w:rsidR="009F14C8" w14:paraId="37910EBE" w14:textId="77777777">
        <w:trPr>
          <w:jc w:val="center"/>
        </w:trPr>
        <w:tc>
          <w:tcPr>
            <w:tcW w:w="3173" w:type="dxa"/>
            <w:vAlign w:val="center"/>
          </w:tcPr>
          <w:p w14:paraId="4042E87C" w14:textId="77777777" w:rsidR="009F14C8" w:rsidRDefault="00000000">
            <w:pPr>
              <w:spacing w:after="0"/>
            </w:pPr>
            <w:r>
              <w:rPr>
                <w:sz w:val="18"/>
              </w:rPr>
              <w:t>2 = Katılmıyorum</w:t>
            </w:r>
          </w:p>
        </w:tc>
        <w:tc>
          <w:tcPr>
            <w:tcW w:w="3173" w:type="dxa"/>
            <w:vAlign w:val="center"/>
          </w:tcPr>
          <w:p w14:paraId="61DDB0F7" w14:textId="77777777" w:rsidR="009F14C8" w:rsidRDefault="00000000">
            <w:pPr>
              <w:spacing w:after="0"/>
            </w:pPr>
            <w:r>
              <w:rPr>
                <w:sz w:val="18"/>
              </w:rPr>
              <w:t>2</w:t>
            </w:r>
          </w:p>
        </w:tc>
        <w:tc>
          <w:tcPr>
            <w:tcW w:w="3173" w:type="dxa"/>
            <w:vAlign w:val="center"/>
          </w:tcPr>
          <w:p w14:paraId="10DADE5B" w14:textId="77777777" w:rsidR="009F14C8" w:rsidRDefault="00000000">
            <w:pPr>
              <w:spacing w:after="0"/>
            </w:pPr>
            <w:r>
              <w:rPr>
                <w:sz w:val="18"/>
              </w:rPr>
              <w:t>%4,7</w:t>
            </w:r>
          </w:p>
        </w:tc>
      </w:tr>
      <w:tr w:rsidR="009F14C8" w14:paraId="4B9A0836" w14:textId="77777777">
        <w:trPr>
          <w:jc w:val="center"/>
        </w:trPr>
        <w:tc>
          <w:tcPr>
            <w:tcW w:w="3173" w:type="dxa"/>
            <w:vAlign w:val="center"/>
          </w:tcPr>
          <w:p w14:paraId="52EF6604" w14:textId="77777777" w:rsidR="009F14C8" w:rsidRDefault="00000000">
            <w:pPr>
              <w:spacing w:after="0"/>
            </w:pPr>
            <w:r>
              <w:rPr>
                <w:sz w:val="18"/>
              </w:rPr>
              <w:t>1 = Kesinlikle Katılmıyorum</w:t>
            </w:r>
          </w:p>
        </w:tc>
        <w:tc>
          <w:tcPr>
            <w:tcW w:w="3173" w:type="dxa"/>
            <w:vAlign w:val="center"/>
          </w:tcPr>
          <w:p w14:paraId="45297CDF" w14:textId="77777777" w:rsidR="009F14C8" w:rsidRDefault="00000000">
            <w:pPr>
              <w:spacing w:after="0"/>
            </w:pPr>
            <w:r>
              <w:rPr>
                <w:sz w:val="18"/>
              </w:rPr>
              <w:t>3</w:t>
            </w:r>
          </w:p>
        </w:tc>
        <w:tc>
          <w:tcPr>
            <w:tcW w:w="3173" w:type="dxa"/>
            <w:vAlign w:val="center"/>
          </w:tcPr>
          <w:p w14:paraId="63A8538C" w14:textId="77777777" w:rsidR="009F14C8" w:rsidRDefault="00000000">
            <w:pPr>
              <w:spacing w:after="0"/>
            </w:pPr>
            <w:r>
              <w:rPr>
                <w:sz w:val="18"/>
              </w:rPr>
              <w:t>%7,0</w:t>
            </w:r>
          </w:p>
        </w:tc>
      </w:tr>
      <w:tr w:rsidR="009F14C8" w14:paraId="381C4F75" w14:textId="77777777">
        <w:trPr>
          <w:jc w:val="center"/>
        </w:trPr>
        <w:tc>
          <w:tcPr>
            <w:tcW w:w="3173" w:type="dxa"/>
            <w:vAlign w:val="center"/>
          </w:tcPr>
          <w:p w14:paraId="6F39DE19" w14:textId="77777777" w:rsidR="009F14C8" w:rsidRDefault="00000000">
            <w:pPr>
              <w:spacing w:after="0"/>
            </w:pPr>
            <w:r>
              <w:rPr>
                <w:sz w:val="18"/>
              </w:rPr>
              <w:t>Ortalama</w:t>
            </w:r>
          </w:p>
        </w:tc>
        <w:tc>
          <w:tcPr>
            <w:tcW w:w="3173" w:type="dxa"/>
            <w:vAlign w:val="center"/>
          </w:tcPr>
          <w:p w14:paraId="1A0A6729" w14:textId="77777777" w:rsidR="009F14C8" w:rsidRDefault="009F14C8">
            <w:pPr>
              <w:spacing w:after="0"/>
            </w:pPr>
          </w:p>
        </w:tc>
        <w:tc>
          <w:tcPr>
            <w:tcW w:w="3173" w:type="dxa"/>
            <w:vAlign w:val="center"/>
          </w:tcPr>
          <w:p w14:paraId="1C244FF6" w14:textId="77777777" w:rsidR="009F14C8" w:rsidRDefault="00000000">
            <w:pPr>
              <w:spacing w:after="0"/>
            </w:pPr>
            <w:r>
              <w:rPr>
                <w:sz w:val="18"/>
              </w:rPr>
              <w:t>3,44 / 5,00</w:t>
            </w:r>
          </w:p>
        </w:tc>
      </w:tr>
    </w:tbl>
    <w:p w14:paraId="31211319" w14:textId="77777777" w:rsidR="009F14C8" w:rsidRDefault="00000000">
      <w:r>
        <w:rPr>
          <w:noProof/>
        </w:rPr>
        <w:drawing>
          <wp:inline distT="0" distB="0" distL="0" distR="0" wp14:anchorId="24405DAB" wp14:editId="545625F6">
            <wp:extent cx="4343400" cy="2453523"/>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35.png"/>
                    <pic:cNvPicPr/>
                  </pic:nvPicPr>
                  <pic:blipFill>
                    <a:blip r:embed="rId45"/>
                    <a:stretch>
                      <a:fillRect/>
                    </a:stretch>
                  </pic:blipFill>
                  <pic:spPr>
                    <a:xfrm>
                      <a:off x="0" y="0"/>
                      <a:ext cx="4343400" cy="2453523"/>
                    </a:xfrm>
                    <a:prstGeom prst="rect">
                      <a:avLst/>
                    </a:prstGeom>
                  </pic:spPr>
                </pic:pic>
              </a:graphicData>
            </a:graphic>
          </wp:inline>
        </w:drawing>
      </w:r>
    </w:p>
    <w:p w14:paraId="5CE66685" w14:textId="77777777" w:rsidR="009F14C8" w:rsidRDefault="00000000">
      <w:pPr>
        <w:pStyle w:val="Balk3"/>
      </w:pPr>
      <w:bookmarkStart w:id="45" w:name="_Toc232111748"/>
      <w:r>
        <w:lastRenderedPageBreak/>
        <w:t>5.36. Madde 36’e İlişkin Bulgular</w:t>
      </w:r>
      <w:bookmarkEnd w:id="45"/>
    </w:p>
    <w:p w14:paraId="0DF7DE40" w14:textId="77777777" w:rsidR="009F14C8" w:rsidRDefault="00000000">
      <w:r>
        <w:rPr>
          <w:b/>
          <w:i/>
        </w:rPr>
        <w:t>(Akademik personele yönelik sosyal ve kültürel etkinlikler ile sunulan sosyal imkânların iş-özel hayat dengeme olumlu katkı sağladığını düşünüyorum.)</w:t>
      </w:r>
    </w:p>
    <w:p w14:paraId="7916003C" w14:textId="77777777" w:rsidR="009F14C8" w:rsidRDefault="00000000">
      <w:r>
        <w:t>Katılımcıların; 10'i (%23,3) Kesinlikle Katılıyorum, 6'i (%14,0) Katılıyorum, 15'i (%34,9) Kararsızım, 10'i (%23,3) Katılmıyorum, 2'i (%4,7) Kesinlikle Katılmıyorum şeklinde görüş bildirmiştir. Bu maddeye geçerli yanıt veren katılımcı sayısı 43'dir.</w:t>
      </w:r>
    </w:p>
    <w:p w14:paraId="5C13E678" w14:textId="77777777" w:rsidR="009F14C8" w:rsidRDefault="00000000">
      <w:r>
        <w:t>Ortalama puanın 3,28/5,00 olması, olumlu görüş oranının %37,2, kararsız görüş oranının %34,9 ve olumsuz görüş oranının %27,9 düzeyinde gerçekleşmesi bu sonuçlar, ilgili alanda memnuniyetin orta düzeyde seyrettiğini ve mevcut uygulamaların güçlendirilmesine ihtiyaç bulunduğunu göstermektedir.</w:t>
      </w:r>
    </w:p>
    <w:tbl>
      <w:tblPr>
        <w:tblStyle w:val="TabloKlavuzu"/>
        <w:tblW w:w="0" w:type="auto"/>
        <w:jc w:val="center"/>
        <w:tblLook w:val="04A0" w:firstRow="1" w:lastRow="0" w:firstColumn="1" w:lastColumn="0" w:noHBand="0" w:noVBand="1"/>
      </w:tblPr>
      <w:tblGrid>
        <w:gridCol w:w="3173"/>
        <w:gridCol w:w="3173"/>
        <w:gridCol w:w="3173"/>
      </w:tblGrid>
      <w:tr w:rsidR="009F14C8" w14:paraId="79DCEA09" w14:textId="77777777">
        <w:trPr>
          <w:jc w:val="center"/>
        </w:trPr>
        <w:tc>
          <w:tcPr>
            <w:tcW w:w="3173" w:type="dxa"/>
            <w:vAlign w:val="center"/>
          </w:tcPr>
          <w:p w14:paraId="027D805C" w14:textId="77777777" w:rsidR="009F14C8" w:rsidRDefault="00000000">
            <w:pPr>
              <w:spacing w:after="0"/>
            </w:pPr>
            <w:r>
              <w:rPr>
                <w:sz w:val="18"/>
              </w:rPr>
              <w:t>Seçenek</w:t>
            </w:r>
          </w:p>
        </w:tc>
        <w:tc>
          <w:tcPr>
            <w:tcW w:w="3173" w:type="dxa"/>
            <w:vAlign w:val="center"/>
          </w:tcPr>
          <w:p w14:paraId="23B1F914" w14:textId="77777777" w:rsidR="009F14C8" w:rsidRDefault="00000000">
            <w:pPr>
              <w:spacing w:after="0"/>
            </w:pPr>
            <w:r>
              <w:rPr>
                <w:sz w:val="18"/>
              </w:rPr>
              <w:t>Frekans</w:t>
            </w:r>
          </w:p>
        </w:tc>
        <w:tc>
          <w:tcPr>
            <w:tcW w:w="3173" w:type="dxa"/>
            <w:vAlign w:val="center"/>
          </w:tcPr>
          <w:p w14:paraId="7DAD3BD2" w14:textId="77777777" w:rsidR="009F14C8" w:rsidRDefault="00000000">
            <w:pPr>
              <w:spacing w:after="0"/>
            </w:pPr>
            <w:r>
              <w:rPr>
                <w:sz w:val="18"/>
              </w:rPr>
              <w:t>Oran</w:t>
            </w:r>
          </w:p>
        </w:tc>
      </w:tr>
      <w:tr w:rsidR="009F14C8" w14:paraId="50805334" w14:textId="77777777">
        <w:trPr>
          <w:jc w:val="center"/>
        </w:trPr>
        <w:tc>
          <w:tcPr>
            <w:tcW w:w="3173" w:type="dxa"/>
            <w:vAlign w:val="center"/>
          </w:tcPr>
          <w:p w14:paraId="2B0B5A20" w14:textId="77777777" w:rsidR="009F14C8" w:rsidRDefault="00000000">
            <w:pPr>
              <w:spacing w:after="0"/>
            </w:pPr>
            <w:r>
              <w:rPr>
                <w:sz w:val="18"/>
              </w:rPr>
              <w:t>5 = Kesinlikle Katılıyorum</w:t>
            </w:r>
          </w:p>
        </w:tc>
        <w:tc>
          <w:tcPr>
            <w:tcW w:w="3173" w:type="dxa"/>
            <w:vAlign w:val="center"/>
          </w:tcPr>
          <w:p w14:paraId="6D8D4507" w14:textId="77777777" w:rsidR="009F14C8" w:rsidRDefault="00000000">
            <w:pPr>
              <w:spacing w:after="0"/>
            </w:pPr>
            <w:r>
              <w:rPr>
                <w:sz w:val="18"/>
              </w:rPr>
              <w:t>10</w:t>
            </w:r>
          </w:p>
        </w:tc>
        <w:tc>
          <w:tcPr>
            <w:tcW w:w="3173" w:type="dxa"/>
            <w:vAlign w:val="center"/>
          </w:tcPr>
          <w:p w14:paraId="5F9E21B7" w14:textId="77777777" w:rsidR="009F14C8" w:rsidRDefault="00000000">
            <w:pPr>
              <w:spacing w:after="0"/>
            </w:pPr>
            <w:r>
              <w:rPr>
                <w:sz w:val="18"/>
              </w:rPr>
              <w:t>%23,3</w:t>
            </w:r>
          </w:p>
        </w:tc>
      </w:tr>
      <w:tr w:rsidR="009F14C8" w14:paraId="34939CDF" w14:textId="77777777">
        <w:trPr>
          <w:jc w:val="center"/>
        </w:trPr>
        <w:tc>
          <w:tcPr>
            <w:tcW w:w="3173" w:type="dxa"/>
            <w:vAlign w:val="center"/>
          </w:tcPr>
          <w:p w14:paraId="6604D70B" w14:textId="77777777" w:rsidR="009F14C8" w:rsidRDefault="00000000">
            <w:pPr>
              <w:spacing w:after="0"/>
            </w:pPr>
            <w:r>
              <w:rPr>
                <w:sz w:val="18"/>
              </w:rPr>
              <w:t>4 = Katılıyorum</w:t>
            </w:r>
          </w:p>
        </w:tc>
        <w:tc>
          <w:tcPr>
            <w:tcW w:w="3173" w:type="dxa"/>
            <w:vAlign w:val="center"/>
          </w:tcPr>
          <w:p w14:paraId="62BAA313" w14:textId="77777777" w:rsidR="009F14C8" w:rsidRDefault="00000000">
            <w:pPr>
              <w:spacing w:after="0"/>
            </w:pPr>
            <w:r>
              <w:rPr>
                <w:sz w:val="18"/>
              </w:rPr>
              <w:t>6</w:t>
            </w:r>
          </w:p>
        </w:tc>
        <w:tc>
          <w:tcPr>
            <w:tcW w:w="3173" w:type="dxa"/>
            <w:vAlign w:val="center"/>
          </w:tcPr>
          <w:p w14:paraId="2D0F0731" w14:textId="77777777" w:rsidR="009F14C8" w:rsidRDefault="00000000">
            <w:pPr>
              <w:spacing w:after="0"/>
            </w:pPr>
            <w:r>
              <w:rPr>
                <w:sz w:val="18"/>
              </w:rPr>
              <w:t>%14,0</w:t>
            </w:r>
          </w:p>
        </w:tc>
      </w:tr>
      <w:tr w:rsidR="009F14C8" w14:paraId="49F29822" w14:textId="77777777">
        <w:trPr>
          <w:jc w:val="center"/>
        </w:trPr>
        <w:tc>
          <w:tcPr>
            <w:tcW w:w="3173" w:type="dxa"/>
            <w:vAlign w:val="center"/>
          </w:tcPr>
          <w:p w14:paraId="1DF5E816" w14:textId="77777777" w:rsidR="009F14C8" w:rsidRDefault="00000000">
            <w:pPr>
              <w:spacing w:after="0"/>
            </w:pPr>
            <w:r>
              <w:rPr>
                <w:sz w:val="18"/>
              </w:rPr>
              <w:t>3 = Kararsızım</w:t>
            </w:r>
          </w:p>
        </w:tc>
        <w:tc>
          <w:tcPr>
            <w:tcW w:w="3173" w:type="dxa"/>
            <w:vAlign w:val="center"/>
          </w:tcPr>
          <w:p w14:paraId="7DD55BFF" w14:textId="77777777" w:rsidR="009F14C8" w:rsidRDefault="00000000">
            <w:pPr>
              <w:spacing w:after="0"/>
            </w:pPr>
            <w:r>
              <w:rPr>
                <w:sz w:val="18"/>
              </w:rPr>
              <w:t>15</w:t>
            </w:r>
          </w:p>
        </w:tc>
        <w:tc>
          <w:tcPr>
            <w:tcW w:w="3173" w:type="dxa"/>
            <w:vAlign w:val="center"/>
          </w:tcPr>
          <w:p w14:paraId="7D3734D4" w14:textId="77777777" w:rsidR="009F14C8" w:rsidRDefault="00000000">
            <w:pPr>
              <w:spacing w:after="0"/>
            </w:pPr>
            <w:r>
              <w:rPr>
                <w:sz w:val="18"/>
              </w:rPr>
              <w:t>%34,9</w:t>
            </w:r>
          </w:p>
        </w:tc>
      </w:tr>
      <w:tr w:rsidR="009F14C8" w14:paraId="40983D3B" w14:textId="77777777">
        <w:trPr>
          <w:jc w:val="center"/>
        </w:trPr>
        <w:tc>
          <w:tcPr>
            <w:tcW w:w="3173" w:type="dxa"/>
            <w:vAlign w:val="center"/>
          </w:tcPr>
          <w:p w14:paraId="7AC33893" w14:textId="77777777" w:rsidR="009F14C8" w:rsidRDefault="00000000">
            <w:pPr>
              <w:spacing w:after="0"/>
            </w:pPr>
            <w:r>
              <w:rPr>
                <w:sz w:val="18"/>
              </w:rPr>
              <w:t>2 = Katılmıyorum</w:t>
            </w:r>
          </w:p>
        </w:tc>
        <w:tc>
          <w:tcPr>
            <w:tcW w:w="3173" w:type="dxa"/>
            <w:vAlign w:val="center"/>
          </w:tcPr>
          <w:p w14:paraId="2E5E52A5" w14:textId="77777777" w:rsidR="009F14C8" w:rsidRDefault="00000000">
            <w:pPr>
              <w:spacing w:after="0"/>
            </w:pPr>
            <w:r>
              <w:rPr>
                <w:sz w:val="18"/>
              </w:rPr>
              <w:t>10</w:t>
            </w:r>
          </w:p>
        </w:tc>
        <w:tc>
          <w:tcPr>
            <w:tcW w:w="3173" w:type="dxa"/>
            <w:vAlign w:val="center"/>
          </w:tcPr>
          <w:p w14:paraId="73954580" w14:textId="77777777" w:rsidR="009F14C8" w:rsidRDefault="00000000">
            <w:pPr>
              <w:spacing w:after="0"/>
            </w:pPr>
            <w:r>
              <w:rPr>
                <w:sz w:val="18"/>
              </w:rPr>
              <w:t>%23,3</w:t>
            </w:r>
          </w:p>
        </w:tc>
      </w:tr>
      <w:tr w:rsidR="009F14C8" w14:paraId="7A9E99E0" w14:textId="77777777">
        <w:trPr>
          <w:jc w:val="center"/>
        </w:trPr>
        <w:tc>
          <w:tcPr>
            <w:tcW w:w="3173" w:type="dxa"/>
            <w:vAlign w:val="center"/>
          </w:tcPr>
          <w:p w14:paraId="2B71D27B" w14:textId="77777777" w:rsidR="009F14C8" w:rsidRDefault="00000000">
            <w:pPr>
              <w:spacing w:after="0"/>
            </w:pPr>
            <w:r>
              <w:rPr>
                <w:sz w:val="18"/>
              </w:rPr>
              <w:t>1 = Kesinlikle Katılmıyorum</w:t>
            </w:r>
          </w:p>
        </w:tc>
        <w:tc>
          <w:tcPr>
            <w:tcW w:w="3173" w:type="dxa"/>
            <w:vAlign w:val="center"/>
          </w:tcPr>
          <w:p w14:paraId="48A48E8D" w14:textId="77777777" w:rsidR="009F14C8" w:rsidRDefault="00000000">
            <w:pPr>
              <w:spacing w:after="0"/>
            </w:pPr>
            <w:r>
              <w:rPr>
                <w:sz w:val="18"/>
              </w:rPr>
              <w:t>2</w:t>
            </w:r>
          </w:p>
        </w:tc>
        <w:tc>
          <w:tcPr>
            <w:tcW w:w="3173" w:type="dxa"/>
            <w:vAlign w:val="center"/>
          </w:tcPr>
          <w:p w14:paraId="6BFD9734" w14:textId="77777777" w:rsidR="009F14C8" w:rsidRDefault="00000000">
            <w:pPr>
              <w:spacing w:after="0"/>
            </w:pPr>
            <w:r>
              <w:rPr>
                <w:sz w:val="18"/>
              </w:rPr>
              <w:t>%4,7</w:t>
            </w:r>
          </w:p>
        </w:tc>
      </w:tr>
      <w:tr w:rsidR="009F14C8" w14:paraId="558AD909" w14:textId="77777777">
        <w:trPr>
          <w:jc w:val="center"/>
        </w:trPr>
        <w:tc>
          <w:tcPr>
            <w:tcW w:w="3173" w:type="dxa"/>
            <w:vAlign w:val="center"/>
          </w:tcPr>
          <w:p w14:paraId="31822D79" w14:textId="77777777" w:rsidR="009F14C8" w:rsidRDefault="00000000">
            <w:pPr>
              <w:spacing w:after="0"/>
            </w:pPr>
            <w:r>
              <w:rPr>
                <w:sz w:val="18"/>
              </w:rPr>
              <w:t>Ortalama</w:t>
            </w:r>
          </w:p>
        </w:tc>
        <w:tc>
          <w:tcPr>
            <w:tcW w:w="3173" w:type="dxa"/>
            <w:vAlign w:val="center"/>
          </w:tcPr>
          <w:p w14:paraId="6A17419D" w14:textId="77777777" w:rsidR="009F14C8" w:rsidRDefault="009F14C8">
            <w:pPr>
              <w:spacing w:after="0"/>
            </w:pPr>
          </w:p>
        </w:tc>
        <w:tc>
          <w:tcPr>
            <w:tcW w:w="3173" w:type="dxa"/>
            <w:vAlign w:val="center"/>
          </w:tcPr>
          <w:p w14:paraId="193D08E4" w14:textId="77777777" w:rsidR="009F14C8" w:rsidRDefault="00000000">
            <w:pPr>
              <w:spacing w:after="0"/>
            </w:pPr>
            <w:r>
              <w:rPr>
                <w:sz w:val="18"/>
              </w:rPr>
              <w:t>3,28 / 5,00</w:t>
            </w:r>
          </w:p>
        </w:tc>
      </w:tr>
    </w:tbl>
    <w:p w14:paraId="4AB50FAD" w14:textId="77777777" w:rsidR="009F14C8" w:rsidRDefault="00000000">
      <w:r>
        <w:rPr>
          <w:noProof/>
        </w:rPr>
        <w:drawing>
          <wp:inline distT="0" distB="0" distL="0" distR="0" wp14:anchorId="07FB3B18" wp14:editId="4C16AA56">
            <wp:extent cx="4343400" cy="2453523"/>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36.png"/>
                    <pic:cNvPicPr/>
                  </pic:nvPicPr>
                  <pic:blipFill>
                    <a:blip r:embed="rId46"/>
                    <a:stretch>
                      <a:fillRect/>
                    </a:stretch>
                  </pic:blipFill>
                  <pic:spPr>
                    <a:xfrm>
                      <a:off x="0" y="0"/>
                      <a:ext cx="4343400" cy="2453523"/>
                    </a:xfrm>
                    <a:prstGeom prst="rect">
                      <a:avLst/>
                    </a:prstGeom>
                  </pic:spPr>
                </pic:pic>
              </a:graphicData>
            </a:graphic>
          </wp:inline>
        </w:drawing>
      </w:r>
    </w:p>
    <w:p w14:paraId="1F273EC9" w14:textId="77777777" w:rsidR="009F14C8" w:rsidRDefault="00000000">
      <w:pPr>
        <w:pStyle w:val="Balk3"/>
      </w:pPr>
      <w:bookmarkStart w:id="46" w:name="_Toc232111749"/>
      <w:r>
        <w:t>5.37. Madde 37’e İlişkin Bulgular</w:t>
      </w:r>
      <w:bookmarkEnd w:id="46"/>
    </w:p>
    <w:p w14:paraId="3FA05DD1" w14:textId="77777777" w:rsidR="009F14C8" w:rsidRDefault="00000000">
      <w:r>
        <w:rPr>
          <w:b/>
          <w:i/>
        </w:rPr>
        <w:t>(Sosyal, kültürel ve sportif faaliyetleri yürüten idari yapılanmanın mevcut olduğunu ve gerçekleştirilen faaliyetlerin ihtiyaçlar doğrultusunda izlenip geliştirildiğini düşünüyorum)</w:t>
      </w:r>
    </w:p>
    <w:p w14:paraId="063BE8A1" w14:textId="77777777" w:rsidR="009F14C8" w:rsidRDefault="00000000">
      <w:r>
        <w:t>Katılımcıların; 11'i (%25,6) Kesinlikle Katılıyorum, 8'i (%18,6) Katılıyorum, 15'i (%34,9) Kararsızım, 8'i (%18,6) Katılmıyorum, 1'i (%2,3) Kesinlikle Katılmıyorum şeklinde görüş bildirmiştir. Bu maddeye geçerli yanıt veren katılımcı sayısı 43'dir.</w:t>
      </w:r>
    </w:p>
    <w:p w14:paraId="435829D3" w14:textId="77777777" w:rsidR="009F14C8" w:rsidRDefault="00000000">
      <w:r>
        <w:t>Ortalama puanın 3,47/5,00 olması, olumlu görüş oranının %44,2, kararsız görüş oranının %34,9 ve olumsuz görüş oranının %20,9 düzeyinde gerçekleşmesi bu sonuçlar, ilgili alanda memnuniyetin orta düzeyde seyrettiğini ve mevcut uygulamaların güçlendirilmesine ihtiyaç bulunduğunu göstermektedir.</w:t>
      </w:r>
    </w:p>
    <w:tbl>
      <w:tblPr>
        <w:tblStyle w:val="TabloKlavuzu"/>
        <w:tblW w:w="0" w:type="auto"/>
        <w:jc w:val="center"/>
        <w:tblLook w:val="04A0" w:firstRow="1" w:lastRow="0" w:firstColumn="1" w:lastColumn="0" w:noHBand="0" w:noVBand="1"/>
      </w:tblPr>
      <w:tblGrid>
        <w:gridCol w:w="3173"/>
        <w:gridCol w:w="3173"/>
        <w:gridCol w:w="3173"/>
      </w:tblGrid>
      <w:tr w:rsidR="009F14C8" w14:paraId="7B1F279C" w14:textId="77777777">
        <w:trPr>
          <w:jc w:val="center"/>
        </w:trPr>
        <w:tc>
          <w:tcPr>
            <w:tcW w:w="3173" w:type="dxa"/>
            <w:vAlign w:val="center"/>
          </w:tcPr>
          <w:p w14:paraId="28496C7B" w14:textId="77777777" w:rsidR="009F14C8" w:rsidRDefault="00000000">
            <w:pPr>
              <w:spacing w:after="0"/>
            </w:pPr>
            <w:r>
              <w:rPr>
                <w:sz w:val="18"/>
              </w:rPr>
              <w:t>Seçenek</w:t>
            </w:r>
          </w:p>
        </w:tc>
        <w:tc>
          <w:tcPr>
            <w:tcW w:w="3173" w:type="dxa"/>
            <w:vAlign w:val="center"/>
          </w:tcPr>
          <w:p w14:paraId="23D36295" w14:textId="77777777" w:rsidR="009F14C8" w:rsidRDefault="00000000">
            <w:pPr>
              <w:spacing w:after="0"/>
            </w:pPr>
            <w:r>
              <w:rPr>
                <w:sz w:val="18"/>
              </w:rPr>
              <w:t>Frekans</w:t>
            </w:r>
          </w:p>
        </w:tc>
        <w:tc>
          <w:tcPr>
            <w:tcW w:w="3173" w:type="dxa"/>
            <w:vAlign w:val="center"/>
          </w:tcPr>
          <w:p w14:paraId="7F79B4EF" w14:textId="77777777" w:rsidR="009F14C8" w:rsidRDefault="00000000">
            <w:pPr>
              <w:spacing w:after="0"/>
            </w:pPr>
            <w:r>
              <w:rPr>
                <w:sz w:val="18"/>
              </w:rPr>
              <w:t>Oran</w:t>
            </w:r>
          </w:p>
        </w:tc>
      </w:tr>
      <w:tr w:rsidR="009F14C8" w14:paraId="4B571D20" w14:textId="77777777">
        <w:trPr>
          <w:jc w:val="center"/>
        </w:trPr>
        <w:tc>
          <w:tcPr>
            <w:tcW w:w="3173" w:type="dxa"/>
            <w:vAlign w:val="center"/>
          </w:tcPr>
          <w:p w14:paraId="753F965C" w14:textId="77777777" w:rsidR="009F14C8" w:rsidRDefault="00000000">
            <w:pPr>
              <w:spacing w:after="0"/>
            </w:pPr>
            <w:r>
              <w:rPr>
                <w:sz w:val="18"/>
              </w:rPr>
              <w:t>5 = Kesinlikle Katılıyorum</w:t>
            </w:r>
          </w:p>
        </w:tc>
        <w:tc>
          <w:tcPr>
            <w:tcW w:w="3173" w:type="dxa"/>
            <w:vAlign w:val="center"/>
          </w:tcPr>
          <w:p w14:paraId="23785005" w14:textId="77777777" w:rsidR="009F14C8" w:rsidRDefault="00000000">
            <w:pPr>
              <w:spacing w:after="0"/>
            </w:pPr>
            <w:r>
              <w:rPr>
                <w:sz w:val="18"/>
              </w:rPr>
              <w:t>11</w:t>
            </w:r>
          </w:p>
        </w:tc>
        <w:tc>
          <w:tcPr>
            <w:tcW w:w="3173" w:type="dxa"/>
            <w:vAlign w:val="center"/>
          </w:tcPr>
          <w:p w14:paraId="59A28863" w14:textId="77777777" w:rsidR="009F14C8" w:rsidRDefault="00000000">
            <w:pPr>
              <w:spacing w:after="0"/>
            </w:pPr>
            <w:r>
              <w:rPr>
                <w:sz w:val="18"/>
              </w:rPr>
              <w:t>%25,6</w:t>
            </w:r>
          </w:p>
        </w:tc>
      </w:tr>
      <w:tr w:rsidR="009F14C8" w14:paraId="345E5B14" w14:textId="77777777">
        <w:trPr>
          <w:jc w:val="center"/>
        </w:trPr>
        <w:tc>
          <w:tcPr>
            <w:tcW w:w="3173" w:type="dxa"/>
            <w:vAlign w:val="center"/>
          </w:tcPr>
          <w:p w14:paraId="68052253" w14:textId="77777777" w:rsidR="009F14C8" w:rsidRDefault="00000000">
            <w:pPr>
              <w:spacing w:after="0"/>
            </w:pPr>
            <w:r>
              <w:rPr>
                <w:sz w:val="18"/>
              </w:rPr>
              <w:t>4 = Katılıyorum</w:t>
            </w:r>
          </w:p>
        </w:tc>
        <w:tc>
          <w:tcPr>
            <w:tcW w:w="3173" w:type="dxa"/>
            <w:vAlign w:val="center"/>
          </w:tcPr>
          <w:p w14:paraId="2802B1DB" w14:textId="77777777" w:rsidR="009F14C8" w:rsidRDefault="00000000">
            <w:pPr>
              <w:spacing w:after="0"/>
            </w:pPr>
            <w:r>
              <w:rPr>
                <w:sz w:val="18"/>
              </w:rPr>
              <w:t>8</w:t>
            </w:r>
          </w:p>
        </w:tc>
        <w:tc>
          <w:tcPr>
            <w:tcW w:w="3173" w:type="dxa"/>
            <w:vAlign w:val="center"/>
          </w:tcPr>
          <w:p w14:paraId="0A6DE106" w14:textId="77777777" w:rsidR="009F14C8" w:rsidRDefault="00000000">
            <w:pPr>
              <w:spacing w:after="0"/>
            </w:pPr>
            <w:r>
              <w:rPr>
                <w:sz w:val="18"/>
              </w:rPr>
              <w:t>%18,6</w:t>
            </w:r>
          </w:p>
        </w:tc>
      </w:tr>
      <w:tr w:rsidR="009F14C8" w14:paraId="464848B3" w14:textId="77777777">
        <w:trPr>
          <w:jc w:val="center"/>
        </w:trPr>
        <w:tc>
          <w:tcPr>
            <w:tcW w:w="3173" w:type="dxa"/>
            <w:vAlign w:val="center"/>
          </w:tcPr>
          <w:p w14:paraId="22D8D513" w14:textId="77777777" w:rsidR="009F14C8" w:rsidRDefault="00000000">
            <w:pPr>
              <w:spacing w:after="0"/>
            </w:pPr>
            <w:r>
              <w:rPr>
                <w:sz w:val="18"/>
              </w:rPr>
              <w:t>3 = Kararsızım</w:t>
            </w:r>
          </w:p>
        </w:tc>
        <w:tc>
          <w:tcPr>
            <w:tcW w:w="3173" w:type="dxa"/>
            <w:vAlign w:val="center"/>
          </w:tcPr>
          <w:p w14:paraId="73730654" w14:textId="77777777" w:rsidR="009F14C8" w:rsidRDefault="00000000">
            <w:pPr>
              <w:spacing w:after="0"/>
            </w:pPr>
            <w:r>
              <w:rPr>
                <w:sz w:val="18"/>
              </w:rPr>
              <w:t>15</w:t>
            </w:r>
          </w:p>
        </w:tc>
        <w:tc>
          <w:tcPr>
            <w:tcW w:w="3173" w:type="dxa"/>
            <w:vAlign w:val="center"/>
          </w:tcPr>
          <w:p w14:paraId="1EC6A8D9" w14:textId="77777777" w:rsidR="009F14C8" w:rsidRDefault="00000000">
            <w:pPr>
              <w:spacing w:after="0"/>
            </w:pPr>
            <w:r>
              <w:rPr>
                <w:sz w:val="18"/>
              </w:rPr>
              <w:t>%34,9</w:t>
            </w:r>
          </w:p>
        </w:tc>
      </w:tr>
      <w:tr w:rsidR="009F14C8" w14:paraId="12EED186" w14:textId="77777777">
        <w:trPr>
          <w:jc w:val="center"/>
        </w:trPr>
        <w:tc>
          <w:tcPr>
            <w:tcW w:w="3173" w:type="dxa"/>
            <w:vAlign w:val="center"/>
          </w:tcPr>
          <w:p w14:paraId="5E19D9E3" w14:textId="77777777" w:rsidR="009F14C8" w:rsidRDefault="00000000">
            <w:pPr>
              <w:spacing w:after="0"/>
            </w:pPr>
            <w:r>
              <w:rPr>
                <w:sz w:val="18"/>
              </w:rPr>
              <w:t>2 = Katılmıyorum</w:t>
            </w:r>
          </w:p>
        </w:tc>
        <w:tc>
          <w:tcPr>
            <w:tcW w:w="3173" w:type="dxa"/>
            <w:vAlign w:val="center"/>
          </w:tcPr>
          <w:p w14:paraId="20C8B1A8" w14:textId="77777777" w:rsidR="009F14C8" w:rsidRDefault="00000000">
            <w:pPr>
              <w:spacing w:after="0"/>
            </w:pPr>
            <w:r>
              <w:rPr>
                <w:sz w:val="18"/>
              </w:rPr>
              <w:t>8</w:t>
            </w:r>
          </w:p>
        </w:tc>
        <w:tc>
          <w:tcPr>
            <w:tcW w:w="3173" w:type="dxa"/>
            <w:vAlign w:val="center"/>
          </w:tcPr>
          <w:p w14:paraId="4E544BDA" w14:textId="77777777" w:rsidR="009F14C8" w:rsidRDefault="00000000">
            <w:pPr>
              <w:spacing w:after="0"/>
            </w:pPr>
            <w:r>
              <w:rPr>
                <w:sz w:val="18"/>
              </w:rPr>
              <w:t>%18,6</w:t>
            </w:r>
          </w:p>
        </w:tc>
      </w:tr>
      <w:tr w:rsidR="009F14C8" w14:paraId="2CDC4769" w14:textId="77777777">
        <w:trPr>
          <w:jc w:val="center"/>
        </w:trPr>
        <w:tc>
          <w:tcPr>
            <w:tcW w:w="3173" w:type="dxa"/>
            <w:vAlign w:val="center"/>
          </w:tcPr>
          <w:p w14:paraId="6EE8C7A9" w14:textId="77777777" w:rsidR="009F14C8" w:rsidRDefault="00000000">
            <w:pPr>
              <w:spacing w:after="0"/>
            </w:pPr>
            <w:r>
              <w:rPr>
                <w:sz w:val="18"/>
              </w:rPr>
              <w:t>1 = Kesinlikle Katılmıyorum</w:t>
            </w:r>
          </w:p>
        </w:tc>
        <w:tc>
          <w:tcPr>
            <w:tcW w:w="3173" w:type="dxa"/>
            <w:vAlign w:val="center"/>
          </w:tcPr>
          <w:p w14:paraId="73409142" w14:textId="77777777" w:rsidR="009F14C8" w:rsidRDefault="00000000">
            <w:pPr>
              <w:spacing w:after="0"/>
            </w:pPr>
            <w:r>
              <w:rPr>
                <w:sz w:val="18"/>
              </w:rPr>
              <w:t>1</w:t>
            </w:r>
          </w:p>
        </w:tc>
        <w:tc>
          <w:tcPr>
            <w:tcW w:w="3173" w:type="dxa"/>
            <w:vAlign w:val="center"/>
          </w:tcPr>
          <w:p w14:paraId="0F117C5A" w14:textId="77777777" w:rsidR="009F14C8" w:rsidRDefault="00000000">
            <w:pPr>
              <w:spacing w:after="0"/>
            </w:pPr>
            <w:r>
              <w:rPr>
                <w:sz w:val="18"/>
              </w:rPr>
              <w:t>%2,3</w:t>
            </w:r>
          </w:p>
        </w:tc>
      </w:tr>
      <w:tr w:rsidR="009F14C8" w14:paraId="7A1553F7" w14:textId="77777777">
        <w:trPr>
          <w:jc w:val="center"/>
        </w:trPr>
        <w:tc>
          <w:tcPr>
            <w:tcW w:w="3173" w:type="dxa"/>
            <w:vAlign w:val="center"/>
          </w:tcPr>
          <w:p w14:paraId="19AC6243" w14:textId="77777777" w:rsidR="009F14C8" w:rsidRDefault="00000000">
            <w:pPr>
              <w:spacing w:after="0"/>
            </w:pPr>
            <w:r>
              <w:rPr>
                <w:sz w:val="18"/>
              </w:rPr>
              <w:lastRenderedPageBreak/>
              <w:t>Ortalama</w:t>
            </w:r>
          </w:p>
        </w:tc>
        <w:tc>
          <w:tcPr>
            <w:tcW w:w="3173" w:type="dxa"/>
            <w:vAlign w:val="center"/>
          </w:tcPr>
          <w:p w14:paraId="05425306" w14:textId="77777777" w:rsidR="009F14C8" w:rsidRDefault="009F14C8">
            <w:pPr>
              <w:spacing w:after="0"/>
            </w:pPr>
          </w:p>
        </w:tc>
        <w:tc>
          <w:tcPr>
            <w:tcW w:w="3173" w:type="dxa"/>
            <w:vAlign w:val="center"/>
          </w:tcPr>
          <w:p w14:paraId="5C77C6E0" w14:textId="77777777" w:rsidR="009F14C8" w:rsidRDefault="00000000">
            <w:pPr>
              <w:spacing w:after="0"/>
            </w:pPr>
            <w:r>
              <w:rPr>
                <w:sz w:val="18"/>
              </w:rPr>
              <w:t>3,47 / 5,00</w:t>
            </w:r>
          </w:p>
        </w:tc>
      </w:tr>
    </w:tbl>
    <w:p w14:paraId="1F432DB5" w14:textId="77777777" w:rsidR="009F14C8" w:rsidRDefault="00000000">
      <w:r>
        <w:rPr>
          <w:noProof/>
        </w:rPr>
        <w:drawing>
          <wp:inline distT="0" distB="0" distL="0" distR="0" wp14:anchorId="1C917BF0" wp14:editId="144C5FBC">
            <wp:extent cx="4343400" cy="2453523"/>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37.png"/>
                    <pic:cNvPicPr/>
                  </pic:nvPicPr>
                  <pic:blipFill>
                    <a:blip r:embed="rId47"/>
                    <a:stretch>
                      <a:fillRect/>
                    </a:stretch>
                  </pic:blipFill>
                  <pic:spPr>
                    <a:xfrm>
                      <a:off x="0" y="0"/>
                      <a:ext cx="4343400" cy="2453523"/>
                    </a:xfrm>
                    <a:prstGeom prst="rect">
                      <a:avLst/>
                    </a:prstGeom>
                  </pic:spPr>
                </pic:pic>
              </a:graphicData>
            </a:graphic>
          </wp:inline>
        </w:drawing>
      </w:r>
    </w:p>
    <w:p w14:paraId="6F3D3FB5" w14:textId="77777777" w:rsidR="009F14C8" w:rsidRDefault="00000000">
      <w:pPr>
        <w:pStyle w:val="Balk3"/>
      </w:pPr>
      <w:bookmarkStart w:id="47" w:name="_Toc232111750"/>
      <w:r>
        <w:t>5.38. Madde 38’e İlişkin Bulgular</w:t>
      </w:r>
      <w:bookmarkEnd w:id="47"/>
    </w:p>
    <w:p w14:paraId="1BC2037C" w14:textId="77777777" w:rsidR="009F14C8" w:rsidRDefault="00000000">
      <w:r>
        <w:rPr>
          <w:b/>
          <w:i/>
        </w:rPr>
        <w:t>(Öğretim elemanı atama, yükseltme ve görevlendirme süreçleri ile akademik yükselme kriterlerine ilişkin bilgilendirmelerin açık, net ve erişilebilir olduğunu düşünüyorum.)</w:t>
      </w:r>
    </w:p>
    <w:p w14:paraId="7D0C61EB" w14:textId="77777777" w:rsidR="009F14C8" w:rsidRDefault="00000000">
      <w:r>
        <w:t>Katılımcıların; 23'i (%53,5) Kesinlikle Katılıyorum, 11'i (%25,6) Katılıyorum, 4'i (%9,3) Kararsızım, 4'i (%9,3) Katılmıyorum, 1'i (%2,3) Kesinlikle Katılmıyorum şeklinde görüş bildirmiştir. Bu maddeye geçerli yanıt veren katılımcı sayısı 43'dir.</w:t>
      </w:r>
    </w:p>
    <w:p w14:paraId="5F156536" w14:textId="77777777" w:rsidR="009F14C8" w:rsidRDefault="00000000">
      <w:r>
        <w:t>Ortalama puanın 4,19/5,00 olması, olumlu görüş oranının %79,1, kararsız görüş oranının %9,3 ve olumsuz görüş oranının %11,6 düzeyinde gerçekleşmesi bu sonuçlar, ilgili alanda akademik personel memnuniyetinin güçlü düzeyde olduğunu ve mevcut uygulamaların genel olarak olumlu değerlendirildiğini göstermektedir.</w:t>
      </w:r>
    </w:p>
    <w:tbl>
      <w:tblPr>
        <w:tblStyle w:val="TabloKlavuzu"/>
        <w:tblW w:w="0" w:type="auto"/>
        <w:jc w:val="center"/>
        <w:tblLook w:val="04A0" w:firstRow="1" w:lastRow="0" w:firstColumn="1" w:lastColumn="0" w:noHBand="0" w:noVBand="1"/>
      </w:tblPr>
      <w:tblGrid>
        <w:gridCol w:w="3173"/>
        <w:gridCol w:w="3173"/>
        <w:gridCol w:w="3173"/>
      </w:tblGrid>
      <w:tr w:rsidR="009F14C8" w14:paraId="3E6BC979" w14:textId="77777777">
        <w:trPr>
          <w:jc w:val="center"/>
        </w:trPr>
        <w:tc>
          <w:tcPr>
            <w:tcW w:w="3173" w:type="dxa"/>
            <w:vAlign w:val="center"/>
          </w:tcPr>
          <w:p w14:paraId="52D8B7BC" w14:textId="77777777" w:rsidR="009F14C8" w:rsidRDefault="00000000">
            <w:pPr>
              <w:spacing w:after="0"/>
            </w:pPr>
            <w:r>
              <w:rPr>
                <w:sz w:val="18"/>
              </w:rPr>
              <w:t>Seçenek</w:t>
            </w:r>
          </w:p>
        </w:tc>
        <w:tc>
          <w:tcPr>
            <w:tcW w:w="3173" w:type="dxa"/>
            <w:vAlign w:val="center"/>
          </w:tcPr>
          <w:p w14:paraId="5F0D8F72" w14:textId="77777777" w:rsidR="009F14C8" w:rsidRDefault="00000000">
            <w:pPr>
              <w:spacing w:after="0"/>
            </w:pPr>
            <w:r>
              <w:rPr>
                <w:sz w:val="18"/>
              </w:rPr>
              <w:t>Frekans</w:t>
            </w:r>
          </w:p>
        </w:tc>
        <w:tc>
          <w:tcPr>
            <w:tcW w:w="3173" w:type="dxa"/>
            <w:vAlign w:val="center"/>
          </w:tcPr>
          <w:p w14:paraId="2644F4B0" w14:textId="77777777" w:rsidR="009F14C8" w:rsidRDefault="00000000">
            <w:pPr>
              <w:spacing w:after="0"/>
            </w:pPr>
            <w:r>
              <w:rPr>
                <w:sz w:val="18"/>
              </w:rPr>
              <w:t>Oran</w:t>
            </w:r>
          </w:p>
        </w:tc>
      </w:tr>
      <w:tr w:rsidR="009F14C8" w14:paraId="3CBB722A" w14:textId="77777777">
        <w:trPr>
          <w:jc w:val="center"/>
        </w:trPr>
        <w:tc>
          <w:tcPr>
            <w:tcW w:w="3173" w:type="dxa"/>
            <w:vAlign w:val="center"/>
          </w:tcPr>
          <w:p w14:paraId="481CF003" w14:textId="77777777" w:rsidR="009F14C8" w:rsidRDefault="00000000">
            <w:pPr>
              <w:spacing w:after="0"/>
            </w:pPr>
            <w:r>
              <w:rPr>
                <w:sz w:val="18"/>
              </w:rPr>
              <w:t>5 = Kesinlikle Katılıyorum</w:t>
            </w:r>
          </w:p>
        </w:tc>
        <w:tc>
          <w:tcPr>
            <w:tcW w:w="3173" w:type="dxa"/>
            <w:vAlign w:val="center"/>
          </w:tcPr>
          <w:p w14:paraId="193080C1" w14:textId="77777777" w:rsidR="009F14C8" w:rsidRDefault="00000000">
            <w:pPr>
              <w:spacing w:after="0"/>
            </w:pPr>
            <w:r>
              <w:rPr>
                <w:sz w:val="18"/>
              </w:rPr>
              <w:t>23</w:t>
            </w:r>
          </w:p>
        </w:tc>
        <w:tc>
          <w:tcPr>
            <w:tcW w:w="3173" w:type="dxa"/>
            <w:vAlign w:val="center"/>
          </w:tcPr>
          <w:p w14:paraId="74C82189" w14:textId="77777777" w:rsidR="009F14C8" w:rsidRDefault="00000000">
            <w:pPr>
              <w:spacing w:after="0"/>
            </w:pPr>
            <w:r>
              <w:rPr>
                <w:sz w:val="18"/>
              </w:rPr>
              <w:t>%53,5</w:t>
            </w:r>
          </w:p>
        </w:tc>
      </w:tr>
      <w:tr w:rsidR="009F14C8" w14:paraId="1BDEA31C" w14:textId="77777777">
        <w:trPr>
          <w:jc w:val="center"/>
        </w:trPr>
        <w:tc>
          <w:tcPr>
            <w:tcW w:w="3173" w:type="dxa"/>
            <w:vAlign w:val="center"/>
          </w:tcPr>
          <w:p w14:paraId="7E179696" w14:textId="77777777" w:rsidR="009F14C8" w:rsidRDefault="00000000">
            <w:pPr>
              <w:spacing w:after="0"/>
            </w:pPr>
            <w:r>
              <w:rPr>
                <w:sz w:val="18"/>
              </w:rPr>
              <w:t>4 = Katılıyorum</w:t>
            </w:r>
          </w:p>
        </w:tc>
        <w:tc>
          <w:tcPr>
            <w:tcW w:w="3173" w:type="dxa"/>
            <w:vAlign w:val="center"/>
          </w:tcPr>
          <w:p w14:paraId="69F8F6D2" w14:textId="77777777" w:rsidR="009F14C8" w:rsidRDefault="00000000">
            <w:pPr>
              <w:spacing w:after="0"/>
            </w:pPr>
            <w:r>
              <w:rPr>
                <w:sz w:val="18"/>
              </w:rPr>
              <w:t>11</w:t>
            </w:r>
          </w:p>
        </w:tc>
        <w:tc>
          <w:tcPr>
            <w:tcW w:w="3173" w:type="dxa"/>
            <w:vAlign w:val="center"/>
          </w:tcPr>
          <w:p w14:paraId="0F21B9B9" w14:textId="77777777" w:rsidR="009F14C8" w:rsidRDefault="00000000">
            <w:pPr>
              <w:spacing w:after="0"/>
            </w:pPr>
            <w:r>
              <w:rPr>
                <w:sz w:val="18"/>
              </w:rPr>
              <w:t>%25,6</w:t>
            </w:r>
          </w:p>
        </w:tc>
      </w:tr>
      <w:tr w:rsidR="009F14C8" w14:paraId="6773B394" w14:textId="77777777">
        <w:trPr>
          <w:jc w:val="center"/>
        </w:trPr>
        <w:tc>
          <w:tcPr>
            <w:tcW w:w="3173" w:type="dxa"/>
            <w:vAlign w:val="center"/>
          </w:tcPr>
          <w:p w14:paraId="472425CA" w14:textId="77777777" w:rsidR="009F14C8" w:rsidRDefault="00000000">
            <w:pPr>
              <w:spacing w:after="0"/>
            </w:pPr>
            <w:r>
              <w:rPr>
                <w:sz w:val="18"/>
              </w:rPr>
              <w:t>3 = Kararsızım</w:t>
            </w:r>
          </w:p>
        </w:tc>
        <w:tc>
          <w:tcPr>
            <w:tcW w:w="3173" w:type="dxa"/>
            <w:vAlign w:val="center"/>
          </w:tcPr>
          <w:p w14:paraId="50CA8E33" w14:textId="77777777" w:rsidR="009F14C8" w:rsidRDefault="00000000">
            <w:pPr>
              <w:spacing w:after="0"/>
            </w:pPr>
            <w:r>
              <w:rPr>
                <w:sz w:val="18"/>
              </w:rPr>
              <w:t>4</w:t>
            </w:r>
          </w:p>
        </w:tc>
        <w:tc>
          <w:tcPr>
            <w:tcW w:w="3173" w:type="dxa"/>
            <w:vAlign w:val="center"/>
          </w:tcPr>
          <w:p w14:paraId="05BE0FE0" w14:textId="77777777" w:rsidR="009F14C8" w:rsidRDefault="00000000">
            <w:pPr>
              <w:spacing w:after="0"/>
            </w:pPr>
            <w:r>
              <w:rPr>
                <w:sz w:val="18"/>
              </w:rPr>
              <w:t>%9,3</w:t>
            </w:r>
          </w:p>
        </w:tc>
      </w:tr>
      <w:tr w:rsidR="009F14C8" w14:paraId="033629A5" w14:textId="77777777">
        <w:trPr>
          <w:jc w:val="center"/>
        </w:trPr>
        <w:tc>
          <w:tcPr>
            <w:tcW w:w="3173" w:type="dxa"/>
            <w:vAlign w:val="center"/>
          </w:tcPr>
          <w:p w14:paraId="5CBD1F3D" w14:textId="77777777" w:rsidR="009F14C8" w:rsidRDefault="00000000">
            <w:pPr>
              <w:spacing w:after="0"/>
            </w:pPr>
            <w:r>
              <w:rPr>
                <w:sz w:val="18"/>
              </w:rPr>
              <w:t>2 = Katılmıyorum</w:t>
            </w:r>
          </w:p>
        </w:tc>
        <w:tc>
          <w:tcPr>
            <w:tcW w:w="3173" w:type="dxa"/>
            <w:vAlign w:val="center"/>
          </w:tcPr>
          <w:p w14:paraId="5E644545" w14:textId="77777777" w:rsidR="009F14C8" w:rsidRDefault="00000000">
            <w:pPr>
              <w:spacing w:after="0"/>
            </w:pPr>
            <w:r>
              <w:rPr>
                <w:sz w:val="18"/>
              </w:rPr>
              <w:t>4</w:t>
            </w:r>
          </w:p>
        </w:tc>
        <w:tc>
          <w:tcPr>
            <w:tcW w:w="3173" w:type="dxa"/>
            <w:vAlign w:val="center"/>
          </w:tcPr>
          <w:p w14:paraId="47C2474D" w14:textId="77777777" w:rsidR="009F14C8" w:rsidRDefault="00000000">
            <w:pPr>
              <w:spacing w:after="0"/>
            </w:pPr>
            <w:r>
              <w:rPr>
                <w:sz w:val="18"/>
              </w:rPr>
              <w:t>%9,3</w:t>
            </w:r>
          </w:p>
        </w:tc>
      </w:tr>
      <w:tr w:rsidR="009F14C8" w14:paraId="087EA25A" w14:textId="77777777">
        <w:trPr>
          <w:jc w:val="center"/>
        </w:trPr>
        <w:tc>
          <w:tcPr>
            <w:tcW w:w="3173" w:type="dxa"/>
            <w:vAlign w:val="center"/>
          </w:tcPr>
          <w:p w14:paraId="4FE85C28" w14:textId="77777777" w:rsidR="009F14C8" w:rsidRDefault="00000000">
            <w:pPr>
              <w:spacing w:after="0"/>
            </w:pPr>
            <w:r>
              <w:rPr>
                <w:sz w:val="18"/>
              </w:rPr>
              <w:t>1 = Kesinlikle Katılmıyorum</w:t>
            </w:r>
          </w:p>
        </w:tc>
        <w:tc>
          <w:tcPr>
            <w:tcW w:w="3173" w:type="dxa"/>
            <w:vAlign w:val="center"/>
          </w:tcPr>
          <w:p w14:paraId="202453BC" w14:textId="77777777" w:rsidR="009F14C8" w:rsidRDefault="00000000">
            <w:pPr>
              <w:spacing w:after="0"/>
            </w:pPr>
            <w:r>
              <w:rPr>
                <w:sz w:val="18"/>
              </w:rPr>
              <w:t>1</w:t>
            </w:r>
          </w:p>
        </w:tc>
        <w:tc>
          <w:tcPr>
            <w:tcW w:w="3173" w:type="dxa"/>
            <w:vAlign w:val="center"/>
          </w:tcPr>
          <w:p w14:paraId="2CAD1EAD" w14:textId="77777777" w:rsidR="009F14C8" w:rsidRDefault="00000000">
            <w:pPr>
              <w:spacing w:after="0"/>
            </w:pPr>
            <w:r>
              <w:rPr>
                <w:sz w:val="18"/>
              </w:rPr>
              <w:t>%2,3</w:t>
            </w:r>
          </w:p>
        </w:tc>
      </w:tr>
      <w:tr w:rsidR="009F14C8" w14:paraId="6288E155" w14:textId="77777777">
        <w:trPr>
          <w:jc w:val="center"/>
        </w:trPr>
        <w:tc>
          <w:tcPr>
            <w:tcW w:w="3173" w:type="dxa"/>
            <w:vAlign w:val="center"/>
          </w:tcPr>
          <w:p w14:paraId="7D26FF74" w14:textId="77777777" w:rsidR="009F14C8" w:rsidRDefault="00000000">
            <w:pPr>
              <w:spacing w:after="0"/>
            </w:pPr>
            <w:r>
              <w:rPr>
                <w:sz w:val="18"/>
              </w:rPr>
              <w:t>Ortalama</w:t>
            </w:r>
          </w:p>
        </w:tc>
        <w:tc>
          <w:tcPr>
            <w:tcW w:w="3173" w:type="dxa"/>
            <w:vAlign w:val="center"/>
          </w:tcPr>
          <w:p w14:paraId="5C22FE26" w14:textId="77777777" w:rsidR="009F14C8" w:rsidRDefault="009F14C8">
            <w:pPr>
              <w:spacing w:after="0"/>
            </w:pPr>
          </w:p>
        </w:tc>
        <w:tc>
          <w:tcPr>
            <w:tcW w:w="3173" w:type="dxa"/>
            <w:vAlign w:val="center"/>
          </w:tcPr>
          <w:p w14:paraId="457CDF21" w14:textId="77777777" w:rsidR="009F14C8" w:rsidRDefault="00000000">
            <w:pPr>
              <w:spacing w:after="0"/>
            </w:pPr>
            <w:r>
              <w:rPr>
                <w:sz w:val="18"/>
              </w:rPr>
              <w:t>4,19 / 5,00</w:t>
            </w:r>
          </w:p>
        </w:tc>
      </w:tr>
    </w:tbl>
    <w:p w14:paraId="38396CBF" w14:textId="77777777" w:rsidR="009F14C8" w:rsidRDefault="00000000">
      <w:r>
        <w:rPr>
          <w:noProof/>
        </w:rPr>
        <w:drawing>
          <wp:inline distT="0" distB="0" distL="0" distR="0" wp14:anchorId="510175F4" wp14:editId="4016F67F">
            <wp:extent cx="4343400" cy="2453523"/>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38.png"/>
                    <pic:cNvPicPr/>
                  </pic:nvPicPr>
                  <pic:blipFill>
                    <a:blip r:embed="rId48"/>
                    <a:stretch>
                      <a:fillRect/>
                    </a:stretch>
                  </pic:blipFill>
                  <pic:spPr>
                    <a:xfrm>
                      <a:off x="0" y="0"/>
                      <a:ext cx="4343400" cy="2453523"/>
                    </a:xfrm>
                    <a:prstGeom prst="rect">
                      <a:avLst/>
                    </a:prstGeom>
                  </pic:spPr>
                </pic:pic>
              </a:graphicData>
            </a:graphic>
          </wp:inline>
        </w:drawing>
      </w:r>
    </w:p>
    <w:p w14:paraId="0E0DA053" w14:textId="77777777" w:rsidR="009F14C8" w:rsidRDefault="00000000">
      <w:pPr>
        <w:pStyle w:val="Balk3"/>
      </w:pPr>
      <w:bookmarkStart w:id="48" w:name="_Toc232111751"/>
      <w:r>
        <w:lastRenderedPageBreak/>
        <w:t>5.39. Madde 39’e İlişkin Bulgular</w:t>
      </w:r>
      <w:bookmarkEnd w:id="48"/>
    </w:p>
    <w:p w14:paraId="3BCC47D3" w14:textId="77777777" w:rsidR="009F14C8" w:rsidRDefault="00000000">
      <w:r>
        <w:rPr>
          <w:b/>
          <w:i/>
        </w:rPr>
        <w:t>(Birim içi görevlendirmelerin (komisyon üyelikleri, klinik nöbetleri, idari görevler vb.) adil bir iş yükü dağılımı gözetilerek yapıldığına inanıyorum.)</w:t>
      </w:r>
    </w:p>
    <w:p w14:paraId="26EC41EB" w14:textId="77777777" w:rsidR="009F14C8" w:rsidRDefault="00000000">
      <w:r>
        <w:t>Katılımcıların; 11'i (%25,6) Kesinlikle Katılıyorum, 11'i (%25,6) Katılıyorum, 9'i (%20,9) Kararsızım, 5'i (%11,6) Katılmıyorum, 7'i (%16,3) Kesinlikle Katılmıyorum şeklinde görüş bildirmiştir. Bu maddeye geçerli yanıt veren katılımcı sayısı 43'dir.</w:t>
      </w:r>
    </w:p>
    <w:p w14:paraId="50A9AD29" w14:textId="77777777" w:rsidR="009F14C8" w:rsidRDefault="00000000">
      <w:r>
        <w:t>Ortalama puanın 3,33/5,00 olması, olumlu görüş oranının %51,2, kararsız görüş oranının %20,9 ve olumsuz görüş oranının %27,9 düzeyinde gerçekleşmesi bu sonuçlar, ilgili alanda memnuniyetin orta düzeyde seyrettiğini ve mevcut uygulamaların güçlendirilmesine ihtiyaç bulunduğunu göstermektedir.</w:t>
      </w:r>
    </w:p>
    <w:tbl>
      <w:tblPr>
        <w:tblStyle w:val="TabloKlavuzu"/>
        <w:tblW w:w="0" w:type="auto"/>
        <w:jc w:val="center"/>
        <w:tblLook w:val="04A0" w:firstRow="1" w:lastRow="0" w:firstColumn="1" w:lastColumn="0" w:noHBand="0" w:noVBand="1"/>
      </w:tblPr>
      <w:tblGrid>
        <w:gridCol w:w="3173"/>
        <w:gridCol w:w="3173"/>
        <w:gridCol w:w="3173"/>
      </w:tblGrid>
      <w:tr w:rsidR="009F14C8" w14:paraId="54E77BC4" w14:textId="77777777">
        <w:trPr>
          <w:jc w:val="center"/>
        </w:trPr>
        <w:tc>
          <w:tcPr>
            <w:tcW w:w="3173" w:type="dxa"/>
            <w:vAlign w:val="center"/>
          </w:tcPr>
          <w:p w14:paraId="1864E11A" w14:textId="77777777" w:rsidR="009F14C8" w:rsidRDefault="00000000">
            <w:pPr>
              <w:spacing w:after="0"/>
            </w:pPr>
            <w:r>
              <w:rPr>
                <w:sz w:val="18"/>
              </w:rPr>
              <w:t>Seçenek</w:t>
            </w:r>
          </w:p>
        </w:tc>
        <w:tc>
          <w:tcPr>
            <w:tcW w:w="3173" w:type="dxa"/>
            <w:vAlign w:val="center"/>
          </w:tcPr>
          <w:p w14:paraId="711C68CD" w14:textId="77777777" w:rsidR="009F14C8" w:rsidRDefault="00000000">
            <w:pPr>
              <w:spacing w:after="0"/>
            </w:pPr>
            <w:r>
              <w:rPr>
                <w:sz w:val="18"/>
              </w:rPr>
              <w:t>Frekans</w:t>
            </w:r>
          </w:p>
        </w:tc>
        <w:tc>
          <w:tcPr>
            <w:tcW w:w="3173" w:type="dxa"/>
            <w:vAlign w:val="center"/>
          </w:tcPr>
          <w:p w14:paraId="69ED6FD0" w14:textId="77777777" w:rsidR="009F14C8" w:rsidRDefault="00000000">
            <w:pPr>
              <w:spacing w:after="0"/>
            </w:pPr>
            <w:r>
              <w:rPr>
                <w:sz w:val="18"/>
              </w:rPr>
              <w:t>Oran</w:t>
            </w:r>
          </w:p>
        </w:tc>
      </w:tr>
      <w:tr w:rsidR="009F14C8" w14:paraId="26B201F5" w14:textId="77777777">
        <w:trPr>
          <w:jc w:val="center"/>
        </w:trPr>
        <w:tc>
          <w:tcPr>
            <w:tcW w:w="3173" w:type="dxa"/>
            <w:vAlign w:val="center"/>
          </w:tcPr>
          <w:p w14:paraId="4F83FC0C" w14:textId="77777777" w:rsidR="009F14C8" w:rsidRDefault="00000000">
            <w:pPr>
              <w:spacing w:after="0"/>
            </w:pPr>
            <w:r>
              <w:rPr>
                <w:sz w:val="18"/>
              </w:rPr>
              <w:t>5 = Kesinlikle Katılıyorum</w:t>
            </w:r>
          </w:p>
        </w:tc>
        <w:tc>
          <w:tcPr>
            <w:tcW w:w="3173" w:type="dxa"/>
            <w:vAlign w:val="center"/>
          </w:tcPr>
          <w:p w14:paraId="15693D24" w14:textId="77777777" w:rsidR="009F14C8" w:rsidRDefault="00000000">
            <w:pPr>
              <w:spacing w:after="0"/>
            </w:pPr>
            <w:r>
              <w:rPr>
                <w:sz w:val="18"/>
              </w:rPr>
              <w:t>11</w:t>
            </w:r>
          </w:p>
        </w:tc>
        <w:tc>
          <w:tcPr>
            <w:tcW w:w="3173" w:type="dxa"/>
            <w:vAlign w:val="center"/>
          </w:tcPr>
          <w:p w14:paraId="015B4D52" w14:textId="77777777" w:rsidR="009F14C8" w:rsidRDefault="00000000">
            <w:pPr>
              <w:spacing w:after="0"/>
            </w:pPr>
            <w:r>
              <w:rPr>
                <w:sz w:val="18"/>
              </w:rPr>
              <w:t>%25,6</w:t>
            </w:r>
          </w:p>
        </w:tc>
      </w:tr>
      <w:tr w:rsidR="009F14C8" w14:paraId="456F73F5" w14:textId="77777777">
        <w:trPr>
          <w:jc w:val="center"/>
        </w:trPr>
        <w:tc>
          <w:tcPr>
            <w:tcW w:w="3173" w:type="dxa"/>
            <w:vAlign w:val="center"/>
          </w:tcPr>
          <w:p w14:paraId="1601CC34" w14:textId="77777777" w:rsidR="009F14C8" w:rsidRDefault="00000000">
            <w:pPr>
              <w:spacing w:after="0"/>
            </w:pPr>
            <w:r>
              <w:rPr>
                <w:sz w:val="18"/>
              </w:rPr>
              <w:t>4 = Katılıyorum</w:t>
            </w:r>
          </w:p>
        </w:tc>
        <w:tc>
          <w:tcPr>
            <w:tcW w:w="3173" w:type="dxa"/>
            <w:vAlign w:val="center"/>
          </w:tcPr>
          <w:p w14:paraId="5E03AEB5" w14:textId="77777777" w:rsidR="009F14C8" w:rsidRDefault="00000000">
            <w:pPr>
              <w:spacing w:after="0"/>
            </w:pPr>
            <w:r>
              <w:rPr>
                <w:sz w:val="18"/>
              </w:rPr>
              <w:t>11</w:t>
            </w:r>
          </w:p>
        </w:tc>
        <w:tc>
          <w:tcPr>
            <w:tcW w:w="3173" w:type="dxa"/>
            <w:vAlign w:val="center"/>
          </w:tcPr>
          <w:p w14:paraId="4E5246B5" w14:textId="77777777" w:rsidR="009F14C8" w:rsidRDefault="00000000">
            <w:pPr>
              <w:spacing w:after="0"/>
            </w:pPr>
            <w:r>
              <w:rPr>
                <w:sz w:val="18"/>
              </w:rPr>
              <w:t>%25,6</w:t>
            </w:r>
          </w:p>
        </w:tc>
      </w:tr>
      <w:tr w:rsidR="009F14C8" w14:paraId="67A0D9C0" w14:textId="77777777">
        <w:trPr>
          <w:jc w:val="center"/>
        </w:trPr>
        <w:tc>
          <w:tcPr>
            <w:tcW w:w="3173" w:type="dxa"/>
            <w:vAlign w:val="center"/>
          </w:tcPr>
          <w:p w14:paraId="5FC04E8D" w14:textId="77777777" w:rsidR="009F14C8" w:rsidRDefault="00000000">
            <w:pPr>
              <w:spacing w:after="0"/>
            </w:pPr>
            <w:r>
              <w:rPr>
                <w:sz w:val="18"/>
              </w:rPr>
              <w:t>3 = Kararsızım</w:t>
            </w:r>
          </w:p>
        </w:tc>
        <w:tc>
          <w:tcPr>
            <w:tcW w:w="3173" w:type="dxa"/>
            <w:vAlign w:val="center"/>
          </w:tcPr>
          <w:p w14:paraId="6F925B2D" w14:textId="77777777" w:rsidR="009F14C8" w:rsidRDefault="00000000">
            <w:pPr>
              <w:spacing w:after="0"/>
            </w:pPr>
            <w:r>
              <w:rPr>
                <w:sz w:val="18"/>
              </w:rPr>
              <w:t>9</w:t>
            </w:r>
          </w:p>
        </w:tc>
        <w:tc>
          <w:tcPr>
            <w:tcW w:w="3173" w:type="dxa"/>
            <w:vAlign w:val="center"/>
          </w:tcPr>
          <w:p w14:paraId="5CC0B306" w14:textId="77777777" w:rsidR="009F14C8" w:rsidRDefault="00000000">
            <w:pPr>
              <w:spacing w:after="0"/>
            </w:pPr>
            <w:r>
              <w:rPr>
                <w:sz w:val="18"/>
              </w:rPr>
              <w:t>%20,9</w:t>
            </w:r>
          </w:p>
        </w:tc>
      </w:tr>
      <w:tr w:rsidR="009F14C8" w14:paraId="3EDC1F07" w14:textId="77777777">
        <w:trPr>
          <w:jc w:val="center"/>
        </w:trPr>
        <w:tc>
          <w:tcPr>
            <w:tcW w:w="3173" w:type="dxa"/>
            <w:vAlign w:val="center"/>
          </w:tcPr>
          <w:p w14:paraId="20CE7C29" w14:textId="77777777" w:rsidR="009F14C8" w:rsidRDefault="00000000">
            <w:pPr>
              <w:spacing w:after="0"/>
            </w:pPr>
            <w:r>
              <w:rPr>
                <w:sz w:val="18"/>
              </w:rPr>
              <w:t>2 = Katılmıyorum</w:t>
            </w:r>
          </w:p>
        </w:tc>
        <w:tc>
          <w:tcPr>
            <w:tcW w:w="3173" w:type="dxa"/>
            <w:vAlign w:val="center"/>
          </w:tcPr>
          <w:p w14:paraId="2C7DE978" w14:textId="77777777" w:rsidR="009F14C8" w:rsidRDefault="00000000">
            <w:pPr>
              <w:spacing w:after="0"/>
            </w:pPr>
            <w:r>
              <w:rPr>
                <w:sz w:val="18"/>
              </w:rPr>
              <w:t>5</w:t>
            </w:r>
          </w:p>
        </w:tc>
        <w:tc>
          <w:tcPr>
            <w:tcW w:w="3173" w:type="dxa"/>
            <w:vAlign w:val="center"/>
          </w:tcPr>
          <w:p w14:paraId="75725963" w14:textId="77777777" w:rsidR="009F14C8" w:rsidRDefault="00000000">
            <w:pPr>
              <w:spacing w:after="0"/>
            </w:pPr>
            <w:r>
              <w:rPr>
                <w:sz w:val="18"/>
              </w:rPr>
              <w:t>%11,6</w:t>
            </w:r>
          </w:p>
        </w:tc>
      </w:tr>
      <w:tr w:rsidR="009F14C8" w14:paraId="5BD5E03B" w14:textId="77777777">
        <w:trPr>
          <w:jc w:val="center"/>
        </w:trPr>
        <w:tc>
          <w:tcPr>
            <w:tcW w:w="3173" w:type="dxa"/>
            <w:vAlign w:val="center"/>
          </w:tcPr>
          <w:p w14:paraId="1D9F3752" w14:textId="77777777" w:rsidR="009F14C8" w:rsidRDefault="00000000">
            <w:pPr>
              <w:spacing w:after="0"/>
            </w:pPr>
            <w:r>
              <w:rPr>
                <w:sz w:val="18"/>
              </w:rPr>
              <w:t>1 = Kesinlikle Katılmıyorum</w:t>
            </w:r>
          </w:p>
        </w:tc>
        <w:tc>
          <w:tcPr>
            <w:tcW w:w="3173" w:type="dxa"/>
            <w:vAlign w:val="center"/>
          </w:tcPr>
          <w:p w14:paraId="001A0E39" w14:textId="77777777" w:rsidR="009F14C8" w:rsidRDefault="00000000">
            <w:pPr>
              <w:spacing w:after="0"/>
            </w:pPr>
            <w:r>
              <w:rPr>
                <w:sz w:val="18"/>
              </w:rPr>
              <w:t>7</w:t>
            </w:r>
          </w:p>
        </w:tc>
        <w:tc>
          <w:tcPr>
            <w:tcW w:w="3173" w:type="dxa"/>
            <w:vAlign w:val="center"/>
          </w:tcPr>
          <w:p w14:paraId="02A0547D" w14:textId="77777777" w:rsidR="009F14C8" w:rsidRDefault="00000000">
            <w:pPr>
              <w:spacing w:after="0"/>
            </w:pPr>
            <w:r>
              <w:rPr>
                <w:sz w:val="18"/>
              </w:rPr>
              <w:t>%16,3</w:t>
            </w:r>
          </w:p>
        </w:tc>
      </w:tr>
      <w:tr w:rsidR="009F14C8" w14:paraId="132EACE9" w14:textId="77777777">
        <w:trPr>
          <w:jc w:val="center"/>
        </w:trPr>
        <w:tc>
          <w:tcPr>
            <w:tcW w:w="3173" w:type="dxa"/>
            <w:vAlign w:val="center"/>
          </w:tcPr>
          <w:p w14:paraId="37080EB7" w14:textId="77777777" w:rsidR="009F14C8" w:rsidRDefault="00000000">
            <w:pPr>
              <w:spacing w:after="0"/>
            </w:pPr>
            <w:r>
              <w:rPr>
                <w:sz w:val="18"/>
              </w:rPr>
              <w:t>Ortalama</w:t>
            </w:r>
          </w:p>
        </w:tc>
        <w:tc>
          <w:tcPr>
            <w:tcW w:w="3173" w:type="dxa"/>
            <w:vAlign w:val="center"/>
          </w:tcPr>
          <w:p w14:paraId="4B294D7C" w14:textId="77777777" w:rsidR="009F14C8" w:rsidRDefault="009F14C8">
            <w:pPr>
              <w:spacing w:after="0"/>
            </w:pPr>
          </w:p>
        </w:tc>
        <w:tc>
          <w:tcPr>
            <w:tcW w:w="3173" w:type="dxa"/>
            <w:vAlign w:val="center"/>
          </w:tcPr>
          <w:p w14:paraId="0A8E6112" w14:textId="77777777" w:rsidR="009F14C8" w:rsidRDefault="00000000">
            <w:pPr>
              <w:spacing w:after="0"/>
            </w:pPr>
            <w:r>
              <w:rPr>
                <w:sz w:val="18"/>
              </w:rPr>
              <w:t>3,33 / 5,00</w:t>
            </w:r>
          </w:p>
        </w:tc>
      </w:tr>
    </w:tbl>
    <w:p w14:paraId="00AC110F" w14:textId="77777777" w:rsidR="009F14C8" w:rsidRDefault="00000000">
      <w:r>
        <w:rPr>
          <w:noProof/>
        </w:rPr>
        <w:drawing>
          <wp:inline distT="0" distB="0" distL="0" distR="0" wp14:anchorId="4BFB2C58" wp14:editId="7DE10D5F">
            <wp:extent cx="4343400" cy="2453523"/>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39.png"/>
                    <pic:cNvPicPr/>
                  </pic:nvPicPr>
                  <pic:blipFill>
                    <a:blip r:embed="rId49"/>
                    <a:stretch>
                      <a:fillRect/>
                    </a:stretch>
                  </pic:blipFill>
                  <pic:spPr>
                    <a:xfrm>
                      <a:off x="0" y="0"/>
                      <a:ext cx="4343400" cy="2453523"/>
                    </a:xfrm>
                    <a:prstGeom prst="rect">
                      <a:avLst/>
                    </a:prstGeom>
                  </pic:spPr>
                </pic:pic>
              </a:graphicData>
            </a:graphic>
          </wp:inline>
        </w:drawing>
      </w:r>
    </w:p>
    <w:p w14:paraId="64171895" w14:textId="77777777" w:rsidR="009F14C8" w:rsidRDefault="00000000">
      <w:pPr>
        <w:pStyle w:val="Balk3"/>
      </w:pPr>
      <w:bookmarkStart w:id="49" w:name="_Toc232111752"/>
      <w:r>
        <w:t>5.40. Madde 40’e İlişkin Bulgular</w:t>
      </w:r>
      <w:bookmarkEnd w:id="49"/>
    </w:p>
    <w:p w14:paraId="6516E571" w14:textId="77777777" w:rsidR="009F14C8" w:rsidRDefault="00000000">
      <w:r>
        <w:rPr>
          <w:b/>
          <w:i/>
        </w:rPr>
        <w:t>(Eğitim-öğretim becerilerimi geliştirmeye yönelik sunulan eğitimleri (Proje yazımı, veri analizi vb.) yararlı buluyorum.)</w:t>
      </w:r>
    </w:p>
    <w:p w14:paraId="3A6D1923" w14:textId="77777777" w:rsidR="009F14C8" w:rsidRDefault="00000000">
      <w:r>
        <w:t>Katılımcıların; 19'i (%44,2) Kesinlikle Katılıyorum, 15'i (%34,9) Katılıyorum, 6'i (%14,0) Kararsızım, 3'i (%7,0) Katılmıyorum, 0'i (%0,0) Kesinlikle Katılmıyorum şeklinde görüş bildirmiştir. Bu maddeye geçerli yanıt veren katılımcı sayısı 43'dir.</w:t>
      </w:r>
    </w:p>
    <w:p w14:paraId="066A1B93" w14:textId="77777777" w:rsidR="009F14C8" w:rsidRDefault="00000000">
      <w:r>
        <w:t>Ortalama puanın 4,16/5,00 olması, olumlu görüş oranının %79,1, kararsız görüş oranının %14,0 ve olumsuz görüş oranının %7,0 düzeyinde gerçekleşmesi bu sonuçlar, ilgili alanda akademik personel memnuniyetinin güçlü düzeyde olduğunu ve mevcut uygulamaların genel olarak olumlu değerlendirildiğini göstermektedir.</w:t>
      </w:r>
    </w:p>
    <w:tbl>
      <w:tblPr>
        <w:tblStyle w:val="TabloKlavuzu"/>
        <w:tblW w:w="0" w:type="auto"/>
        <w:jc w:val="center"/>
        <w:tblLook w:val="04A0" w:firstRow="1" w:lastRow="0" w:firstColumn="1" w:lastColumn="0" w:noHBand="0" w:noVBand="1"/>
      </w:tblPr>
      <w:tblGrid>
        <w:gridCol w:w="3173"/>
        <w:gridCol w:w="3173"/>
        <w:gridCol w:w="3173"/>
      </w:tblGrid>
      <w:tr w:rsidR="009F14C8" w14:paraId="274DB912" w14:textId="77777777">
        <w:trPr>
          <w:jc w:val="center"/>
        </w:trPr>
        <w:tc>
          <w:tcPr>
            <w:tcW w:w="3173" w:type="dxa"/>
            <w:vAlign w:val="center"/>
          </w:tcPr>
          <w:p w14:paraId="2FB0914C" w14:textId="77777777" w:rsidR="009F14C8" w:rsidRDefault="00000000">
            <w:pPr>
              <w:spacing w:after="0"/>
            </w:pPr>
            <w:r>
              <w:rPr>
                <w:sz w:val="18"/>
              </w:rPr>
              <w:t>Seçenek</w:t>
            </w:r>
          </w:p>
        </w:tc>
        <w:tc>
          <w:tcPr>
            <w:tcW w:w="3173" w:type="dxa"/>
            <w:vAlign w:val="center"/>
          </w:tcPr>
          <w:p w14:paraId="23C2E19C" w14:textId="77777777" w:rsidR="009F14C8" w:rsidRDefault="00000000">
            <w:pPr>
              <w:spacing w:after="0"/>
            </w:pPr>
            <w:r>
              <w:rPr>
                <w:sz w:val="18"/>
              </w:rPr>
              <w:t>Frekans</w:t>
            </w:r>
          </w:p>
        </w:tc>
        <w:tc>
          <w:tcPr>
            <w:tcW w:w="3173" w:type="dxa"/>
            <w:vAlign w:val="center"/>
          </w:tcPr>
          <w:p w14:paraId="0655DEB7" w14:textId="77777777" w:rsidR="009F14C8" w:rsidRDefault="00000000">
            <w:pPr>
              <w:spacing w:after="0"/>
            </w:pPr>
            <w:r>
              <w:rPr>
                <w:sz w:val="18"/>
              </w:rPr>
              <w:t>Oran</w:t>
            </w:r>
          </w:p>
        </w:tc>
      </w:tr>
      <w:tr w:rsidR="009F14C8" w14:paraId="3E8AAB1F" w14:textId="77777777">
        <w:trPr>
          <w:jc w:val="center"/>
        </w:trPr>
        <w:tc>
          <w:tcPr>
            <w:tcW w:w="3173" w:type="dxa"/>
            <w:vAlign w:val="center"/>
          </w:tcPr>
          <w:p w14:paraId="6BC1AFEB" w14:textId="77777777" w:rsidR="009F14C8" w:rsidRDefault="00000000">
            <w:pPr>
              <w:spacing w:after="0"/>
            </w:pPr>
            <w:r>
              <w:rPr>
                <w:sz w:val="18"/>
              </w:rPr>
              <w:t>5 = Kesinlikle Katılıyorum</w:t>
            </w:r>
          </w:p>
        </w:tc>
        <w:tc>
          <w:tcPr>
            <w:tcW w:w="3173" w:type="dxa"/>
            <w:vAlign w:val="center"/>
          </w:tcPr>
          <w:p w14:paraId="0086B60C" w14:textId="77777777" w:rsidR="009F14C8" w:rsidRDefault="00000000">
            <w:pPr>
              <w:spacing w:after="0"/>
            </w:pPr>
            <w:r>
              <w:rPr>
                <w:sz w:val="18"/>
              </w:rPr>
              <w:t>19</w:t>
            </w:r>
          </w:p>
        </w:tc>
        <w:tc>
          <w:tcPr>
            <w:tcW w:w="3173" w:type="dxa"/>
            <w:vAlign w:val="center"/>
          </w:tcPr>
          <w:p w14:paraId="4B029E96" w14:textId="77777777" w:rsidR="009F14C8" w:rsidRDefault="00000000">
            <w:pPr>
              <w:spacing w:after="0"/>
            </w:pPr>
            <w:r>
              <w:rPr>
                <w:sz w:val="18"/>
              </w:rPr>
              <w:t>%44,2</w:t>
            </w:r>
          </w:p>
        </w:tc>
      </w:tr>
      <w:tr w:rsidR="009F14C8" w14:paraId="24BFC836" w14:textId="77777777">
        <w:trPr>
          <w:jc w:val="center"/>
        </w:trPr>
        <w:tc>
          <w:tcPr>
            <w:tcW w:w="3173" w:type="dxa"/>
            <w:vAlign w:val="center"/>
          </w:tcPr>
          <w:p w14:paraId="68D3A644" w14:textId="77777777" w:rsidR="009F14C8" w:rsidRDefault="00000000">
            <w:pPr>
              <w:spacing w:after="0"/>
            </w:pPr>
            <w:r>
              <w:rPr>
                <w:sz w:val="18"/>
              </w:rPr>
              <w:t>4 = Katılıyorum</w:t>
            </w:r>
          </w:p>
        </w:tc>
        <w:tc>
          <w:tcPr>
            <w:tcW w:w="3173" w:type="dxa"/>
            <w:vAlign w:val="center"/>
          </w:tcPr>
          <w:p w14:paraId="1A9E6F06" w14:textId="77777777" w:rsidR="009F14C8" w:rsidRDefault="00000000">
            <w:pPr>
              <w:spacing w:after="0"/>
            </w:pPr>
            <w:r>
              <w:rPr>
                <w:sz w:val="18"/>
              </w:rPr>
              <w:t>15</w:t>
            </w:r>
          </w:p>
        </w:tc>
        <w:tc>
          <w:tcPr>
            <w:tcW w:w="3173" w:type="dxa"/>
            <w:vAlign w:val="center"/>
          </w:tcPr>
          <w:p w14:paraId="4B15F75F" w14:textId="77777777" w:rsidR="009F14C8" w:rsidRDefault="00000000">
            <w:pPr>
              <w:spacing w:after="0"/>
            </w:pPr>
            <w:r>
              <w:rPr>
                <w:sz w:val="18"/>
              </w:rPr>
              <w:t>%34,9</w:t>
            </w:r>
          </w:p>
        </w:tc>
      </w:tr>
      <w:tr w:rsidR="009F14C8" w14:paraId="6DC5AC06" w14:textId="77777777">
        <w:trPr>
          <w:jc w:val="center"/>
        </w:trPr>
        <w:tc>
          <w:tcPr>
            <w:tcW w:w="3173" w:type="dxa"/>
            <w:vAlign w:val="center"/>
          </w:tcPr>
          <w:p w14:paraId="6C708B24" w14:textId="77777777" w:rsidR="009F14C8" w:rsidRDefault="00000000">
            <w:pPr>
              <w:spacing w:after="0"/>
            </w:pPr>
            <w:r>
              <w:rPr>
                <w:sz w:val="18"/>
              </w:rPr>
              <w:t>3 = Kararsızım</w:t>
            </w:r>
          </w:p>
        </w:tc>
        <w:tc>
          <w:tcPr>
            <w:tcW w:w="3173" w:type="dxa"/>
            <w:vAlign w:val="center"/>
          </w:tcPr>
          <w:p w14:paraId="3496E7E1" w14:textId="77777777" w:rsidR="009F14C8" w:rsidRDefault="00000000">
            <w:pPr>
              <w:spacing w:after="0"/>
            </w:pPr>
            <w:r>
              <w:rPr>
                <w:sz w:val="18"/>
              </w:rPr>
              <w:t>6</w:t>
            </w:r>
          </w:p>
        </w:tc>
        <w:tc>
          <w:tcPr>
            <w:tcW w:w="3173" w:type="dxa"/>
            <w:vAlign w:val="center"/>
          </w:tcPr>
          <w:p w14:paraId="1C4A69B3" w14:textId="77777777" w:rsidR="009F14C8" w:rsidRDefault="00000000">
            <w:pPr>
              <w:spacing w:after="0"/>
            </w:pPr>
            <w:r>
              <w:rPr>
                <w:sz w:val="18"/>
              </w:rPr>
              <w:t>%14,0</w:t>
            </w:r>
          </w:p>
        </w:tc>
      </w:tr>
      <w:tr w:rsidR="009F14C8" w14:paraId="2C02877D" w14:textId="77777777">
        <w:trPr>
          <w:jc w:val="center"/>
        </w:trPr>
        <w:tc>
          <w:tcPr>
            <w:tcW w:w="3173" w:type="dxa"/>
            <w:vAlign w:val="center"/>
          </w:tcPr>
          <w:p w14:paraId="536564A1" w14:textId="77777777" w:rsidR="009F14C8" w:rsidRDefault="00000000">
            <w:pPr>
              <w:spacing w:after="0"/>
            </w:pPr>
            <w:r>
              <w:rPr>
                <w:sz w:val="18"/>
              </w:rPr>
              <w:t>2 = Katılmıyorum</w:t>
            </w:r>
          </w:p>
        </w:tc>
        <w:tc>
          <w:tcPr>
            <w:tcW w:w="3173" w:type="dxa"/>
            <w:vAlign w:val="center"/>
          </w:tcPr>
          <w:p w14:paraId="73D25777" w14:textId="77777777" w:rsidR="009F14C8" w:rsidRDefault="00000000">
            <w:pPr>
              <w:spacing w:after="0"/>
            </w:pPr>
            <w:r>
              <w:rPr>
                <w:sz w:val="18"/>
              </w:rPr>
              <w:t>3</w:t>
            </w:r>
          </w:p>
        </w:tc>
        <w:tc>
          <w:tcPr>
            <w:tcW w:w="3173" w:type="dxa"/>
            <w:vAlign w:val="center"/>
          </w:tcPr>
          <w:p w14:paraId="67726E68" w14:textId="77777777" w:rsidR="009F14C8" w:rsidRDefault="00000000">
            <w:pPr>
              <w:spacing w:after="0"/>
            </w:pPr>
            <w:r>
              <w:rPr>
                <w:sz w:val="18"/>
              </w:rPr>
              <w:t>%7,0</w:t>
            </w:r>
          </w:p>
        </w:tc>
      </w:tr>
      <w:tr w:rsidR="009F14C8" w14:paraId="248B612A" w14:textId="77777777">
        <w:trPr>
          <w:jc w:val="center"/>
        </w:trPr>
        <w:tc>
          <w:tcPr>
            <w:tcW w:w="3173" w:type="dxa"/>
            <w:vAlign w:val="center"/>
          </w:tcPr>
          <w:p w14:paraId="78149BFA" w14:textId="77777777" w:rsidR="009F14C8" w:rsidRDefault="00000000">
            <w:pPr>
              <w:spacing w:after="0"/>
            </w:pPr>
            <w:r>
              <w:rPr>
                <w:sz w:val="18"/>
              </w:rPr>
              <w:t>1 = Kesinlikle Katılmıyorum</w:t>
            </w:r>
          </w:p>
        </w:tc>
        <w:tc>
          <w:tcPr>
            <w:tcW w:w="3173" w:type="dxa"/>
            <w:vAlign w:val="center"/>
          </w:tcPr>
          <w:p w14:paraId="49B0B04B" w14:textId="77777777" w:rsidR="009F14C8" w:rsidRDefault="00000000">
            <w:pPr>
              <w:spacing w:after="0"/>
            </w:pPr>
            <w:r>
              <w:rPr>
                <w:sz w:val="18"/>
              </w:rPr>
              <w:t>0</w:t>
            </w:r>
          </w:p>
        </w:tc>
        <w:tc>
          <w:tcPr>
            <w:tcW w:w="3173" w:type="dxa"/>
            <w:vAlign w:val="center"/>
          </w:tcPr>
          <w:p w14:paraId="1A680B6F" w14:textId="77777777" w:rsidR="009F14C8" w:rsidRDefault="00000000">
            <w:pPr>
              <w:spacing w:after="0"/>
            </w:pPr>
            <w:r>
              <w:rPr>
                <w:sz w:val="18"/>
              </w:rPr>
              <w:t>%0,0</w:t>
            </w:r>
          </w:p>
        </w:tc>
      </w:tr>
      <w:tr w:rsidR="009F14C8" w14:paraId="02FDD4F3" w14:textId="77777777">
        <w:trPr>
          <w:jc w:val="center"/>
        </w:trPr>
        <w:tc>
          <w:tcPr>
            <w:tcW w:w="3173" w:type="dxa"/>
            <w:vAlign w:val="center"/>
          </w:tcPr>
          <w:p w14:paraId="121B58CF" w14:textId="77777777" w:rsidR="009F14C8" w:rsidRDefault="00000000">
            <w:pPr>
              <w:spacing w:after="0"/>
            </w:pPr>
            <w:r>
              <w:rPr>
                <w:sz w:val="18"/>
              </w:rPr>
              <w:lastRenderedPageBreak/>
              <w:t>Ortalama</w:t>
            </w:r>
          </w:p>
        </w:tc>
        <w:tc>
          <w:tcPr>
            <w:tcW w:w="3173" w:type="dxa"/>
            <w:vAlign w:val="center"/>
          </w:tcPr>
          <w:p w14:paraId="3E2ABACA" w14:textId="77777777" w:rsidR="009F14C8" w:rsidRDefault="009F14C8">
            <w:pPr>
              <w:spacing w:after="0"/>
            </w:pPr>
          </w:p>
        </w:tc>
        <w:tc>
          <w:tcPr>
            <w:tcW w:w="3173" w:type="dxa"/>
            <w:vAlign w:val="center"/>
          </w:tcPr>
          <w:p w14:paraId="084CBD10" w14:textId="77777777" w:rsidR="009F14C8" w:rsidRDefault="00000000">
            <w:pPr>
              <w:spacing w:after="0"/>
            </w:pPr>
            <w:r>
              <w:rPr>
                <w:sz w:val="18"/>
              </w:rPr>
              <w:t>4,16 / 5,00</w:t>
            </w:r>
          </w:p>
        </w:tc>
      </w:tr>
    </w:tbl>
    <w:p w14:paraId="5EDF225A" w14:textId="77777777" w:rsidR="009F14C8" w:rsidRDefault="00000000">
      <w:r>
        <w:rPr>
          <w:noProof/>
        </w:rPr>
        <w:drawing>
          <wp:inline distT="0" distB="0" distL="0" distR="0" wp14:anchorId="3DCAFACF" wp14:editId="2F04B66F">
            <wp:extent cx="4343400" cy="2453523"/>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40.png"/>
                    <pic:cNvPicPr/>
                  </pic:nvPicPr>
                  <pic:blipFill>
                    <a:blip r:embed="rId50"/>
                    <a:stretch>
                      <a:fillRect/>
                    </a:stretch>
                  </pic:blipFill>
                  <pic:spPr>
                    <a:xfrm>
                      <a:off x="0" y="0"/>
                      <a:ext cx="4343400" cy="2453523"/>
                    </a:xfrm>
                    <a:prstGeom prst="rect">
                      <a:avLst/>
                    </a:prstGeom>
                  </pic:spPr>
                </pic:pic>
              </a:graphicData>
            </a:graphic>
          </wp:inline>
        </w:drawing>
      </w:r>
    </w:p>
    <w:p w14:paraId="3135B9C1" w14:textId="77777777" w:rsidR="009F14C8" w:rsidRDefault="00000000">
      <w:pPr>
        <w:pStyle w:val="Balk3"/>
      </w:pPr>
      <w:bookmarkStart w:id="50" w:name="_Toc232111753"/>
      <w:r>
        <w:t>5.41. Madde 41’e İlişkin Bulgular</w:t>
      </w:r>
      <w:bookmarkEnd w:id="50"/>
    </w:p>
    <w:p w14:paraId="7523F089" w14:textId="77777777" w:rsidR="009F14C8" w:rsidRDefault="00000000">
      <w:r>
        <w:rPr>
          <w:b/>
          <w:i/>
        </w:rPr>
        <w:t>(İzleme ve değerlendirme sonuçlarına bağlı kalarak süreç konusundaki talepler incelenmekte ve gerekli iyileştirmeler yapılmaktadır.)</w:t>
      </w:r>
    </w:p>
    <w:p w14:paraId="7ECFA649" w14:textId="77777777" w:rsidR="009F14C8" w:rsidRDefault="00000000">
      <w:r>
        <w:t>Katılımcıların; 12'i (%27,9) Kesinlikle Katılıyorum, 14'i (%32,6) Katılıyorum, 14'i (%32,6) Kararsızım, 2'i (%4,7) Katılmıyorum, 1'i (%2,3) Kesinlikle Katılmıyorum şeklinde görüş bildirmiştir. Bu maddeye geçerli yanıt veren katılımcı sayısı 43'dir.</w:t>
      </w:r>
    </w:p>
    <w:p w14:paraId="7F2B3BB9" w14:textId="77777777" w:rsidR="009F14C8" w:rsidRDefault="00000000">
      <w:r>
        <w:t>Ortalama puanın 3,79/5,00 olması, olumlu görüş oranının %60,5, kararsız görüş oranının %32,6 ve olumsuz görüş oranının %7,0 düzeyinde gerçekleşmesi bu sonuçlar, ilgili alanda genel eğilimin olumlu olduğunu; bununla birlikte kararsız ve olumsuz görüşlerin de iyileştirme süreçlerinde dikkate alınması gerektiğini göstermektedir.</w:t>
      </w:r>
    </w:p>
    <w:tbl>
      <w:tblPr>
        <w:tblStyle w:val="TabloKlavuzu"/>
        <w:tblW w:w="0" w:type="auto"/>
        <w:jc w:val="center"/>
        <w:tblLook w:val="04A0" w:firstRow="1" w:lastRow="0" w:firstColumn="1" w:lastColumn="0" w:noHBand="0" w:noVBand="1"/>
      </w:tblPr>
      <w:tblGrid>
        <w:gridCol w:w="3173"/>
        <w:gridCol w:w="3173"/>
        <w:gridCol w:w="3173"/>
      </w:tblGrid>
      <w:tr w:rsidR="009F14C8" w14:paraId="4CF00611" w14:textId="77777777">
        <w:trPr>
          <w:jc w:val="center"/>
        </w:trPr>
        <w:tc>
          <w:tcPr>
            <w:tcW w:w="3173" w:type="dxa"/>
            <w:vAlign w:val="center"/>
          </w:tcPr>
          <w:p w14:paraId="389F1621" w14:textId="77777777" w:rsidR="009F14C8" w:rsidRDefault="00000000">
            <w:pPr>
              <w:spacing w:after="0"/>
            </w:pPr>
            <w:r>
              <w:rPr>
                <w:sz w:val="18"/>
              </w:rPr>
              <w:t>Seçenek</w:t>
            </w:r>
          </w:p>
        </w:tc>
        <w:tc>
          <w:tcPr>
            <w:tcW w:w="3173" w:type="dxa"/>
            <w:vAlign w:val="center"/>
          </w:tcPr>
          <w:p w14:paraId="4A20B572" w14:textId="77777777" w:rsidR="009F14C8" w:rsidRDefault="00000000">
            <w:pPr>
              <w:spacing w:after="0"/>
            </w:pPr>
            <w:r>
              <w:rPr>
                <w:sz w:val="18"/>
              </w:rPr>
              <w:t>Frekans</w:t>
            </w:r>
          </w:p>
        </w:tc>
        <w:tc>
          <w:tcPr>
            <w:tcW w:w="3173" w:type="dxa"/>
            <w:vAlign w:val="center"/>
          </w:tcPr>
          <w:p w14:paraId="63DDBEDD" w14:textId="77777777" w:rsidR="009F14C8" w:rsidRDefault="00000000">
            <w:pPr>
              <w:spacing w:after="0"/>
            </w:pPr>
            <w:r>
              <w:rPr>
                <w:sz w:val="18"/>
              </w:rPr>
              <w:t>Oran</w:t>
            </w:r>
          </w:p>
        </w:tc>
      </w:tr>
      <w:tr w:rsidR="009F14C8" w14:paraId="121AD3F1" w14:textId="77777777">
        <w:trPr>
          <w:jc w:val="center"/>
        </w:trPr>
        <w:tc>
          <w:tcPr>
            <w:tcW w:w="3173" w:type="dxa"/>
            <w:vAlign w:val="center"/>
          </w:tcPr>
          <w:p w14:paraId="2F259597" w14:textId="77777777" w:rsidR="009F14C8" w:rsidRDefault="00000000">
            <w:pPr>
              <w:spacing w:after="0"/>
            </w:pPr>
            <w:r>
              <w:rPr>
                <w:sz w:val="18"/>
              </w:rPr>
              <w:t>5 = Kesinlikle Katılıyorum</w:t>
            </w:r>
          </w:p>
        </w:tc>
        <w:tc>
          <w:tcPr>
            <w:tcW w:w="3173" w:type="dxa"/>
            <w:vAlign w:val="center"/>
          </w:tcPr>
          <w:p w14:paraId="4FE88C69" w14:textId="77777777" w:rsidR="009F14C8" w:rsidRDefault="00000000">
            <w:pPr>
              <w:spacing w:after="0"/>
            </w:pPr>
            <w:r>
              <w:rPr>
                <w:sz w:val="18"/>
              </w:rPr>
              <w:t>12</w:t>
            </w:r>
          </w:p>
        </w:tc>
        <w:tc>
          <w:tcPr>
            <w:tcW w:w="3173" w:type="dxa"/>
            <w:vAlign w:val="center"/>
          </w:tcPr>
          <w:p w14:paraId="275F67B8" w14:textId="77777777" w:rsidR="009F14C8" w:rsidRDefault="00000000">
            <w:pPr>
              <w:spacing w:after="0"/>
            </w:pPr>
            <w:r>
              <w:rPr>
                <w:sz w:val="18"/>
              </w:rPr>
              <w:t>%27,9</w:t>
            </w:r>
          </w:p>
        </w:tc>
      </w:tr>
      <w:tr w:rsidR="009F14C8" w14:paraId="1EFBBD1F" w14:textId="77777777">
        <w:trPr>
          <w:jc w:val="center"/>
        </w:trPr>
        <w:tc>
          <w:tcPr>
            <w:tcW w:w="3173" w:type="dxa"/>
            <w:vAlign w:val="center"/>
          </w:tcPr>
          <w:p w14:paraId="2A416CB7" w14:textId="77777777" w:rsidR="009F14C8" w:rsidRDefault="00000000">
            <w:pPr>
              <w:spacing w:after="0"/>
            </w:pPr>
            <w:r>
              <w:rPr>
                <w:sz w:val="18"/>
              </w:rPr>
              <w:t>4 = Katılıyorum</w:t>
            </w:r>
          </w:p>
        </w:tc>
        <w:tc>
          <w:tcPr>
            <w:tcW w:w="3173" w:type="dxa"/>
            <w:vAlign w:val="center"/>
          </w:tcPr>
          <w:p w14:paraId="2AF469BF" w14:textId="77777777" w:rsidR="009F14C8" w:rsidRDefault="00000000">
            <w:pPr>
              <w:spacing w:after="0"/>
            </w:pPr>
            <w:r>
              <w:rPr>
                <w:sz w:val="18"/>
              </w:rPr>
              <w:t>14</w:t>
            </w:r>
          </w:p>
        </w:tc>
        <w:tc>
          <w:tcPr>
            <w:tcW w:w="3173" w:type="dxa"/>
            <w:vAlign w:val="center"/>
          </w:tcPr>
          <w:p w14:paraId="7D897FE0" w14:textId="77777777" w:rsidR="009F14C8" w:rsidRDefault="00000000">
            <w:pPr>
              <w:spacing w:after="0"/>
            </w:pPr>
            <w:r>
              <w:rPr>
                <w:sz w:val="18"/>
              </w:rPr>
              <w:t>%32,6</w:t>
            </w:r>
          </w:p>
        </w:tc>
      </w:tr>
      <w:tr w:rsidR="009F14C8" w14:paraId="64E67FCB" w14:textId="77777777">
        <w:trPr>
          <w:jc w:val="center"/>
        </w:trPr>
        <w:tc>
          <w:tcPr>
            <w:tcW w:w="3173" w:type="dxa"/>
            <w:vAlign w:val="center"/>
          </w:tcPr>
          <w:p w14:paraId="3A9314C5" w14:textId="77777777" w:rsidR="009F14C8" w:rsidRDefault="00000000">
            <w:pPr>
              <w:spacing w:after="0"/>
            </w:pPr>
            <w:r>
              <w:rPr>
                <w:sz w:val="18"/>
              </w:rPr>
              <w:t>3 = Kararsızım</w:t>
            </w:r>
          </w:p>
        </w:tc>
        <w:tc>
          <w:tcPr>
            <w:tcW w:w="3173" w:type="dxa"/>
            <w:vAlign w:val="center"/>
          </w:tcPr>
          <w:p w14:paraId="3790A07C" w14:textId="77777777" w:rsidR="009F14C8" w:rsidRDefault="00000000">
            <w:pPr>
              <w:spacing w:after="0"/>
            </w:pPr>
            <w:r>
              <w:rPr>
                <w:sz w:val="18"/>
              </w:rPr>
              <w:t>14</w:t>
            </w:r>
          </w:p>
        </w:tc>
        <w:tc>
          <w:tcPr>
            <w:tcW w:w="3173" w:type="dxa"/>
            <w:vAlign w:val="center"/>
          </w:tcPr>
          <w:p w14:paraId="4269837F" w14:textId="77777777" w:rsidR="009F14C8" w:rsidRDefault="00000000">
            <w:pPr>
              <w:spacing w:after="0"/>
            </w:pPr>
            <w:r>
              <w:rPr>
                <w:sz w:val="18"/>
              </w:rPr>
              <w:t>%32,6</w:t>
            </w:r>
          </w:p>
        </w:tc>
      </w:tr>
      <w:tr w:rsidR="009F14C8" w14:paraId="22963761" w14:textId="77777777">
        <w:trPr>
          <w:jc w:val="center"/>
        </w:trPr>
        <w:tc>
          <w:tcPr>
            <w:tcW w:w="3173" w:type="dxa"/>
            <w:vAlign w:val="center"/>
          </w:tcPr>
          <w:p w14:paraId="79C174B8" w14:textId="77777777" w:rsidR="009F14C8" w:rsidRDefault="00000000">
            <w:pPr>
              <w:spacing w:after="0"/>
            </w:pPr>
            <w:r>
              <w:rPr>
                <w:sz w:val="18"/>
              </w:rPr>
              <w:t>2 = Katılmıyorum</w:t>
            </w:r>
          </w:p>
        </w:tc>
        <w:tc>
          <w:tcPr>
            <w:tcW w:w="3173" w:type="dxa"/>
            <w:vAlign w:val="center"/>
          </w:tcPr>
          <w:p w14:paraId="0DA7BF37" w14:textId="77777777" w:rsidR="009F14C8" w:rsidRDefault="00000000">
            <w:pPr>
              <w:spacing w:after="0"/>
            </w:pPr>
            <w:r>
              <w:rPr>
                <w:sz w:val="18"/>
              </w:rPr>
              <w:t>2</w:t>
            </w:r>
          </w:p>
        </w:tc>
        <w:tc>
          <w:tcPr>
            <w:tcW w:w="3173" w:type="dxa"/>
            <w:vAlign w:val="center"/>
          </w:tcPr>
          <w:p w14:paraId="775F6AEF" w14:textId="77777777" w:rsidR="009F14C8" w:rsidRDefault="00000000">
            <w:pPr>
              <w:spacing w:after="0"/>
            </w:pPr>
            <w:r>
              <w:rPr>
                <w:sz w:val="18"/>
              </w:rPr>
              <w:t>%4,7</w:t>
            </w:r>
          </w:p>
        </w:tc>
      </w:tr>
      <w:tr w:rsidR="009F14C8" w14:paraId="5D9DD966" w14:textId="77777777">
        <w:trPr>
          <w:jc w:val="center"/>
        </w:trPr>
        <w:tc>
          <w:tcPr>
            <w:tcW w:w="3173" w:type="dxa"/>
            <w:vAlign w:val="center"/>
          </w:tcPr>
          <w:p w14:paraId="77D75515" w14:textId="77777777" w:rsidR="009F14C8" w:rsidRDefault="00000000">
            <w:pPr>
              <w:spacing w:after="0"/>
            </w:pPr>
            <w:r>
              <w:rPr>
                <w:sz w:val="18"/>
              </w:rPr>
              <w:t>1 = Kesinlikle Katılmıyorum</w:t>
            </w:r>
          </w:p>
        </w:tc>
        <w:tc>
          <w:tcPr>
            <w:tcW w:w="3173" w:type="dxa"/>
            <w:vAlign w:val="center"/>
          </w:tcPr>
          <w:p w14:paraId="1AE80676" w14:textId="77777777" w:rsidR="009F14C8" w:rsidRDefault="00000000">
            <w:pPr>
              <w:spacing w:after="0"/>
            </w:pPr>
            <w:r>
              <w:rPr>
                <w:sz w:val="18"/>
              </w:rPr>
              <w:t>1</w:t>
            </w:r>
          </w:p>
        </w:tc>
        <w:tc>
          <w:tcPr>
            <w:tcW w:w="3173" w:type="dxa"/>
            <w:vAlign w:val="center"/>
          </w:tcPr>
          <w:p w14:paraId="524C8BD9" w14:textId="77777777" w:rsidR="009F14C8" w:rsidRDefault="00000000">
            <w:pPr>
              <w:spacing w:after="0"/>
            </w:pPr>
            <w:r>
              <w:rPr>
                <w:sz w:val="18"/>
              </w:rPr>
              <w:t>%2,3</w:t>
            </w:r>
          </w:p>
        </w:tc>
      </w:tr>
      <w:tr w:rsidR="009F14C8" w14:paraId="44168816" w14:textId="77777777">
        <w:trPr>
          <w:jc w:val="center"/>
        </w:trPr>
        <w:tc>
          <w:tcPr>
            <w:tcW w:w="3173" w:type="dxa"/>
            <w:vAlign w:val="center"/>
          </w:tcPr>
          <w:p w14:paraId="0BAA0888" w14:textId="77777777" w:rsidR="009F14C8" w:rsidRDefault="00000000">
            <w:pPr>
              <w:spacing w:after="0"/>
            </w:pPr>
            <w:r>
              <w:rPr>
                <w:sz w:val="18"/>
              </w:rPr>
              <w:t>Ortalama</w:t>
            </w:r>
          </w:p>
        </w:tc>
        <w:tc>
          <w:tcPr>
            <w:tcW w:w="3173" w:type="dxa"/>
            <w:vAlign w:val="center"/>
          </w:tcPr>
          <w:p w14:paraId="15160128" w14:textId="77777777" w:rsidR="009F14C8" w:rsidRDefault="009F14C8">
            <w:pPr>
              <w:spacing w:after="0"/>
            </w:pPr>
          </w:p>
        </w:tc>
        <w:tc>
          <w:tcPr>
            <w:tcW w:w="3173" w:type="dxa"/>
            <w:vAlign w:val="center"/>
          </w:tcPr>
          <w:p w14:paraId="08371468" w14:textId="77777777" w:rsidR="009F14C8" w:rsidRDefault="00000000">
            <w:pPr>
              <w:spacing w:after="0"/>
            </w:pPr>
            <w:r>
              <w:rPr>
                <w:sz w:val="18"/>
              </w:rPr>
              <w:t>3,79 / 5,00</w:t>
            </w:r>
          </w:p>
        </w:tc>
      </w:tr>
    </w:tbl>
    <w:p w14:paraId="2F6F9793" w14:textId="77777777" w:rsidR="009F14C8" w:rsidRDefault="00000000">
      <w:r>
        <w:rPr>
          <w:noProof/>
        </w:rPr>
        <w:drawing>
          <wp:inline distT="0" distB="0" distL="0" distR="0" wp14:anchorId="62D794FE" wp14:editId="037BB7DB">
            <wp:extent cx="4343400" cy="2453523"/>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41.png"/>
                    <pic:cNvPicPr/>
                  </pic:nvPicPr>
                  <pic:blipFill>
                    <a:blip r:embed="rId51"/>
                    <a:stretch>
                      <a:fillRect/>
                    </a:stretch>
                  </pic:blipFill>
                  <pic:spPr>
                    <a:xfrm>
                      <a:off x="0" y="0"/>
                      <a:ext cx="4343400" cy="2453523"/>
                    </a:xfrm>
                    <a:prstGeom prst="rect">
                      <a:avLst/>
                    </a:prstGeom>
                  </pic:spPr>
                </pic:pic>
              </a:graphicData>
            </a:graphic>
          </wp:inline>
        </w:drawing>
      </w:r>
    </w:p>
    <w:p w14:paraId="6716A53C" w14:textId="77777777" w:rsidR="009F14C8" w:rsidRDefault="00000000">
      <w:pPr>
        <w:pStyle w:val="Balk3"/>
      </w:pPr>
      <w:bookmarkStart w:id="51" w:name="_Toc232111754"/>
      <w:r>
        <w:lastRenderedPageBreak/>
        <w:t>5.42. Madde 42’e İlişkin Bulgular</w:t>
      </w:r>
      <w:bookmarkEnd w:id="51"/>
    </w:p>
    <w:p w14:paraId="6ACDEFE5" w14:textId="77777777" w:rsidR="009F14C8" w:rsidRDefault="00000000">
      <w:r>
        <w:rPr>
          <w:b/>
          <w:i/>
        </w:rPr>
        <w:t>(Yurt içi veya yurt dışı akademik değişim programlarına katılım konusunda yönetim tarafından destekleniyorum.)</w:t>
      </w:r>
    </w:p>
    <w:p w14:paraId="7979231E" w14:textId="77777777" w:rsidR="009F14C8" w:rsidRDefault="00000000">
      <w:r>
        <w:t>Katılımcıların; 12'i (%27,9) Kesinlikle Katılıyorum, 5'i (%11,6) Katılıyorum, 14'i (%32,6) Kararsızım, 6'i (%14,0) Katılmıyorum, 6'i (%14,0) Kesinlikle Katılmıyorum şeklinde görüş bildirmiştir. Bu maddeye geçerli yanıt veren katılımcı sayısı 43'dir.</w:t>
      </w:r>
    </w:p>
    <w:p w14:paraId="37452AB6" w14:textId="77777777" w:rsidR="009F14C8" w:rsidRDefault="00000000">
      <w:r>
        <w:t>Ortalama puanın 3,26/5,00 olması, olumlu görüş oranının %39,5, kararsız görüş oranının %32,6 ve olumsuz görüş oranının %27,9 düzeyinde gerçekleşmesi bu sonuçlar, ilgili alanda memnuniyetin orta düzeyde seyrettiğini ve mevcut uygulamaların güçlendirilmesine ihtiyaç bulunduğunu göstermektedir.</w:t>
      </w:r>
    </w:p>
    <w:tbl>
      <w:tblPr>
        <w:tblStyle w:val="TabloKlavuzu"/>
        <w:tblW w:w="0" w:type="auto"/>
        <w:jc w:val="center"/>
        <w:tblLook w:val="04A0" w:firstRow="1" w:lastRow="0" w:firstColumn="1" w:lastColumn="0" w:noHBand="0" w:noVBand="1"/>
      </w:tblPr>
      <w:tblGrid>
        <w:gridCol w:w="3173"/>
        <w:gridCol w:w="3173"/>
        <w:gridCol w:w="3173"/>
      </w:tblGrid>
      <w:tr w:rsidR="009F14C8" w14:paraId="6CAC1FC7" w14:textId="77777777">
        <w:trPr>
          <w:jc w:val="center"/>
        </w:trPr>
        <w:tc>
          <w:tcPr>
            <w:tcW w:w="3173" w:type="dxa"/>
            <w:vAlign w:val="center"/>
          </w:tcPr>
          <w:p w14:paraId="738468D9" w14:textId="77777777" w:rsidR="009F14C8" w:rsidRDefault="00000000">
            <w:pPr>
              <w:spacing w:after="0"/>
            </w:pPr>
            <w:r>
              <w:rPr>
                <w:sz w:val="18"/>
              </w:rPr>
              <w:t>Seçenek</w:t>
            </w:r>
          </w:p>
        </w:tc>
        <w:tc>
          <w:tcPr>
            <w:tcW w:w="3173" w:type="dxa"/>
            <w:vAlign w:val="center"/>
          </w:tcPr>
          <w:p w14:paraId="39B739C7" w14:textId="77777777" w:rsidR="009F14C8" w:rsidRDefault="00000000">
            <w:pPr>
              <w:spacing w:after="0"/>
            </w:pPr>
            <w:r>
              <w:rPr>
                <w:sz w:val="18"/>
              </w:rPr>
              <w:t>Frekans</w:t>
            </w:r>
          </w:p>
        </w:tc>
        <w:tc>
          <w:tcPr>
            <w:tcW w:w="3173" w:type="dxa"/>
            <w:vAlign w:val="center"/>
          </w:tcPr>
          <w:p w14:paraId="45306554" w14:textId="77777777" w:rsidR="009F14C8" w:rsidRDefault="00000000">
            <w:pPr>
              <w:spacing w:after="0"/>
            </w:pPr>
            <w:r>
              <w:rPr>
                <w:sz w:val="18"/>
              </w:rPr>
              <w:t>Oran</w:t>
            </w:r>
          </w:p>
        </w:tc>
      </w:tr>
      <w:tr w:rsidR="009F14C8" w14:paraId="5E3BE622" w14:textId="77777777">
        <w:trPr>
          <w:jc w:val="center"/>
        </w:trPr>
        <w:tc>
          <w:tcPr>
            <w:tcW w:w="3173" w:type="dxa"/>
            <w:vAlign w:val="center"/>
          </w:tcPr>
          <w:p w14:paraId="224C1473" w14:textId="77777777" w:rsidR="009F14C8" w:rsidRDefault="00000000">
            <w:pPr>
              <w:spacing w:after="0"/>
            </w:pPr>
            <w:r>
              <w:rPr>
                <w:sz w:val="18"/>
              </w:rPr>
              <w:t>5 = Kesinlikle Katılıyorum</w:t>
            </w:r>
          </w:p>
        </w:tc>
        <w:tc>
          <w:tcPr>
            <w:tcW w:w="3173" w:type="dxa"/>
            <w:vAlign w:val="center"/>
          </w:tcPr>
          <w:p w14:paraId="5BB93CB1" w14:textId="77777777" w:rsidR="009F14C8" w:rsidRDefault="00000000">
            <w:pPr>
              <w:spacing w:after="0"/>
            </w:pPr>
            <w:r>
              <w:rPr>
                <w:sz w:val="18"/>
              </w:rPr>
              <w:t>12</w:t>
            </w:r>
          </w:p>
        </w:tc>
        <w:tc>
          <w:tcPr>
            <w:tcW w:w="3173" w:type="dxa"/>
            <w:vAlign w:val="center"/>
          </w:tcPr>
          <w:p w14:paraId="6C5A45FD" w14:textId="77777777" w:rsidR="009F14C8" w:rsidRDefault="00000000">
            <w:pPr>
              <w:spacing w:after="0"/>
            </w:pPr>
            <w:r>
              <w:rPr>
                <w:sz w:val="18"/>
              </w:rPr>
              <w:t>%27,9</w:t>
            </w:r>
          </w:p>
        </w:tc>
      </w:tr>
      <w:tr w:rsidR="009F14C8" w14:paraId="1ED5BD43" w14:textId="77777777">
        <w:trPr>
          <w:jc w:val="center"/>
        </w:trPr>
        <w:tc>
          <w:tcPr>
            <w:tcW w:w="3173" w:type="dxa"/>
            <w:vAlign w:val="center"/>
          </w:tcPr>
          <w:p w14:paraId="3AF87D7E" w14:textId="77777777" w:rsidR="009F14C8" w:rsidRDefault="00000000">
            <w:pPr>
              <w:spacing w:after="0"/>
            </w:pPr>
            <w:r>
              <w:rPr>
                <w:sz w:val="18"/>
              </w:rPr>
              <w:t>4 = Katılıyorum</w:t>
            </w:r>
          </w:p>
        </w:tc>
        <w:tc>
          <w:tcPr>
            <w:tcW w:w="3173" w:type="dxa"/>
            <w:vAlign w:val="center"/>
          </w:tcPr>
          <w:p w14:paraId="69F32E20" w14:textId="77777777" w:rsidR="009F14C8" w:rsidRDefault="00000000">
            <w:pPr>
              <w:spacing w:after="0"/>
            </w:pPr>
            <w:r>
              <w:rPr>
                <w:sz w:val="18"/>
              </w:rPr>
              <w:t>5</w:t>
            </w:r>
          </w:p>
        </w:tc>
        <w:tc>
          <w:tcPr>
            <w:tcW w:w="3173" w:type="dxa"/>
            <w:vAlign w:val="center"/>
          </w:tcPr>
          <w:p w14:paraId="313D7C49" w14:textId="77777777" w:rsidR="009F14C8" w:rsidRDefault="00000000">
            <w:pPr>
              <w:spacing w:after="0"/>
            </w:pPr>
            <w:r>
              <w:rPr>
                <w:sz w:val="18"/>
              </w:rPr>
              <w:t>%11,6</w:t>
            </w:r>
          </w:p>
        </w:tc>
      </w:tr>
      <w:tr w:rsidR="009F14C8" w14:paraId="432D7F32" w14:textId="77777777">
        <w:trPr>
          <w:jc w:val="center"/>
        </w:trPr>
        <w:tc>
          <w:tcPr>
            <w:tcW w:w="3173" w:type="dxa"/>
            <w:vAlign w:val="center"/>
          </w:tcPr>
          <w:p w14:paraId="08CA646C" w14:textId="77777777" w:rsidR="009F14C8" w:rsidRDefault="00000000">
            <w:pPr>
              <w:spacing w:after="0"/>
            </w:pPr>
            <w:r>
              <w:rPr>
                <w:sz w:val="18"/>
              </w:rPr>
              <w:t>3 = Kararsızım</w:t>
            </w:r>
          </w:p>
        </w:tc>
        <w:tc>
          <w:tcPr>
            <w:tcW w:w="3173" w:type="dxa"/>
            <w:vAlign w:val="center"/>
          </w:tcPr>
          <w:p w14:paraId="577B35BC" w14:textId="77777777" w:rsidR="009F14C8" w:rsidRDefault="00000000">
            <w:pPr>
              <w:spacing w:after="0"/>
            </w:pPr>
            <w:r>
              <w:rPr>
                <w:sz w:val="18"/>
              </w:rPr>
              <w:t>14</w:t>
            </w:r>
          </w:p>
        </w:tc>
        <w:tc>
          <w:tcPr>
            <w:tcW w:w="3173" w:type="dxa"/>
            <w:vAlign w:val="center"/>
          </w:tcPr>
          <w:p w14:paraId="2CC95779" w14:textId="77777777" w:rsidR="009F14C8" w:rsidRDefault="00000000">
            <w:pPr>
              <w:spacing w:after="0"/>
            </w:pPr>
            <w:r>
              <w:rPr>
                <w:sz w:val="18"/>
              </w:rPr>
              <w:t>%32,6</w:t>
            </w:r>
          </w:p>
        </w:tc>
      </w:tr>
      <w:tr w:rsidR="009F14C8" w14:paraId="07CF7E04" w14:textId="77777777">
        <w:trPr>
          <w:jc w:val="center"/>
        </w:trPr>
        <w:tc>
          <w:tcPr>
            <w:tcW w:w="3173" w:type="dxa"/>
            <w:vAlign w:val="center"/>
          </w:tcPr>
          <w:p w14:paraId="43756A85" w14:textId="77777777" w:rsidR="009F14C8" w:rsidRDefault="00000000">
            <w:pPr>
              <w:spacing w:after="0"/>
            </w:pPr>
            <w:r>
              <w:rPr>
                <w:sz w:val="18"/>
              </w:rPr>
              <w:t>2 = Katılmıyorum</w:t>
            </w:r>
          </w:p>
        </w:tc>
        <w:tc>
          <w:tcPr>
            <w:tcW w:w="3173" w:type="dxa"/>
            <w:vAlign w:val="center"/>
          </w:tcPr>
          <w:p w14:paraId="0A84437E" w14:textId="77777777" w:rsidR="009F14C8" w:rsidRDefault="00000000">
            <w:pPr>
              <w:spacing w:after="0"/>
            </w:pPr>
            <w:r>
              <w:rPr>
                <w:sz w:val="18"/>
              </w:rPr>
              <w:t>6</w:t>
            </w:r>
          </w:p>
        </w:tc>
        <w:tc>
          <w:tcPr>
            <w:tcW w:w="3173" w:type="dxa"/>
            <w:vAlign w:val="center"/>
          </w:tcPr>
          <w:p w14:paraId="0F1DDDB7" w14:textId="77777777" w:rsidR="009F14C8" w:rsidRDefault="00000000">
            <w:pPr>
              <w:spacing w:after="0"/>
            </w:pPr>
            <w:r>
              <w:rPr>
                <w:sz w:val="18"/>
              </w:rPr>
              <w:t>%14,0</w:t>
            </w:r>
          </w:p>
        </w:tc>
      </w:tr>
      <w:tr w:rsidR="009F14C8" w14:paraId="4B8FF868" w14:textId="77777777">
        <w:trPr>
          <w:jc w:val="center"/>
        </w:trPr>
        <w:tc>
          <w:tcPr>
            <w:tcW w:w="3173" w:type="dxa"/>
            <w:vAlign w:val="center"/>
          </w:tcPr>
          <w:p w14:paraId="3E220C56" w14:textId="77777777" w:rsidR="009F14C8" w:rsidRDefault="00000000">
            <w:pPr>
              <w:spacing w:after="0"/>
            </w:pPr>
            <w:r>
              <w:rPr>
                <w:sz w:val="18"/>
              </w:rPr>
              <w:t>1 = Kesinlikle Katılmıyorum</w:t>
            </w:r>
          </w:p>
        </w:tc>
        <w:tc>
          <w:tcPr>
            <w:tcW w:w="3173" w:type="dxa"/>
            <w:vAlign w:val="center"/>
          </w:tcPr>
          <w:p w14:paraId="3B401184" w14:textId="77777777" w:rsidR="009F14C8" w:rsidRDefault="00000000">
            <w:pPr>
              <w:spacing w:after="0"/>
            </w:pPr>
            <w:r>
              <w:rPr>
                <w:sz w:val="18"/>
              </w:rPr>
              <w:t>6</w:t>
            </w:r>
          </w:p>
        </w:tc>
        <w:tc>
          <w:tcPr>
            <w:tcW w:w="3173" w:type="dxa"/>
            <w:vAlign w:val="center"/>
          </w:tcPr>
          <w:p w14:paraId="23ECB95D" w14:textId="77777777" w:rsidR="009F14C8" w:rsidRDefault="00000000">
            <w:pPr>
              <w:spacing w:after="0"/>
            </w:pPr>
            <w:r>
              <w:rPr>
                <w:sz w:val="18"/>
              </w:rPr>
              <w:t>%14,0</w:t>
            </w:r>
          </w:p>
        </w:tc>
      </w:tr>
      <w:tr w:rsidR="009F14C8" w14:paraId="3E357B70" w14:textId="77777777">
        <w:trPr>
          <w:jc w:val="center"/>
        </w:trPr>
        <w:tc>
          <w:tcPr>
            <w:tcW w:w="3173" w:type="dxa"/>
            <w:vAlign w:val="center"/>
          </w:tcPr>
          <w:p w14:paraId="6D397C87" w14:textId="77777777" w:rsidR="009F14C8" w:rsidRDefault="00000000">
            <w:pPr>
              <w:spacing w:after="0"/>
            </w:pPr>
            <w:r>
              <w:rPr>
                <w:sz w:val="18"/>
              </w:rPr>
              <w:t>Ortalama</w:t>
            </w:r>
          </w:p>
        </w:tc>
        <w:tc>
          <w:tcPr>
            <w:tcW w:w="3173" w:type="dxa"/>
            <w:vAlign w:val="center"/>
          </w:tcPr>
          <w:p w14:paraId="516B4393" w14:textId="77777777" w:rsidR="009F14C8" w:rsidRDefault="009F14C8">
            <w:pPr>
              <w:spacing w:after="0"/>
            </w:pPr>
          </w:p>
        </w:tc>
        <w:tc>
          <w:tcPr>
            <w:tcW w:w="3173" w:type="dxa"/>
            <w:vAlign w:val="center"/>
          </w:tcPr>
          <w:p w14:paraId="1B0C340C" w14:textId="77777777" w:rsidR="009F14C8" w:rsidRDefault="00000000">
            <w:pPr>
              <w:spacing w:after="0"/>
            </w:pPr>
            <w:r>
              <w:rPr>
                <w:sz w:val="18"/>
              </w:rPr>
              <w:t>3,26 / 5,00</w:t>
            </w:r>
          </w:p>
        </w:tc>
      </w:tr>
    </w:tbl>
    <w:p w14:paraId="24CD51AE" w14:textId="77777777" w:rsidR="009F14C8" w:rsidRDefault="00000000">
      <w:r>
        <w:rPr>
          <w:noProof/>
        </w:rPr>
        <w:drawing>
          <wp:inline distT="0" distB="0" distL="0" distR="0" wp14:anchorId="3C490F65" wp14:editId="59E0706E">
            <wp:extent cx="4343400" cy="2453523"/>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42.png"/>
                    <pic:cNvPicPr/>
                  </pic:nvPicPr>
                  <pic:blipFill>
                    <a:blip r:embed="rId52"/>
                    <a:stretch>
                      <a:fillRect/>
                    </a:stretch>
                  </pic:blipFill>
                  <pic:spPr>
                    <a:xfrm>
                      <a:off x="0" y="0"/>
                      <a:ext cx="4343400" cy="2453523"/>
                    </a:xfrm>
                    <a:prstGeom prst="rect">
                      <a:avLst/>
                    </a:prstGeom>
                  </pic:spPr>
                </pic:pic>
              </a:graphicData>
            </a:graphic>
          </wp:inline>
        </w:drawing>
      </w:r>
    </w:p>
    <w:p w14:paraId="73C33974" w14:textId="77777777" w:rsidR="009F14C8" w:rsidRDefault="00000000">
      <w:pPr>
        <w:pStyle w:val="Balk3"/>
      </w:pPr>
      <w:bookmarkStart w:id="52" w:name="_Toc232111755"/>
      <w:r>
        <w:t>5.43. Madde 43’e İlişkin Bulgular</w:t>
      </w:r>
      <w:bookmarkEnd w:id="52"/>
    </w:p>
    <w:p w14:paraId="23800EA7" w14:textId="77777777" w:rsidR="009F14C8" w:rsidRDefault="00000000">
      <w:r>
        <w:rPr>
          <w:b/>
          <w:i/>
        </w:rPr>
        <w:t>(Eğitim kalitesini artırmaya yönelik çalışmalarımın, eğitim-öğretim ve klinik faaliyetlerde gösterdiğim performansın kurum tarafından takdir edilip ödüllendirildiğini; akademik teşvik ve ödüllendirme süreçlerinin motivasyonumu olumlu yönde etkilediğini düşünüyorum.)</w:t>
      </w:r>
    </w:p>
    <w:p w14:paraId="02BEEBB9" w14:textId="77777777" w:rsidR="009F14C8" w:rsidRDefault="00000000">
      <w:r>
        <w:t>Katılımcıların; 13'i (%30,2) Kesinlikle Katılıyorum, 7'i (%16,3) Katılıyorum, 14'i (%32,6) Kararsızım, 5'i (%11,6) Katılmıyorum, 4'i (%9,3) Kesinlikle Katılmıyorum şeklinde görüş bildirmiştir. Bu maddeye geçerli yanıt veren katılımcı sayısı 43'dir.</w:t>
      </w:r>
    </w:p>
    <w:p w14:paraId="7165BD85" w14:textId="77777777" w:rsidR="009F14C8" w:rsidRDefault="00000000">
      <w:r>
        <w:t>Ortalama puanın 3,47/5,00 olması, olumlu görüş oranının %46,5, kararsız görüş oranının %32,6 ve olumsuz görüş oranının %20,9 düzeyinde gerçekleşmesi bu sonuçlar, ilgili alanda memnuniyetin orta düzeyde seyrettiğini ve mevcut uygulamaların güçlendirilmesine ihtiyaç bulunduğunu göstermektedir.</w:t>
      </w:r>
    </w:p>
    <w:tbl>
      <w:tblPr>
        <w:tblStyle w:val="TabloKlavuzu"/>
        <w:tblW w:w="0" w:type="auto"/>
        <w:jc w:val="center"/>
        <w:tblLook w:val="04A0" w:firstRow="1" w:lastRow="0" w:firstColumn="1" w:lastColumn="0" w:noHBand="0" w:noVBand="1"/>
      </w:tblPr>
      <w:tblGrid>
        <w:gridCol w:w="3173"/>
        <w:gridCol w:w="3173"/>
        <w:gridCol w:w="3173"/>
      </w:tblGrid>
      <w:tr w:rsidR="009F14C8" w14:paraId="3874FD6A" w14:textId="77777777">
        <w:trPr>
          <w:jc w:val="center"/>
        </w:trPr>
        <w:tc>
          <w:tcPr>
            <w:tcW w:w="3173" w:type="dxa"/>
            <w:vAlign w:val="center"/>
          </w:tcPr>
          <w:p w14:paraId="672482B0" w14:textId="77777777" w:rsidR="009F14C8" w:rsidRDefault="00000000">
            <w:pPr>
              <w:spacing w:after="0"/>
            </w:pPr>
            <w:r>
              <w:rPr>
                <w:sz w:val="18"/>
              </w:rPr>
              <w:t>Seçenek</w:t>
            </w:r>
          </w:p>
        </w:tc>
        <w:tc>
          <w:tcPr>
            <w:tcW w:w="3173" w:type="dxa"/>
            <w:vAlign w:val="center"/>
          </w:tcPr>
          <w:p w14:paraId="7EB695F1" w14:textId="77777777" w:rsidR="009F14C8" w:rsidRDefault="00000000">
            <w:pPr>
              <w:spacing w:after="0"/>
            </w:pPr>
            <w:r>
              <w:rPr>
                <w:sz w:val="18"/>
              </w:rPr>
              <w:t>Frekans</w:t>
            </w:r>
          </w:p>
        </w:tc>
        <w:tc>
          <w:tcPr>
            <w:tcW w:w="3173" w:type="dxa"/>
            <w:vAlign w:val="center"/>
          </w:tcPr>
          <w:p w14:paraId="3DA32FFE" w14:textId="77777777" w:rsidR="009F14C8" w:rsidRDefault="00000000">
            <w:pPr>
              <w:spacing w:after="0"/>
            </w:pPr>
            <w:r>
              <w:rPr>
                <w:sz w:val="18"/>
              </w:rPr>
              <w:t>Oran</w:t>
            </w:r>
          </w:p>
        </w:tc>
      </w:tr>
      <w:tr w:rsidR="009F14C8" w14:paraId="4E53DBB8" w14:textId="77777777">
        <w:trPr>
          <w:jc w:val="center"/>
        </w:trPr>
        <w:tc>
          <w:tcPr>
            <w:tcW w:w="3173" w:type="dxa"/>
            <w:vAlign w:val="center"/>
          </w:tcPr>
          <w:p w14:paraId="7B2A92B0" w14:textId="77777777" w:rsidR="009F14C8" w:rsidRDefault="00000000">
            <w:pPr>
              <w:spacing w:after="0"/>
            </w:pPr>
            <w:r>
              <w:rPr>
                <w:sz w:val="18"/>
              </w:rPr>
              <w:t>5 = Kesinlikle Katılıyorum</w:t>
            </w:r>
          </w:p>
        </w:tc>
        <w:tc>
          <w:tcPr>
            <w:tcW w:w="3173" w:type="dxa"/>
            <w:vAlign w:val="center"/>
          </w:tcPr>
          <w:p w14:paraId="2B4A5935" w14:textId="77777777" w:rsidR="009F14C8" w:rsidRDefault="00000000">
            <w:pPr>
              <w:spacing w:after="0"/>
            </w:pPr>
            <w:r>
              <w:rPr>
                <w:sz w:val="18"/>
              </w:rPr>
              <w:t>13</w:t>
            </w:r>
          </w:p>
        </w:tc>
        <w:tc>
          <w:tcPr>
            <w:tcW w:w="3173" w:type="dxa"/>
            <w:vAlign w:val="center"/>
          </w:tcPr>
          <w:p w14:paraId="5E4D160D" w14:textId="77777777" w:rsidR="009F14C8" w:rsidRDefault="00000000">
            <w:pPr>
              <w:spacing w:after="0"/>
            </w:pPr>
            <w:r>
              <w:rPr>
                <w:sz w:val="18"/>
              </w:rPr>
              <w:t>%30,2</w:t>
            </w:r>
          </w:p>
        </w:tc>
      </w:tr>
      <w:tr w:rsidR="009F14C8" w14:paraId="511D5CC3" w14:textId="77777777">
        <w:trPr>
          <w:jc w:val="center"/>
        </w:trPr>
        <w:tc>
          <w:tcPr>
            <w:tcW w:w="3173" w:type="dxa"/>
            <w:vAlign w:val="center"/>
          </w:tcPr>
          <w:p w14:paraId="02210A5F" w14:textId="77777777" w:rsidR="009F14C8" w:rsidRDefault="00000000">
            <w:pPr>
              <w:spacing w:after="0"/>
            </w:pPr>
            <w:r>
              <w:rPr>
                <w:sz w:val="18"/>
              </w:rPr>
              <w:t>4 = Katılıyorum</w:t>
            </w:r>
          </w:p>
        </w:tc>
        <w:tc>
          <w:tcPr>
            <w:tcW w:w="3173" w:type="dxa"/>
            <w:vAlign w:val="center"/>
          </w:tcPr>
          <w:p w14:paraId="4897A0E6" w14:textId="77777777" w:rsidR="009F14C8" w:rsidRDefault="00000000">
            <w:pPr>
              <w:spacing w:after="0"/>
            </w:pPr>
            <w:r>
              <w:rPr>
                <w:sz w:val="18"/>
              </w:rPr>
              <w:t>7</w:t>
            </w:r>
          </w:p>
        </w:tc>
        <w:tc>
          <w:tcPr>
            <w:tcW w:w="3173" w:type="dxa"/>
            <w:vAlign w:val="center"/>
          </w:tcPr>
          <w:p w14:paraId="7C046ED8" w14:textId="77777777" w:rsidR="009F14C8" w:rsidRDefault="00000000">
            <w:pPr>
              <w:spacing w:after="0"/>
            </w:pPr>
            <w:r>
              <w:rPr>
                <w:sz w:val="18"/>
              </w:rPr>
              <w:t>%16,3</w:t>
            </w:r>
          </w:p>
        </w:tc>
      </w:tr>
      <w:tr w:rsidR="009F14C8" w14:paraId="01048EEB" w14:textId="77777777">
        <w:trPr>
          <w:jc w:val="center"/>
        </w:trPr>
        <w:tc>
          <w:tcPr>
            <w:tcW w:w="3173" w:type="dxa"/>
            <w:vAlign w:val="center"/>
          </w:tcPr>
          <w:p w14:paraId="6E7C8E43" w14:textId="77777777" w:rsidR="009F14C8" w:rsidRDefault="00000000">
            <w:pPr>
              <w:spacing w:after="0"/>
            </w:pPr>
            <w:r>
              <w:rPr>
                <w:sz w:val="18"/>
              </w:rPr>
              <w:t>3 = Kararsızım</w:t>
            </w:r>
          </w:p>
        </w:tc>
        <w:tc>
          <w:tcPr>
            <w:tcW w:w="3173" w:type="dxa"/>
            <w:vAlign w:val="center"/>
          </w:tcPr>
          <w:p w14:paraId="3B6A8FFC" w14:textId="77777777" w:rsidR="009F14C8" w:rsidRDefault="00000000">
            <w:pPr>
              <w:spacing w:after="0"/>
            </w:pPr>
            <w:r>
              <w:rPr>
                <w:sz w:val="18"/>
              </w:rPr>
              <w:t>14</w:t>
            </w:r>
          </w:p>
        </w:tc>
        <w:tc>
          <w:tcPr>
            <w:tcW w:w="3173" w:type="dxa"/>
            <w:vAlign w:val="center"/>
          </w:tcPr>
          <w:p w14:paraId="022282E7" w14:textId="77777777" w:rsidR="009F14C8" w:rsidRDefault="00000000">
            <w:pPr>
              <w:spacing w:after="0"/>
            </w:pPr>
            <w:r>
              <w:rPr>
                <w:sz w:val="18"/>
              </w:rPr>
              <w:t>%32,6</w:t>
            </w:r>
          </w:p>
        </w:tc>
      </w:tr>
      <w:tr w:rsidR="009F14C8" w14:paraId="4D9A193A" w14:textId="77777777">
        <w:trPr>
          <w:jc w:val="center"/>
        </w:trPr>
        <w:tc>
          <w:tcPr>
            <w:tcW w:w="3173" w:type="dxa"/>
            <w:vAlign w:val="center"/>
          </w:tcPr>
          <w:p w14:paraId="26EB8D4A" w14:textId="77777777" w:rsidR="009F14C8" w:rsidRDefault="00000000">
            <w:pPr>
              <w:spacing w:after="0"/>
            </w:pPr>
            <w:r>
              <w:rPr>
                <w:sz w:val="18"/>
              </w:rPr>
              <w:t>2 = Katılmıyorum</w:t>
            </w:r>
          </w:p>
        </w:tc>
        <w:tc>
          <w:tcPr>
            <w:tcW w:w="3173" w:type="dxa"/>
            <w:vAlign w:val="center"/>
          </w:tcPr>
          <w:p w14:paraId="35981809" w14:textId="77777777" w:rsidR="009F14C8" w:rsidRDefault="00000000">
            <w:pPr>
              <w:spacing w:after="0"/>
            </w:pPr>
            <w:r>
              <w:rPr>
                <w:sz w:val="18"/>
              </w:rPr>
              <w:t>5</w:t>
            </w:r>
          </w:p>
        </w:tc>
        <w:tc>
          <w:tcPr>
            <w:tcW w:w="3173" w:type="dxa"/>
            <w:vAlign w:val="center"/>
          </w:tcPr>
          <w:p w14:paraId="26DED4E5" w14:textId="77777777" w:rsidR="009F14C8" w:rsidRDefault="00000000">
            <w:pPr>
              <w:spacing w:after="0"/>
            </w:pPr>
            <w:r>
              <w:rPr>
                <w:sz w:val="18"/>
              </w:rPr>
              <w:t>%11,6</w:t>
            </w:r>
          </w:p>
        </w:tc>
      </w:tr>
      <w:tr w:rsidR="009F14C8" w14:paraId="204C1BEE" w14:textId="77777777">
        <w:trPr>
          <w:jc w:val="center"/>
        </w:trPr>
        <w:tc>
          <w:tcPr>
            <w:tcW w:w="3173" w:type="dxa"/>
            <w:vAlign w:val="center"/>
          </w:tcPr>
          <w:p w14:paraId="2BC69D37" w14:textId="77777777" w:rsidR="009F14C8" w:rsidRDefault="00000000">
            <w:pPr>
              <w:spacing w:after="0"/>
            </w:pPr>
            <w:r>
              <w:rPr>
                <w:sz w:val="18"/>
              </w:rPr>
              <w:lastRenderedPageBreak/>
              <w:t>1 = Kesinlikle Katılmıyorum</w:t>
            </w:r>
          </w:p>
        </w:tc>
        <w:tc>
          <w:tcPr>
            <w:tcW w:w="3173" w:type="dxa"/>
            <w:vAlign w:val="center"/>
          </w:tcPr>
          <w:p w14:paraId="7D8A03F8" w14:textId="77777777" w:rsidR="009F14C8" w:rsidRDefault="00000000">
            <w:pPr>
              <w:spacing w:after="0"/>
            </w:pPr>
            <w:r>
              <w:rPr>
                <w:sz w:val="18"/>
              </w:rPr>
              <w:t>4</w:t>
            </w:r>
          </w:p>
        </w:tc>
        <w:tc>
          <w:tcPr>
            <w:tcW w:w="3173" w:type="dxa"/>
            <w:vAlign w:val="center"/>
          </w:tcPr>
          <w:p w14:paraId="32C73BC1" w14:textId="77777777" w:rsidR="009F14C8" w:rsidRDefault="00000000">
            <w:pPr>
              <w:spacing w:after="0"/>
            </w:pPr>
            <w:r>
              <w:rPr>
                <w:sz w:val="18"/>
              </w:rPr>
              <w:t>%9,3</w:t>
            </w:r>
          </w:p>
        </w:tc>
      </w:tr>
      <w:tr w:rsidR="009F14C8" w14:paraId="7A80B8A7" w14:textId="77777777">
        <w:trPr>
          <w:jc w:val="center"/>
        </w:trPr>
        <w:tc>
          <w:tcPr>
            <w:tcW w:w="3173" w:type="dxa"/>
            <w:vAlign w:val="center"/>
          </w:tcPr>
          <w:p w14:paraId="22D83182" w14:textId="77777777" w:rsidR="009F14C8" w:rsidRDefault="00000000">
            <w:pPr>
              <w:spacing w:after="0"/>
            </w:pPr>
            <w:r>
              <w:rPr>
                <w:sz w:val="18"/>
              </w:rPr>
              <w:t>Ortalama</w:t>
            </w:r>
          </w:p>
        </w:tc>
        <w:tc>
          <w:tcPr>
            <w:tcW w:w="3173" w:type="dxa"/>
            <w:vAlign w:val="center"/>
          </w:tcPr>
          <w:p w14:paraId="5AF01CF8" w14:textId="77777777" w:rsidR="009F14C8" w:rsidRDefault="009F14C8">
            <w:pPr>
              <w:spacing w:after="0"/>
            </w:pPr>
          </w:p>
        </w:tc>
        <w:tc>
          <w:tcPr>
            <w:tcW w:w="3173" w:type="dxa"/>
            <w:vAlign w:val="center"/>
          </w:tcPr>
          <w:p w14:paraId="489440A4" w14:textId="77777777" w:rsidR="009F14C8" w:rsidRDefault="00000000">
            <w:pPr>
              <w:spacing w:after="0"/>
            </w:pPr>
            <w:r>
              <w:rPr>
                <w:sz w:val="18"/>
              </w:rPr>
              <w:t>3,47 / 5,00</w:t>
            </w:r>
          </w:p>
        </w:tc>
      </w:tr>
    </w:tbl>
    <w:p w14:paraId="3738E025" w14:textId="77777777" w:rsidR="009F14C8" w:rsidRDefault="00000000">
      <w:r>
        <w:rPr>
          <w:noProof/>
        </w:rPr>
        <w:drawing>
          <wp:inline distT="0" distB="0" distL="0" distR="0" wp14:anchorId="12460487" wp14:editId="23287D58">
            <wp:extent cx="4343400" cy="2453523"/>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43.png"/>
                    <pic:cNvPicPr/>
                  </pic:nvPicPr>
                  <pic:blipFill>
                    <a:blip r:embed="rId53"/>
                    <a:stretch>
                      <a:fillRect/>
                    </a:stretch>
                  </pic:blipFill>
                  <pic:spPr>
                    <a:xfrm>
                      <a:off x="0" y="0"/>
                      <a:ext cx="4343400" cy="2453523"/>
                    </a:xfrm>
                    <a:prstGeom prst="rect">
                      <a:avLst/>
                    </a:prstGeom>
                  </pic:spPr>
                </pic:pic>
              </a:graphicData>
            </a:graphic>
          </wp:inline>
        </w:drawing>
      </w:r>
    </w:p>
    <w:p w14:paraId="1BFBC07D" w14:textId="77777777" w:rsidR="009F14C8" w:rsidRDefault="00000000">
      <w:pPr>
        <w:pStyle w:val="Balk2"/>
      </w:pPr>
      <w:bookmarkStart w:id="53" w:name="_Toc232111756"/>
      <w:r>
        <w:t>5.6. Araştırma, Proje, Ar-Ge ve Akademik Teşvik Süreçlerine İlişkin Bulgular</w:t>
      </w:r>
      <w:bookmarkEnd w:id="53"/>
    </w:p>
    <w:p w14:paraId="2414351B" w14:textId="77777777" w:rsidR="009F14C8" w:rsidRDefault="00000000">
      <w:pPr>
        <w:pStyle w:val="Balk3"/>
      </w:pPr>
      <w:bookmarkStart w:id="54" w:name="_Toc232111757"/>
      <w:r>
        <w:t>5.44. Madde 44’e İlişkin Bulgular</w:t>
      </w:r>
      <w:bookmarkEnd w:id="54"/>
    </w:p>
    <w:p w14:paraId="36462167" w14:textId="77777777" w:rsidR="009F14C8" w:rsidRDefault="00000000">
      <w:r>
        <w:rPr>
          <w:b/>
          <w:i/>
        </w:rPr>
        <w:t>(Fakültenin araştırma stratejilerinin ve öncelikli alanlarının belirlenmesi süreçlerine dahil edildiğimi veya görüşlerimin alındığını düşünüyorum.)</w:t>
      </w:r>
    </w:p>
    <w:p w14:paraId="3B7C4908" w14:textId="77777777" w:rsidR="009F14C8" w:rsidRDefault="00000000">
      <w:r>
        <w:t>Katılımcıların; 15'i (%34,9) Kesinlikle Katılıyorum, 1'i (%2,3) Katılıyorum, 15'i (%34,9) Kararsızım, 9'i (%20,9) Katılmıyorum, 3'i (%7,0) Kesinlikle Katılmıyorum şeklinde görüş bildirmiştir. Bu maddeye geçerli yanıt veren katılımcı sayısı 43'dir.</w:t>
      </w:r>
    </w:p>
    <w:p w14:paraId="2A0A7EDD" w14:textId="77777777" w:rsidR="009F14C8" w:rsidRDefault="00000000">
      <w:r>
        <w:t>Ortalama puanın 3,37/5,00 olması, olumlu görüş oranının %37,2, kararsız görüş oranının %34,9 ve olumsuz görüş oranının %27,9 düzeyinde gerçekleşmesi bu sonuçlar, ilgili alanda memnuniyetin orta düzeyde seyrettiğini ve mevcut uygulamaların güçlendirilmesine ihtiyaç bulunduğunu göstermektedir.</w:t>
      </w:r>
    </w:p>
    <w:tbl>
      <w:tblPr>
        <w:tblStyle w:val="TabloKlavuzu"/>
        <w:tblW w:w="0" w:type="auto"/>
        <w:jc w:val="center"/>
        <w:tblLook w:val="04A0" w:firstRow="1" w:lastRow="0" w:firstColumn="1" w:lastColumn="0" w:noHBand="0" w:noVBand="1"/>
      </w:tblPr>
      <w:tblGrid>
        <w:gridCol w:w="3173"/>
        <w:gridCol w:w="3173"/>
        <w:gridCol w:w="3173"/>
      </w:tblGrid>
      <w:tr w:rsidR="009F14C8" w14:paraId="2CA80384" w14:textId="77777777">
        <w:trPr>
          <w:jc w:val="center"/>
        </w:trPr>
        <w:tc>
          <w:tcPr>
            <w:tcW w:w="3173" w:type="dxa"/>
            <w:vAlign w:val="center"/>
          </w:tcPr>
          <w:p w14:paraId="6FB1BEA5" w14:textId="77777777" w:rsidR="009F14C8" w:rsidRDefault="00000000">
            <w:pPr>
              <w:spacing w:after="0"/>
            </w:pPr>
            <w:r>
              <w:rPr>
                <w:sz w:val="18"/>
              </w:rPr>
              <w:t>Seçenek</w:t>
            </w:r>
          </w:p>
        </w:tc>
        <w:tc>
          <w:tcPr>
            <w:tcW w:w="3173" w:type="dxa"/>
            <w:vAlign w:val="center"/>
          </w:tcPr>
          <w:p w14:paraId="10EBC265" w14:textId="77777777" w:rsidR="009F14C8" w:rsidRDefault="00000000">
            <w:pPr>
              <w:spacing w:after="0"/>
            </w:pPr>
            <w:r>
              <w:rPr>
                <w:sz w:val="18"/>
              </w:rPr>
              <w:t>Frekans</w:t>
            </w:r>
          </w:p>
        </w:tc>
        <w:tc>
          <w:tcPr>
            <w:tcW w:w="3173" w:type="dxa"/>
            <w:vAlign w:val="center"/>
          </w:tcPr>
          <w:p w14:paraId="3F8D594F" w14:textId="77777777" w:rsidR="009F14C8" w:rsidRDefault="00000000">
            <w:pPr>
              <w:spacing w:after="0"/>
            </w:pPr>
            <w:r>
              <w:rPr>
                <w:sz w:val="18"/>
              </w:rPr>
              <w:t>Oran</w:t>
            </w:r>
          </w:p>
        </w:tc>
      </w:tr>
      <w:tr w:rsidR="009F14C8" w14:paraId="6304A366" w14:textId="77777777">
        <w:trPr>
          <w:jc w:val="center"/>
        </w:trPr>
        <w:tc>
          <w:tcPr>
            <w:tcW w:w="3173" w:type="dxa"/>
            <w:vAlign w:val="center"/>
          </w:tcPr>
          <w:p w14:paraId="449BB44C" w14:textId="77777777" w:rsidR="009F14C8" w:rsidRDefault="00000000">
            <w:pPr>
              <w:spacing w:after="0"/>
            </w:pPr>
            <w:r>
              <w:rPr>
                <w:sz w:val="18"/>
              </w:rPr>
              <w:t>5 = Kesinlikle Katılıyorum</w:t>
            </w:r>
          </w:p>
        </w:tc>
        <w:tc>
          <w:tcPr>
            <w:tcW w:w="3173" w:type="dxa"/>
            <w:vAlign w:val="center"/>
          </w:tcPr>
          <w:p w14:paraId="24609D2E" w14:textId="77777777" w:rsidR="009F14C8" w:rsidRDefault="00000000">
            <w:pPr>
              <w:spacing w:after="0"/>
            </w:pPr>
            <w:r>
              <w:rPr>
                <w:sz w:val="18"/>
              </w:rPr>
              <w:t>15</w:t>
            </w:r>
          </w:p>
        </w:tc>
        <w:tc>
          <w:tcPr>
            <w:tcW w:w="3173" w:type="dxa"/>
            <w:vAlign w:val="center"/>
          </w:tcPr>
          <w:p w14:paraId="297AB1D3" w14:textId="77777777" w:rsidR="009F14C8" w:rsidRDefault="00000000">
            <w:pPr>
              <w:spacing w:after="0"/>
            </w:pPr>
            <w:r>
              <w:rPr>
                <w:sz w:val="18"/>
              </w:rPr>
              <w:t>%34,9</w:t>
            </w:r>
          </w:p>
        </w:tc>
      </w:tr>
      <w:tr w:rsidR="009F14C8" w14:paraId="599073AC" w14:textId="77777777">
        <w:trPr>
          <w:jc w:val="center"/>
        </w:trPr>
        <w:tc>
          <w:tcPr>
            <w:tcW w:w="3173" w:type="dxa"/>
            <w:vAlign w:val="center"/>
          </w:tcPr>
          <w:p w14:paraId="43FD5F4A" w14:textId="77777777" w:rsidR="009F14C8" w:rsidRDefault="00000000">
            <w:pPr>
              <w:spacing w:after="0"/>
            </w:pPr>
            <w:r>
              <w:rPr>
                <w:sz w:val="18"/>
              </w:rPr>
              <w:t>4 = Katılıyorum</w:t>
            </w:r>
          </w:p>
        </w:tc>
        <w:tc>
          <w:tcPr>
            <w:tcW w:w="3173" w:type="dxa"/>
            <w:vAlign w:val="center"/>
          </w:tcPr>
          <w:p w14:paraId="6A3D6E8D" w14:textId="77777777" w:rsidR="009F14C8" w:rsidRDefault="00000000">
            <w:pPr>
              <w:spacing w:after="0"/>
            </w:pPr>
            <w:r>
              <w:rPr>
                <w:sz w:val="18"/>
              </w:rPr>
              <w:t>1</w:t>
            </w:r>
          </w:p>
        </w:tc>
        <w:tc>
          <w:tcPr>
            <w:tcW w:w="3173" w:type="dxa"/>
            <w:vAlign w:val="center"/>
          </w:tcPr>
          <w:p w14:paraId="51C6FACD" w14:textId="77777777" w:rsidR="009F14C8" w:rsidRDefault="00000000">
            <w:pPr>
              <w:spacing w:after="0"/>
            </w:pPr>
            <w:r>
              <w:rPr>
                <w:sz w:val="18"/>
              </w:rPr>
              <w:t>%2,3</w:t>
            </w:r>
          </w:p>
        </w:tc>
      </w:tr>
      <w:tr w:rsidR="009F14C8" w14:paraId="585EDABA" w14:textId="77777777">
        <w:trPr>
          <w:jc w:val="center"/>
        </w:trPr>
        <w:tc>
          <w:tcPr>
            <w:tcW w:w="3173" w:type="dxa"/>
            <w:vAlign w:val="center"/>
          </w:tcPr>
          <w:p w14:paraId="15B2683A" w14:textId="77777777" w:rsidR="009F14C8" w:rsidRDefault="00000000">
            <w:pPr>
              <w:spacing w:after="0"/>
            </w:pPr>
            <w:r>
              <w:rPr>
                <w:sz w:val="18"/>
              </w:rPr>
              <w:t>3 = Kararsızım</w:t>
            </w:r>
          </w:p>
        </w:tc>
        <w:tc>
          <w:tcPr>
            <w:tcW w:w="3173" w:type="dxa"/>
            <w:vAlign w:val="center"/>
          </w:tcPr>
          <w:p w14:paraId="78552B45" w14:textId="77777777" w:rsidR="009F14C8" w:rsidRDefault="00000000">
            <w:pPr>
              <w:spacing w:after="0"/>
            </w:pPr>
            <w:r>
              <w:rPr>
                <w:sz w:val="18"/>
              </w:rPr>
              <w:t>15</w:t>
            </w:r>
          </w:p>
        </w:tc>
        <w:tc>
          <w:tcPr>
            <w:tcW w:w="3173" w:type="dxa"/>
            <w:vAlign w:val="center"/>
          </w:tcPr>
          <w:p w14:paraId="7669EABA" w14:textId="77777777" w:rsidR="009F14C8" w:rsidRDefault="00000000">
            <w:pPr>
              <w:spacing w:after="0"/>
            </w:pPr>
            <w:r>
              <w:rPr>
                <w:sz w:val="18"/>
              </w:rPr>
              <w:t>%34,9</w:t>
            </w:r>
          </w:p>
        </w:tc>
      </w:tr>
      <w:tr w:rsidR="009F14C8" w14:paraId="329E86DD" w14:textId="77777777">
        <w:trPr>
          <w:jc w:val="center"/>
        </w:trPr>
        <w:tc>
          <w:tcPr>
            <w:tcW w:w="3173" w:type="dxa"/>
            <w:vAlign w:val="center"/>
          </w:tcPr>
          <w:p w14:paraId="49FA06D5" w14:textId="77777777" w:rsidR="009F14C8" w:rsidRDefault="00000000">
            <w:pPr>
              <w:spacing w:after="0"/>
            </w:pPr>
            <w:r>
              <w:rPr>
                <w:sz w:val="18"/>
              </w:rPr>
              <w:t>2 = Katılmıyorum</w:t>
            </w:r>
          </w:p>
        </w:tc>
        <w:tc>
          <w:tcPr>
            <w:tcW w:w="3173" w:type="dxa"/>
            <w:vAlign w:val="center"/>
          </w:tcPr>
          <w:p w14:paraId="17E4FD7C" w14:textId="77777777" w:rsidR="009F14C8" w:rsidRDefault="00000000">
            <w:pPr>
              <w:spacing w:after="0"/>
            </w:pPr>
            <w:r>
              <w:rPr>
                <w:sz w:val="18"/>
              </w:rPr>
              <w:t>9</w:t>
            </w:r>
          </w:p>
        </w:tc>
        <w:tc>
          <w:tcPr>
            <w:tcW w:w="3173" w:type="dxa"/>
            <w:vAlign w:val="center"/>
          </w:tcPr>
          <w:p w14:paraId="46DD4B4C" w14:textId="77777777" w:rsidR="009F14C8" w:rsidRDefault="00000000">
            <w:pPr>
              <w:spacing w:after="0"/>
            </w:pPr>
            <w:r>
              <w:rPr>
                <w:sz w:val="18"/>
              </w:rPr>
              <w:t>%20,9</w:t>
            </w:r>
          </w:p>
        </w:tc>
      </w:tr>
      <w:tr w:rsidR="009F14C8" w14:paraId="60FF1DE0" w14:textId="77777777">
        <w:trPr>
          <w:jc w:val="center"/>
        </w:trPr>
        <w:tc>
          <w:tcPr>
            <w:tcW w:w="3173" w:type="dxa"/>
            <w:vAlign w:val="center"/>
          </w:tcPr>
          <w:p w14:paraId="06A8A77A" w14:textId="77777777" w:rsidR="009F14C8" w:rsidRDefault="00000000">
            <w:pPr>
              <w:spacing w:after="0"/>
            </w:pPr>
            <w:r>
              <w:rPr>
                <w:sz w:val="18"/>
              </w:rPr>
              <w:t>1 = Kesinlikle Katılmıyorum</w:t>
            </w:r>
          </w:p>
        </w:tc>
        <w:tc>
          <w:tcPr>
            <w:tcW w:w="3173" w:type="dxa"/>
            <w:vAlign w:val="center"/>
          </w:tcPr>
          <w:p w14:paraId="0F2DA8F9" w14:textId="77777777" w:rsidR="009F14C8" w:rsidRDefault="00000000">
            <w:pPr>
              <w:spacing w:after="0"/>
            </w:pPr>
            <w:r>
              <w:rPr>
                <w:sz w:val="18"/>
              </w:rPr>
              <w:t>3</w:t>
            </w:r>
          </w:p>
        </w:tc>
        <w:tc>
          <w:tcPr>
            <w:tcW w:w="3173" w:type="dxa"/>
            <w:vAlign w:val="center"/>
          </w:tcPr>
          <w:p w14:paraId="65B80E07" w14:textId="77777777" w:rsidR="009F14C8" w:rsidRDefault="00000000">
            <w:pPr>
              <w:spacing w:after="0"/>
            </w:pPr>
            <w:r>
              <w:rPr>
                <w:sz w:val="18"/>
              </w:rPr>
              <w:t>%7,0</w:t>
            </w:r>
          </w:p>
        </w:tc>
      </w:tr>
      <w:tr w:rsidR="009F14C8" w14:paraId="6823D6A6" w14:textId="77777777">
        <w:trPr>
          <w:jc w:val="center"/>
        </w:trPr>
        <w:tc>
          <w:tcPr>
            <w:tcW w:w="3173" w:type="dxa"/>
            <w:vAlign w:val="center"/>
          </w:tcPr>
          <w:p w14:paraId="3629F377" w14:textId="77777777" w:rsidR="009F14C8" w:rsidRDefault="00000000">
            <w:pPr>
              <w:spacing w:after="0"/>
            </w:pPr>
            <w:r>
              <w:rPr>
                <w:sz w:val="18"/>
              </w:rPr>
              <w:t>Ortalama</w:t>
            </w:r>
          </w:p>
        </w:tc>
        <w:tc>
          <w:tcPr>
            <w:tcW w:w="3173" w:type="dxa"/>
            <w:vAlign w:val="center"/>
          </w:tcPr>
          <w:p w14:paraId="026DF4F3" w14:textId="77777777" w:rsidR="009F14C8" w:rsidRDefault="009F14C8">
            <w:pPr>
              <w:spacing w:after="0"/>
            </w:pPr>
          </w:p>
        </w:tc>
        <w:tc>
          <w:tcPr>
            <w:tcW w:w="3173" w:type="dxa"/>
            <w:vAlign w:val="center"/>
          </w:tcPr>
          <w:p w14:paraId="4F5AC426" w14:textId="77777777" w:rsidR="009F14C8" w:rsidRDefault="00000000">
            <w:pPr>
              <w:spacing w:after="0"/>
            </w:pPr>
            <w:r>
              <w:rPr>
                <w:sz w:val="18"/>
              </w:rPr>
              <w:t>3,37 / 5,00</w:t>
            </w:r>
          </w:p>
        </w:tc>
      </w:tr>
    </w:tbl>
    <w:p w14:paraId="41EE7DEA" w14:textId="77777777" w:rsidR="009F14C8" w:rsidRDefault="00000000">
      <w:r>
        <w:rPr>
          <w:noProof/>
        </w:rPr>
        <w:lastRenderedPageBreak/>
        <w:drawing>
          <wp:inline distT="0" distB="0" distL="0" distR="0" wp14:anchorId="635D6BB0" wp14:editId="11F92D29">
            <wp:extent cx="4343400" cy="2453523"/>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44.png"/>
                    <pic:cNvPicPr/>
                  </pic:nvPicPr>
                  <pic:blipFill>
                    <a:blip r:embed="rId54"/>
                    <a:stretch>
                      <a:fillRect/>
                    </a:stretch>
                  </pic:blipFill>
                  <pic:spPr>
                    <a:xfrm>
                      <a:off x="0" y="0"/>
                      <a:ext cx="4343400" cy="2453523"/>
                    </a:xfrm>
                    <a:prstGeom prst="rect">
                      <a:avLst/>
                    </a:prstGeom>
                  </pic:spPr>
                </pic:pic>
              </a:graphicData>
            </a:graphic>
          </wp:inline>
        </w:drawing>
      </w:r>
    </w:p>
    <w:p w14:paraId="75614B27" w14:textId="77777777" w:rsidR="009F14C8" w:rsidRDefault="00000000">
      <w:pPr>
        <w:pStyle w:val="Balk3"/>
      </w:pPr>
      <w:bookmarkStart w:id="55" w:name="_Toc232111758"/>
      <w:r>
        <w:t>5.45. Madde 45’e İlişkin Bulgular</w:t>
      </w:r>
      <w:bookmarkEnd w:id="55"/>
    </w:p>
    <w:p w14:paraId="308D0C82" w14:textId="77777777" w:rsidR="009F14C8" w:rsidRDefault="00000000">
      <w:r>
        <w:rPr>
          <w:b/>
          <w:i/>
        </w:rPr>
        <w:t>(Araştırma, yayın ve etik kurul (DEHAM vb.) süreçlerinde karşılaştığım idari engellerin çözümü için yönetimin yapıcı bir yaklaşım sergilediğine inanıyorum.)</w:t>
      </w:r>
    </w:p>
    <w:p w14:paraId="2E259C16" w14:textId="77777777" w:rsidR="009F14C8" w:rsidRDefault="00000000">
      <w:r>
        <w:t>Katılımcıların; 18'i (%41,9) Kesinlikle Katılıyorum, 10'i (%23,3) Katılıyorum, 8'i (%18,6) Kararsızım, 3'i (%7,0) Katılmıyorum, 4'i (%9,3) Kesinlikle Katılmıyorum şeklinde görüş bildirmiştir. Bu maddeye geçerli yanıt veren katılımcı sayısı 43'dir.</w:t>
      </w:r>
    </w:p>
    <w:p w14:paraId="73E1CF0E" w14:textId="77777777" w:rsidR="009F14C8" w:rsidRDefault="00000000">
      <w:r>
        <w:t>Ortalama puanın 3,81/5,00 olması, olumlu görüş oranının %65,1, kararsız görüş oranının %18,6 ve olumsuz görüş oranının %16,3 düzeyinde gerçekleşmesi bu sonuçlar, ilgili alanda genel eğilimin olumlu olduğunu; bununla birlikte kararsız ve olumsuz görüşlerin de iyileştirme süreçlerinde dikkate alınması gerektiğini göstermektedir.</w:t>
      </w:r>
    </w:p>
    <w:tbl>
      <w:tblPr>
        <w:tblStyle w:val="TabloKlavuzu"/>
        <w:tblW w:w="0" w:type="auto"/>
        <w:jc w:val="center"/>
        <w:tblLook w:val="04A0" w:firstRow="1" w:lastRow="0" w:firstColumn="1" w:lastColumn="0" w:noHBand="0" w:noVBand="1"/>
      </w:tblPr>
      <w:tblGrid>
        <w:gridCol w:w="3173"/>
        <w:gridCol w:w="3173"/>
        <w:gridCol w:w="3173"/>
      </w:tblGrid>
      <w:tr w:rsidR="009F14C8" w14:paraId="2D4499D5" w14:textId="77777777">
        <w:trPr>
          <w:jc w:val="center"/>
        </w:trPr>
        <w:tc>
          <w:tcPr>
            <w:tcW w:w="3173" w:type="dxa"/>
            <w:vAlign w:val="center"/>
          </w:tcPr>
          <w:p w14:paraId="38D14ED6" w14:textId="77777777" w:rsidR="009F14C8" w:rsidRDefault="00000000">
            <w:pPr>
              <w:spacing w:after="0"/>
            </w:pPr>
            <w:r>
              <w:rPr>
                <w:sz w:val="18"/>
              </w:rPr>
              <w:t>Seçenek</w:t>
            </w:r>
          </w:p>
        </w:tc>
        <w:tc>
          <w:tcPr>
            <w:tcW w:w="3173" w:type="dxa"/>
            <w:vAlign w:val="center"/>
          </w:tcPr>
          <w:p w14:paraId="50CA403B" w14:textId="77777777" w:rsidR="009F14C8" w:rsidRDefault="00000000">
            <w:pPr>
              <w:spacing w:after="0"/>
            </w:pPr>
            <w:r>
              <w:rPr>
                <w:sz w:val="18"/>
              </w:rPr>
              <w:t>Frekans</w:t>
            </w:r>
          </w:p>
        </w:tc>
        <w:tc>
          <w:tcPr>
            <w:tcW w:w="3173" w:type="dxa"/>
            <w:vAlign w:val="center"/>
          </w:tcPr>
          <w:p w14:paraId="7A0F0520" w14:textId="77777777" w:rsidR="009F14C8" w:rsidRDefault="00000000">
            <w:pPr>
              <w:spacing w:after="0"/>
            </w:pPr>
            <w:r>
              <w:rPr>
                <w:sz w:val="18"/>
              </w:rPr>
              <w:t>Oran</w:t>
            </w:r>
          </w:p>
        </w:tc>
      </w:tr>
      <w:tr w:rsidR="009F14C8" w14:paraId="0F1C4D4C" w14:textId="77777777">
        <w:trPr>
          <w:jc w:val="center"/>
        </w:trPr>
        <w:tc>
          <w:tcPr>
            <w:tcW w:w="3173" w:type="dxa"/>
            <w:vAlign w:val="center"/>
          </w:tcPr>
          <w:p w14:paraId="3BCE47F0" w14:textId="77777777" w:rsidR="009F14C8" w:rsidRDefault="00000000">
            <w:pPr>
              <w:spacing w:after="0"/>
            </w:pPr>
            <w:r>
              <w:rPr>
                <w:sz w:val="18"/>
              </w:rPr>
              <w:t>5 = Kesinlikle Katılıyorum</w:t>
            </w:r>
          </w:p>
        </w:tc>
        <w:tc>
          <w:tcPr>
            <w:tcW w:w="3173" w:type="dxa"/>
            <w:vAlign w:val="center"/>
          </w:tcPr>
          <w:p w14:paraId="73AA8791" w14:textId="77777777" w:rsidR="009F14C8" w:rsidRDefault="00000000">
            <w:pPr>
              <w:spacing w:after="0"/>
            </w:pPr>
            <w:r>
              <w:rPr>
                <w:sz w:val="18"/>
              </w:rPr>
              <w:t>18</w:t>
            </w:r>
          </w:p>
        </w:tc>
        <w:tc>
          <w:tcPr>
            <w:tcW w:w="3173" w:type="dxa"/>
            <w:vAlign w:val="center"/>
          </w:tcPr>
          <w:p w14:paraId="701FCD85" w14:textId="77777777" w:rsidR="009F14C8" w:rsidRDefault="00000000">
            <w:pPr>
              <w:spacing w:after="0"/>
            </w:pPr>
            <w:r>
              <w:rPr>
                <w:sz w:val="18"/>
              </w:rPr>
              <w:t>%41,9</w:t>
            </w:r>
          </w:p>
        </w:tc>
      </w:tr>
      <w:tr w:rsidR="009F14C8" w14:paraId="02B13257" w14:textId="77777777">
        <w:trPr>
          <w:jc w:val="center"/>
        </w:trPr>
        <w:tc>
          <w:tcPr>
            <w:tcW w:w="3173" w:type="dxa"/>
            <w:vAlign w:val="center"/>
          </w:tcPr>
          <w:p w14:paraId="4BCE1854" w14:textId="77777777" w:rsidR="009F14C8" w:rsidRDefault="00000000">
            <w:pPr>
              <w:spacing w:after="0"/>
            </w:pPr>
            <w:r>
              <w:rPr>
                <w:sz w:val="18"/>
              </w:rPr>
              <w:t>4 = Katılıyorum</w:t>
            </w:r>
          </w:p>
        </w:tc>
        <w:tc>
          <w:tcPr>
            <w:tcW w:w="3173" w:type="dxa"/>
            <w:vAlign w:val="center"/>
          </w:tcPr>
          <w:p w14:paraId="3C881F70" w14:textId="77777777" w:rsidR="009F14C8" w:rsidRDefault="00000000">
            <w:pPr>
              <w:spacing w:after="0"/>
            </w:pPr>
            <w:r>
              <w:rPr>
                <w:sz w:val="18"/>
              </w:rPr>
              <w:t>10</w:t>
            </w:r>
          </w:p>
        </w:tc>
        <w:tc>
          <w:tcPr>
            <w:tcW w:w="3173" w:type="dxa"/>
            <w:vAlign w:val="center"/>
          </w:tcPr>
          <w:p w14:paraId="4D2AEC1F" w14:textId="77777777" w:rsidR="009F14C8" w:rsidRDefault="00000000">
            <w:pPr>
              <w:spacing w:after="0"/>
            </w:pPr>
            <w:r>
              <w:rPr>
                <w:sz w:val="18"/>
              </w:rPr>
              <w:t>%23,3</w:t>
            </w:r>
          </w:p>
        </w:tc>
      </w:tr>
      <w:tr w:rsidR="009F14C8" w14:paraId="7DFD0F32" w14:textId="77777777">
        <w:trPr>
          <w:jc w:val="center"/>
        </w:trPr>
        <w:tc>
          <w:tcPr>
            <w:tcW w:w="3173" w:type="dxa"/>
            <w:vAlign w:val="center"/>
          </w:tcPr>
          <w:p w14:paraId="62E4D53F" w14:textId="77777777" w:rsidR="009F14C8" w:rsidRDefault="00000000">
            <w:pPr>
              <w:spacing w:after="0"/>
            </w:pPr>
            <w:r>
              <w:rPr>
                <w:sz w:val="18"/>
              </w:rPr>
              <w:t>3 = Kararsızım</w:t>
            </w:r>
          </w:p>
        </w:tc>
        <w:tc>
          <w:tcPr>
            <w:tcW w:w="3173" w:type="dxa"/>
            <w:vAlign w:val="center"/>
          </w:tcPr>
          <w:p w14:paraId="7FD5C114" w14:textId="77777777" w:rsidR="009F14C8" w:rsidRDefault="00000000">
            <w:pPr>
              <w:spacing w:after="0"/>
            </w:pPr>
            <w:r>
              <w:rPr>
                <w:sz w:val="18"/>
              </w:rPr>
              <w:t>8</w:t>
            </w:r>
          </w:p>
        </w:tc>
        <w:tc>
          <w:tcPr>
            <w:tcW w:w="3173" w:type="dxa"/>
            <w:vAlign w:val="center"/>
          </w:tcPr>
          <w:p w14:paraId="465D2263" w14:textId="77777777" w:rsidR="009F14C8" w:rsidRDefault="00000000">
            <w:pPr>
              <w:spacing w:after="0"/>
            </w:pPr>
            <w:r>
              <w:rPr>
                <w:sz w:val="18"/>
              </w:rPr>
              <w:t>%18,6</w:t>
            </w:r>
          </w:p>
        </w:tc>
      </w:tr>
      <w:tr w:rsidR="009F14C8" w14:paraId="7567782B" w14:textId="77777777">
        <w:trPr>
          <w:jc w:val="center"/>
        </w:trPr>
        <w:tc>
          <w:tcPr>
            <w:tcW w:w="3173" w:type="dxa"/>
            <w:vAlign w:val="center"/>
          </w:tcPr>
          <w:p w14:paraId="703CEC32" w14:textId="77777777" w:rsidR="009F14C8" w:rsidRDefault="00000000">
            <w:pPr>
              <w:spacing w:after="0"/>
            </w:pPr>
            <w:r>
              <w:rPr>
                <w:sz w:val="18"/>
              </w:rPr>
              <w:t>2 = Katılmıyorum</w:t>
            </w:r>
          </w:p>
        </w:tc>
        <w:tc>
          <w:tcPr>
            <w:tcW w:w="3173" w:type="dxa"/>
            <w:vAlign w:val="center"/>
          </w:tcPr>
          <w:p w14:paraId="6C3E1DE4" w14:textId="77777777" w:rsidR="009F14C8" w:rsidRDefault="00000000">
            <w:pPr>
              <w:spacing w:after="0"/>
            </w:pPr>
            <w:r>
              <w:rPr>
                <w:sz w:val="18"/>
              </w:rPr>
              <w:t>3</w:t>
            </w:r>
          </w:p>
        </w:tc>
        <w:tc>
          <w:tcPr>
            <w:tcW w:w="3173" w:type="dxa"/>
            <w:vAlign w:val="center"/>
          </w:tcPr>
          <w:p w14:paraId="260DAB0A" w14:textId="77777777" w:rsidR="009F14C8" w:rsidRDefault="00000000">
            <w:pPr>
              <w:spacing w:after="0"/>
            </w:pPr>
            <w:r>
              <w:rPr>
                <w:sz w:val="18"/>
              </w:rPr>
              <w:t>%7,0</w:t>
            </w:r>
          </w:p>
        </w:tc>
      </w:tr>
      <w:tr w:rsidR="009F14C8" w14:paraId="00EFCEF1" w14:textId="77777777">
        <w:trPr>
          <w:jc w:val="center"/>
        </w:trPr>
        <w:tc>
          <w:tcPr>
            <w:tcW w:w="3173" w:type="dxa"/>
            <w:vAlign w:val="center"/>
          </w:tcPr>
          <w:p w14:paraId="1D7A0C26" w14:textId="77777777" w:rsidR="009F14C8" w:rsidRDefault="00000000">
            <w:pPr>
              <w:spacing w:after="0"/>
            </w:pPr>
            <w:r>
              <w:rPr>
                <w:sz w:val="18"/>
              </w:rPr>
              <w:t>1 = Kesinlikle Katılmıyorum</w:t>
            </w:r>
          </w:p>
        </w:tc>
        <w:tc>
          <w:tcPr>
            <w:tcW w:w="3173" w:type="dxa"/>
            <w:vAlign w:val="center"/>
          </w:tcPr>
          <w:p w14:paraId="6E30D176" w14:textId="77777777" w:rsidR="009F14C8" w:rsidRDefault="00000000">
            <w:pPr>
              <w:spacing w:after="0"/>
            </w:pPr>
            <w:r>
              <w:rPr>
                <w:sz w:val="18"/>
              </w:rPr>
              <w:t>4</w:t>
            </w:r>
          </w:p>
        </w:tc>
        <w:tc>
          <w:tcPr>
            <w:tcW w:w="3173" w:type="dxa"/>
            <w:vAlign w:val="center"/>
          </w:tcPr>
          <w:p w14:paraId="61E09CE4" w14:textId="77777777" w:rsidR="009F14C8" w:rsidRDefault="00000000">
            <w:pPr>
              <w:spacing w:after="0"/>
            </w:pPr>
            <w:r>
              <w:rPr>
                <w:sz w:val="18"/>
              </w:rPr>
              <w:t>%9,3</w:t>
            </w:r>
          </w:p>
        </w:tc>
      </w:tr>
      <w:tr w:rsidR="009F14C8" w14:paraId="3E857487" w14:textId="77777777">
        <w:trPr>
          <w:jc w:val="center"/>
        </w:trPr>
        <w:tc>
          <w:tcPr>
            <w:tcW w:w="3173" w:type="dxa"/>
            <w:vAlign w:val="center"/>
          </w:tcPr>
          <w:p w14:paraId="0AE2AD8D" w14:textId="77777777" w:rsidR="009F14C8" w:rsidRDefault="00000000">
            <w:pPr>
              <w:spacing w:after="0"/>
            </w:pPr>
            <w:r>
              <w:rPr>
                <w:sz w:val="18"/>
              </w:rPr>
              <w:t>Ortalama</w:t>
            </w:r>
          </w:p>
        </w:tc>
        <w:tc>
          <w:tcPr>
            <w:tcW w:w="3173" w:type="dxa"/>
            <w:vAlign w:val="center"/>
          </w:tcPr>
          <w:p w14:paraId="35289DF7" w14:textId="77777777" w:rsidR="009F14C8" w:rsidRDefault="009F14C8">
            <w:pPr>
              <w:spacing w:after="0"/>
            </w:pPr>
          </w:p>
        </w:tc>
        <w:tc>
          <w:tcPr>
            <w:tcW w:w="3173" w:type="dxa"/>
            <w:vAlign w:val="center"/>
          </w:tcPr>
          <w:p w14:paraId="7240E45B" w14:textId="77777777" w:rsidR="009F14C8" w:rsidRDefault="00000000">
            <w:pPr>
              <w:spacing w:after="0"/>
            </w:pPr>
            <w:r>
              <w:rPr>
                <w:sz w:val="18"/>
              </w:rPr>
              <w:t>3,81 / 5,00</w:t>
            </w:r>
          </w:p>
        </w:tc>
      </w:tr>
    </w:tbl>
    <w:p w14:paraId="20D42BD9" w14:textId="77777777" w:rsidR="009F14C8" w:rsidRDefault="00000000">
      <w:r>
        <w:rPr>
          <w:noProof/>
        </w:rPr>
        <w:drawing>
          <wp:inline distT="0" distB="0" distL="0" distR="0" wp14:anchorId="1F4638CA" wp14:editId="63FD6E61">
            <wp:extent cx="4343400" cy="2453523"/>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45.png"/>
                    <pic:cNvPicPr/>
                  </pic:nvPicPr>
                  <pic:blipFill>
                    <a:blip r:embed="rId55"/>
                    <a:stretch>
                      <a:fillRect/>
                    </a:stretch>
                  </pic:blipFill>
                  <pic:spPr>
                    <a:xfrm>
                      <a:off x="0" y="0"/>
                      <a:ext cx="4343400" cy="2453523"/>
                    </a:xfrm>
                    <a:prstGeom prst="rect">
                      <a:avLst/>
                    </a:prstGeom>
                  </pic:spPr>
                </pic:pic>
              </a:graphicData>
            </a:graphic>
          </wp:inline>
        </w:drawing>
      </w:r>
    </w:p>
    <w:p w14:paraId="06A2DE48" w14:textId="77777777" w:rsidR="009F14C8" w:rsidRDefault="00000000">
      <w:pPr>
        <w:pStyle w:val="Balk3"/>
      </w:pPr>
      <w:bookmarkStart w:id="56" w:name="_Toc232111759"/>
      <w:r>
        <w:lastRenderedPageBreak/>
        <w:t>5.46. Madde 46’e İlişkin Bulgular</w:t>
      </w:r>
      <w:bookmarkEnd w:id="56"/>
    </w:p>
    <w:p w14:paraId="31361758" w14:textId="77777777" w:rsidR="009F14C8" w:rsidRDefault="00000000">
      <w:r>
        <w:rPr>
          <w:b/>
          <w:i/>
        </w:rPr>
        <w:t>(Üniversitemizin BAP birimi tarafından sağlanan iç kaynakların ve bütçelerin yeterli ve adil dağıtıldığını düşünüyorum.)</w:t>
      </w:r>
    </w:p>
    <w:p w14:paraId="032A64BD" w14:textId="77777777" w:rsidR="009F14C8" w:rsidRDefault="00000000">
      <w:r>
        <w:t>Katılımcıların; 11'i (%25,6) Kesinlikle Katılıyorum, 6'i (%14,0) Katılıyorum, 8'i (%18,6) Kararsızım, 12'i (%27,9) Katılmıyorum, 6'i (%14,0) Kesinlikle Katılmıyorum şeklinde görüş bildirmiştir. Bu maddeye geçerli yanıt veren katılımcı sayısı 43'dir.</w:t>
      </w:r>
    </w:p>
    <w:p w14:paraId="0C674B01" w14:textId="77777777" w:rsidR="009F14C8" w:rsidRDefault="00000000">
      <w:r>
        <w:t>Ortalama puanın 3,09/5,00 olması, olumlu görüş oranının %39,5, kararsız görüş oranının %18,6 ve olumsuz görüş oranının %41,9 düzeyinde gerçekleşmesi bu sonuçlar, ilgili alanda memnuniyetin orta düzeyde seyrettiğini ve mevcut uygulamaların güçlendirilmesine ihtiyaç bulunduğunu göstermektedir.</w:t>
      </w:r>
    </w:p>
    <w:tbl>
      <w:tblPr>
        <w:tblStyle w:val="TabloKlavuzu"/>
        <w:tblW w:w="0" w:type="auto"/>
        <w:jc w:val="center"/>
        <w:tblLook w:val="04A0" w:firstRow="1" w:lastRow="0" w:firstColumn="1" w:lastColumn="0" w:noHBand="0" w:noVBand="1"/>
      </w:tblPr>
      <w:tblGrid>
        <w:gridCol w:w="3173"/>
        <w:gridCol w:w="3173"/>
        <w:gridCol w:w="3173"/>
      </w:tblGrid>
      <w:tr w:rsidR="009F14C8" w14:paraId="699BE4B8" w14:textId="77777777">
        <w:trPr>
          <w:jc w:val="center"/>
        </w:trPr>
        <w:tc>
          <w:tcPr>
            <w:tcW w:w="3173" w:type="dxa"/>
            <w:vAlign w:val="center"/>
          </w:tcPr>
          <w:p w14:paraId="71B51C83" w14:textId="77777777" w:rsidR="009F14C8" w:rsidRDefault="00000000">
            <w:pPr>
              <w:spacing w:after="0"/>
            </w:pPr>
            <w:r>
              <w:rPr>
                <w:sz w:val="18"/>
              </w:rPr>
              <w:t>Seçenek</w:t>
            </w:r>
          </w:p>
        </w:tc>
        <w:tc>
          <w:tcPr>
            <w:tcW w:w="3173" w:type="dxa"/>
            <w:vAlign w:val="center"/>
          </w:tcPr>
          <w:p w14:paraId="4C13B26F" w14:textId="77777777" w:rsidR="009F14C8" w:rsidRDefault="00000000">
            <w:pPr>
              <w:spacing w:after="0"/>
            </w:pPr>
            <w:r>
              <w:rPr>
                <w:sz w:val="18"/>
              </w:rPr>
              <w:t>Frekans</w:t>
            </w:r>
          </w:p>
        </w:tc>
        <w:tc>
          <w:tcPr>
            <w:tcW w:w="3173" w:type="dxa"/>
            <w:vAlign w:val="center"/>
          </w:tcPr>
          <w:p w14:paraId="2AB129C3" w14:textId="77777777" w:rsidR="009F14C8" w:rsidRDefault="00000000">
            <w:pPr>
              <w:spacing w:after="0"/>
            </w:pPr>
            <w:r>
              <w:rPr>
                <w:sz w:val="18"/>
              </w:rPr>
              <w:t>Oran</w:t>
            </w:r>
          </w:p>
        </w:tc>
      </w:tr>
      <w:tr w:rsidR="009F14C8" w14:paraId="291BAD66" w14:textId="77777777">
        <w:trPr>
          <w:jc w:val="center"/>
        </w:trPr>
        <w:tc>
          <w:tcPr>
            <w:tcW w:w="3173" w:type="dxa"/>
            <w:vAlign w:val="center"/>
          </w:tcPr>
          <w:p w14:paraId="1CA2609B" w14:textId="77777777" w:rsidR="009F14C8" w:rsidRDefault="00000000">
            <w:pPr>
              <w:spacing w:after="0"/>
            </w:pPr>
            <w:r>
              <w:rPr>
                <w:sz w:val="18"/>
              </w:rPr>
              <w:t>5 = Kesinlikle Katılıyorum</w:t>
            </w:r>
          </w:p>
        </w:tc>
        <w:tc>
          <w:tcPr>
            <w:tcW w:w="3173" w:type="dxa"/>
            <w:vAlign w:val="center"/>
          </w:tcPr>
          <w:p w14:paraId="1C60D428" w14:textId="77777777" w:rsidR="009F14C8" w:rsidRDefault="00000000">
            <w:pPr>
              <w:spacing w:after="0"/>
            </w:pPr>
            <w:r>
              <w:rPr>
                <w:sz w:val="18"/>
              </w:rPr>
              <w:t>11</w:t>
            </w:r>
          </w:p>
        </w:tc>
        <w:tc>
          <w:tcPr>
            <w:tcW w:w="3173" w:type="dxa"/>
            <w:vAlign w:val="center"/>
          </w:tcPr>
          <w:p w14:paraId="49B7BEB3" w14:textId="77777777" w:rsidR="009F14C8" w:rsidRDefault="00000000">
            <w:pPr>
              <w:spacing w:after="0"/>
            </w:pPr>
            <w:r>
              <w:rPr>
                <w:sz w:val="18"/>
              </w:rPr>
              <w:t>%25,6</w:t>
            </w:r>
          </w:p>
        </w:tc>
      </w:tr>
      <w:tr w:rsidR="009F14C8" w14:paraId="0BCB3E02" w14:textId="77777777">
        <w:trPr>
          <w:jc w:val="center"/>
        </w:trPr>
        <w:tc>
          <w:tcPr>
            <w:tcW w:w="3173" w:type="dxa"/>
            <w:vAlign w:val="center"/>
          </w:tcPr>
          <w:p w14:paraId="25D7E9C3" w14:textId="77777777" w:rsidR="009F14C8" w:rsidRDefault="00000000">
            <w:pPr>
              <w:spacing w:after="0"/>
            </w:pPr>
            <w:r>
              <w:rPr>
                <w:sz w:val="18"/>
              </w:rPr>
              <w:t>4 = Katılıyorum</w:t>
            </w:r>
          </w:p>
        </w:tc>
        <w:tc>
          <w:tcPr>
            <w:tcW w:w="3173" w:type="dxa"/>
            <w:vAlign w:val="center"/>
          </w:tcPr>
          <w:p w14:paraId="672FB128" w14:textId="77777777" w:rsidR="009F14C8" w:rsidRDefault="00000000">
            <w:pPr>
              <w:spacing w:after="0"/>
            </w:pPr>
            <w:r>
              <w:rPr>
                <w:sz w:val="18"/>
              </w:rPr>
              <w:t>6</w:t>
            </w:r>
          </w:p>
        </w:tc>
        <w:tc>
          <w:tcPr>
            <w:tcW w:w="3173" w:type="dxa"/>
            <w:vAlign w:val="center"/>
          </w:tcPr>
          <w:p w14:paraId="2BAC4B23" w14:textId="77777777" w:rsidR="009F14C8" w:rsidRDefault="00000000">
            <w:pPr>
              <w:spacing w:after="0"/>
            </w:pPr>
            <w:r>
              <w:rPr>
                <w:sz w:val="18"/>
              </w:rPr>
              <w:t>%14,0</w:t>
            </w:r>
          </w:p>
        </w:tc>
      </w:tr>
      <w:tr w:rsidR="009F14C8" w14:paraId="46120AE0" w14:textId="77777777">
        <w:trPr>
          <w:jc w:val="center"/>
        </w:trPr>
        <w:tc>
          <w:tcPr>
            <w:tcW w:w="3173" w:type="dxa"/>
            <w:vAlign w:val="center"/>
          </w:tcPr>
          <w:p w14:paraId="0F16805C" w14:textId="77777777" w:rsidR="009F14C8" w:rsidRDefault="00000000">
            <w:pPr>
              <w:spacing w:after="0"/>
            </w:pPr>
            <w:r>
              <w:rPr>
                <w:sz w:val="18"/>
              </w:rPr>
              <w:t>3 = Kararsızım</w:t>
            </w:r>
          </w:p>
        </w:tc>
        <w:tc>
          <w:tcPr>
            <w:tcW w:w="3173" w:type="dxa"/>
            <w:vAlign w:val="center"/>
          </w:tcPr>
          <w:p w14:paraId="6D4714A6" w14:textId="77777777" w:rsidR="009F14C8" w:rsidRDefault="00000000">
            <w:pPr>
              <w:spacing w:after="0"/>
            </w:pPr>
            <w:r>
              <w:rPr>
                <w:sz w:val="18"/>
              </w:rPr>
              <w:t>8</w:t>
            </w:r>
          </w:p>
        </w:tc>
        <w:tc>
          <w:tcPr>
            <w:tcW w:w="3173" w:type="dxa"/>
            <w:vAlign w:val="center"/>
          </w:tcPr>
          <w:p w14:paraId="5AF00C3B" w14:textId="77777777" w:rsidR="009F14C8" w:rsidRDefault="00000000">
            <w:pPr>
              <w:spacing w:after="0"/>
            </w:pPr>
            <w:r>
              <w:rPr>
                <w:sz w:val="18"/>
              </w:rPr>
              <w:t>%18,6</w:t>
            </w:r>
          </w:p>
        </w:tc>
      </w:tr>
      <w:tr w:rsidR="009F14C8" w14:paraId="200D630A" w14:textId="77777777">
        <w:trPr>
          <w:jc w:val="center"/>
        </w:trPr>
        <w:tc>
          <w:tcPr>
            <w:tcW w:w="3173" w:type="dxa"/>
            <w:vAlign w:val="center"/>
          </w:tcPr>
          <w:p w14:paraId="3D380C3E" w14:textId="77777777" w:rsidR="009F14C8" w:rsidRDefault="00000000">
            <w:pPr>
              <w:spacing w:after="0"/>
            </w:pPr>
            <w:r>
              <w:rPr>
                <w:sz w:val="18"/>
              </w:rPr>
              <w:t>2 = Katılmıyorum</w:t>
            </w:r>
          </w:p>
        </w:tc>
        <w:tc>
          <w:tcPr>
            <w:tcW w:w="3173" w:type="dxa"/>
            <w:vAlign w:val="center"/>
          </w:tcPr>
          <w:p w14:paraId="2A3A6A56" w14:textId="77777777" w:rsidR="009F14C8" w:rsidRDefault="00000000">
            <w:pPr>
              <w:spacing w:after="0"/>
            </w:pPr>
            <w:r>
              <w:rPr>
                <w:sz w:val="18"/>
              </w:rPr>
              <w:t>12</w:t>
            </w:r>
          </w:p>
        </w:tc>
        <w:tc>
          <w:tcPr>
            <w:tcW w:w="3173" w:type="dxa"/>
            <w:vAlign w:val="center"/>
          </w:tcPr>
          <w:p w14:paraId="1E0E277B" w14:textId="77777777" w:rsidR="009F14C8" w:rsidRDefault="00000000">
            <w:pPr>
              <w:spacing w:after="0"/>
            </w:pPr>
            <w:r>
              <w:rPr>
                <w:sz w:val="18"/>
              </w:rPr>
              <w:t>%27,9</w:t>
            </w:r>
          </w:p>
        </w:tc>
      </w:tr>
      <w:tr w:rsidR="009F14C8" w14:paraId="465173EB" w14:textId="77777777">
        <w:trPr>
          <w:jc w:val="center"/>
        </w:trPr>
        <w:tc>
          <w:tcPr>
            <w:tcW w:w="3173" w:type="dxa"/>
            <w:vAlign w:val="center"/>
          </w:tcPr>
          <w:p w14:paraId="3C9D49CE" w14:textId="77777777" w:rsidR="009F14C8" w:rsidRDefault="00000000">
            <w:pPr>
              <w:spacing w:after="0"/>
            </w:pPr>
            <w:r>
              <w:rPr>
                <w:sz w:val="18"/>
              </w:rPr>
              <w:t>1 = Kesinlikle Katılmıyorum</w:t>
            </w:r>
          </w:p>
        </w:tc>
        <w:tc>
          <w:tcPr>
            <w:tcW w:w="3173" w:type="dxa"/>
            <w:vAlign w:val="center"/>
          </w:tcPr>
          <w:p w14:paraId="79252F23" w14:textId="77777777" w:rsidR="009F14C8" w:rsidRDefault="00000000">
            <w:pPr>
              <w:spacing w:after="0"/>
            </w:pPr>
            <w:r>
              <w:rPr>
                <w:sz w:val="18"/>
              </w:rPr>
              <w:t>6</w:t>
            </w:r>
          </w:p>
        </w:tc>
        <w:tc>
          <w:tcPr>
            <w:tcW w:w="3173" w:type="dxa"/>
            <w:vAlign w:val="center"/>
          </w:tcPr>
          <w:p w14:paraId="228E409C" w14:textId="77777777" w:rsidR="009F14C8" w:rsidRDefault="00000000">
            <w:pPr>
              <w:spacing w:after="0"/>
            </w:pPr>
            <w:r>
              <w:rPr>
                <w:sz w:val="18"/>
              </w:rPr>
              <w:t>%14,0</w:t>
            </w:r>
          </w:p>
        </w:tc>
      </w:tr>
      <w:tr w:rsidR="009F14C8" w14:paraId="63BA002C" w14:textId="77777777">
        <w:trPr>
          <w:jc w:val="center"/>
        </w:trPr>
        <w:tc>
          <w:tcPr>
            <w:tcW w:w="3173" w:type="dxa"/>
            <w:vAlign w:val="center"/>
          </w:tcPr>
          <w:p w14:paraId="3DD8D0A5" w14:textId="77777777" w:rsidR="009F14C8" w:rsidRDefault="00000000">
            <w:pPr>
              <w:spacing w:after="0"/>
            </w:pPr>
            <w:r>
              <w:rPr>
                <w:sz w:val="18"/>
              </w:rPr>
              <w:t>Ortalama</w:t>
            </w:r>
          </w:p>
        </w:tc>
        <w:tc>
          <w:tcPr>
            <w:tcW w:w="3173" w:type="dxa"/>
            <w:vAlign w:val="center"/>
          </w:tcPr>
          <w:p w14:paraId="41C90E5A" w14:textId="77777777" w:rsidR="009F14C8" w:rsidRDefault="009F14C8">
            <w:pPr>
              <w:spacing w:after="0"/>
            </w:pPr>
          </w:p>
        </w:tc>
        <w:tc>
          <w:tcPr>
            <w:tcW w:w="3173" w:type="dxa"/>
            <w:vAlign w:val="center"/>
          </w:tcPr>
          <w:p w14:paraId="59386650" w14:textId="77777777" w:rsidR="009F14C8" w:rsidRDefault="00000000">
            <w:pPr>
              <w:spacing w:after="0"/>
            </w:pPr>
            <w:r>
              <w:rPr>
                <w:sz w:val="18"/>
              </w:rPr>
              <w:t>3,09 / 5,00</w:t>
            </w:r>
          </w:p>
        </w:tc>
      </w:tr>
    </w:tbl>
    <w:p w14:paraId="71A59483" w14:textId="77777777" w:rsidR="009F14C8" w:rsidRDefault="00000000">
      <w:r>
        <w:rPr>
          <w:noProof/>
        </w:rPr>
        <w:drawing>
          <wp:inline distT="0" distB="0" distL="0" distR="0" wp14:anchorId="0C8066A5" wp14:editId="34EE6E88">
            <wp:extent cx="4343400" cy="2453523"/>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46.png"/>
                    <pic:cNvPicPr/>
                  </pic:nvPicPr>
                  <pic:blipFill>
                    <a:blip r:embed="rId56"/>
                    <a:stretch>
                      <a:fillRect/>
                    </a:stretch>
                  </pic:blipFill>
                  <pic:spPr>
                    <a:xfrm>
                      <a:off x="0" y="0"/>
                      <a:ext cx="4343400" cy="2453523"/>
                    </a:xfrm>
                    <a:prstGeom prst="rect">
                      <a:avLst/>
                    </a:prstGeom>
                  </pic:spPr>
                </pic:pic>
              </a:graphicData>
            </a:graphic>
          </wp:inline>
        </w:drawing>
      </w:r>
    </w:p>
    <w:p w14:paraId="783F6171" w14:textId="77777777" w:rsidR="009F14C8" w:rsidRDefault="00000000">
      <w:pPr>
        <w:pStyle w:val="Balk3"/>
      </w:pPr>
      <w:bookmarkStart w:id="57" w:name="_Toc232111760"/>
      <w:r>
        <w:t>5.47. Madde 47’e İlişkin Bulgular</w:t>
      </w:r>
      <w:bookmarkEnd w:id="57"/>
    </w:p>
    <w:p w14:paraId="328A35FF" w14:textId="77777777" w:rsidR="009F14C8" w:rsidRDefault="00000000">
      <w:r>
        <w:rPr>
          <w:b/>
          <w:i/>
        </w:rPr>
        <w:t>(TÜBİTAK, AB veya Kalkınma Ajansı vb. dış kaynaklı proje başvurularımda kurumumun sunduğu teknik destekten memnunum.)</w:t>
      </w:r>
    </w:p>
    <w:p w14:paraId="7B463A8B" w14:textId="77777777" w:rsidR="009F14C8" w:rsidRDefault="00000000">
      <w:r>
        <w:t>Katılımcıların; 15'i (%34,9) Kesinlikle Katılıyorum, 12'i (%27,9) Katılıyorum, 6'i (%14,0) Kararsızım, 6'i (%14,0) Katılmıyorum, 4'i (%9,3) Kesinlikle Katılmıyorum şeklinde görüş bildirmiştir. Bu maddeye geçerli yanıt veren katılımcı sayısı 43'dir.</w:t>
      </w:r>
    </w:p>
    <w:p w14:paraId="5040EE91" w14:textId="77777777" w:rsidR="009F14C8" w:rsidRDefault="00000000">
      <w:r>
        <w:t>Ortalama puanın 3,65/5,00 olması, olumlu görüş oranının %62,8, kararsız görüş oranının %14,0 ve olumsuz görüş oranının %23,3 düzeyinde gerçekleşmesi bu sonuçlar, ilgili alanda genel eğilimin olumlu olduğunu; bununla birlikte kararsız ve olumsuz görüşlerin de iyileştirme süreçlerinde dikkate alınması gerektiğini göstermektedir.</w:t>
      </w:r>
    </w:p>
    <w:tbl>
      <w:tblPr>
        <w:tblStyle w:val="TabloKlavuzu"/>
        <w:tblW w:w="0" w:type="auto"/>
        <w:jc w:val="center"/>
        <w:tblLook w:val="04A0" w:firstRow="1" w:lastRow="0" w:firstColumn="1" w:lastColumn="0" w:noHBand="0" w:noVBand="1"/>
      </w:tblPr>
      <w:tblGrid>
        <w:gridCol w:w="3173"/>
        <w:gridCol w:w="3173"/>
        <w:gridCol w:w="3173"/>
      </w:tblGrid>
      <w:tr w:rsidR="009F14C8" w14:paraId="71FB0194" w14:textId="77777777">
        <w:trPr>
          <w:jc w:val="center"/>
        </w:trPr>
        <w:tc>
          <w:tcPr>
            <w:tcW w:w="3173" w:type="dxa"/>
            <w:vAlign w:val="center"/>
          </w:tcPr>
          <w:p w14:paraId="660D051E" w14:textId="77777777" w:rsidR="009F14C8" w:rsidRDefault="00000000">
            <w:pPr>
              <w:spacing w:after="0"/>
            </w:pPr>
            <w:r>
              <w:rPr>
                <w:sz w:val="18"/>
              </w:rPr>
              <w:t>Seçenek</w:t>
            </w:r>
          </w:p>
        </w:tc>
        <w:tc>
          <w:tcPr>
            <w:tcW w:w="3173" w:type="dxa"/>
            <w:vAlign w:val="center"/>
          </w:tcPr>
          <w:p w14:paraId="1C8A44F0" w14:textId="77777777" w:rsidR="009F14C8" w:rsidRDefault="00000000">
            <w:pPr>
              <w:spacing w:after="0"/>
            </w:pPr>
            <w:r>
              <w:rPr>
                <w:sz w:val="18"/>
              </w:rPr>
              <w:t>Frekans</w:t>
            </w:r>
          </w:p>
        </w:tc>
        <w:tc>
          <w:tcPr>
            <w:tcW w:w="3173" w:type="dxa"/>
            <w:vAlign w:val="center"/>
          </w:tcPr>
          <w:p w14:paraId="7F837A62" w14:textId="77777777" w:rsidR="009F14C8" w:rsidRDefault="00000000">
            <w:pPr>
              <w:spacing w:after="0"/>
            </w:pPr>
            <w:r>
              <w:rPr>
                <w:sz w:val="18"/>
              </w:rPr>
              <w:t>Oran</w:t>
            </w:r>
          </w:p>
        </w:tc>
      </w:tr>
      <w:tr w:rsidR="009F14C8" w14:paraId="771E8DA8" w14:textId="77777777">
        <w:trPr>
          <w:jc w:val="center"/>
        </w:trPr>
        <w:tc>
          <w:tcPr>
            <w:tcW w:w="3173" w:type="dxa"/>
            <w:vAlign w:val="center"/>
          </w:tcPr>
          <w:p w14:paraId="45786DE5" w14:textId="77777777" w:rsidR="009F14C8" w:rsidRDefault="00000000">
            <w:pPr>
              <w:spacing w:after="0"/>
            </w:pPr>
            <w:r>
              <w:rPr>
                <w:sz w:val="18"/>
              </w:rPr>
              <w:t>5 = Kesinlikle Katılıyorum</w:t>
            </w:r>
          </w:p>
        </w:tc>
        <w:tc>
          <w:tcPr>
            <w:tcW w:w="3173" w:type="dxa"/>
            <w:vAlign w:val="center"/>
          </w:tcPr>
          <w:p w14:paraId="381CD005" w14:textId="77777777" w:rsidR="009F14C8" w:rsidRDefault="00000000">
            <w:pPr>
              <w:spacing w:after="0"/>
            </w:pPr>
            <w:r>
              <w:rPr>
                <w:sz w:val="18"/>
              </w:rPr>
              <w:t>15</w:t>
            </w:r>
          </w:p>
        </w:tc>
        <w:tc>
          <w:tcPr>
            <w:tcW w:w="3173" w:type="dxa"/>
            <w:vAlign w:val="center"/>
          </w:tcPr>
          <w:p w14:paraId="446523E3" w14:textId="77777777" w:rsidR="009F14C8" w:rsidRDefault="00000000">
            <w:pPr>
              <w:spacing w:after="0"/>
            </w:pPr>
            <w:r>
              <w:rPr>
                <w:sz w:val="18"/>
              </w:rPr>
              <w:t>%34,9</w:t>
            </w:r>
          </w:p>
        </w:tc>
      </w:tr>
      <w:tr w:rsidR="009F14C8" w14:paraId="2B08C5E4" w14:textId="77777777">
        <w:trPr>
          <w:jc w:val="center"/>
        </w:trPr>
        <w:tc>
          <w:tcPr>
            <w:tcW w:w="3173" w:type="dxa"/>
            <w:vAlign w:val="center"/>
          </w:tcPr>
          <w:p w14:paraId="6A2D7032" w14:textId="77777777" w:rsidR="009F14C8" w:rsidRDefault="00000000">
            <w:pPr>
              <w:spacing w:after="0"/>
            </w:pPr>
            <w:r>
              <w:rPr>
                <w:sz w:val="18"/>
              </w:rPr>
              <w:t>4 = Katılıyorum</w:t>
            </w:r>
          </w:p>
        </w:tc>
        <w:tc>
          <w:tcPr>
            <w:tcW w:w="3173" w:type="dxa"/>
            <w:vAlign w:val="center"/>
          </w:tcPr>
          <w:p w14:paraId="6C362C44" w14:textId="77777777" w:rsidR="009F14C8" w:rsidRDefault="00000000">
            <w:pPr>
              <w:spacing w:after="0"/>
            </w:pPr>
            <w:r>
              <w:rPr>
                <w:sz w:val="18"/>
              </w:rPr>
              <w:t>12</w:t>
            </w:r>
          </w:p>
        </w:tc>
        <w:tc>
          <w:tcPr>
            <w:tcW w:w="3173" w:type="dxa"/>
            <w:vAlign w:val="center"/>
          </w:tcPr>
          <w:p w14:paraId="754D2170" w14:textId="77777777" w:rsidR="009F14C8" w:rsidRDefault="00000000">
            <w:pPr>
              <w:spacing w:after="0"/>
            </w:pPr>
            <w:r>
              <w:rPr>
                <w:sz w:val="18"/>
              </w:rPr>
              <w:t>%27,9</w:t>
            </w:r>
          </w:p>
        </w:tc>
      </w:tr>
      <w:tr w:rsidR="009F14C8" w14:paraId="5BE8EA0A" w14:textId="77777777">
        <w:trPr>
          <w:jc w:val="center"/>
        </w:trPr>
        <w:tc>
          <w:tcPr>
            <w:tcW w:w="3173" w:type="dxa"/>
            <w:vAlign w:val="center"/>
          </w:tcPr>
          <w:p w14:paraId="0A9C8D94" w14:textId="77777777" w:rsidR="009F14C8" w:rsidRDefault="00000000">
            <w:pPr>
              <w:spacing w:after="0"/>
            </w:pPr>
            <w:r>
              <w:rPr>
                <w:sz w:val="18"/>
              </w:rPr>
              <w:t>3 = Kararsızım</w:t>
            </w:r>
          </w:p>
        </w:tc>
        <w:tc>
          <w:tcPr>
            <w:tcW w:w="3173" w:type="dxa"/>
            <w:vAlign w:val="center"/>
          </w:tcPr>
          <w:p w14:paraId="32F020C3" w14:textId="77777777" w:rsidR="009F14C8" w:rsidRDefault="00000000">
            <w:pPr>
              <w:spacing w:after="0"/>
            </w:pPr>
            <w:r>
              <w:rPr>
                <w:sz w:val="18"/>
              </w:rPr>
              <w:t>6</w:t>
            </w:r>
          </w:p>
        </w:tc>
        <w:tc>
          <w:tcPr>
            <w:tcW w:w="3173" w:type="dxa"/>
            <w:vAlign w:val="center"/>
          </w:tcPr>
          <w:p w14:paraId="4125A2F2" w14:textId="77777777" w:rsidR="009F14C8" w:rsidRDefault="00000000">
            <w:pPr>
              <w:spacing w:after="0"/>
            </w:pPr>
            <w:r>
              <w:rPr>
                <w:sz w:val="18"/>
              </w:rPr>
              <w:t>%14,0</w:t>
            </w:r>
          </w:p>
        </w:tc>
      </w:tr>
      <w:tr w:rsidR="009F14C8" w14:paraId="18DB45BE" w14:textId="77777777">
        <w:trPr>
          <w:jc w:val="center"/>
        </w:trPr>
        <w:tc>
          <w:tcPr>
            <w:tcW w:w="3173" w:type="dxa"/>
            <w:vAlign w:val="center"/>
          </w:tcPr>
          <w:p w14:paraId="11677074" w14:textId="77777777" w:rsidR="009F14C8" w:rsidRDefault="00000000">
            <w:pPr>
              <w:spacing w:after="0"/>
            </w:pPr>
            <w:r>
              <w:rPr>
                <w:sz w:val="18"/>
              </w:rPr>
              <w:t>2 = Katılmıyorum</w:t>
            </w:r>
          </w:p>
        </w:tc>
        <w:tc>
          <w:tcPr>
            <w:tcW w:w="3173" w:type="dxa"/>
            <w:vAlign w:val="center"/>
          </w:tcPr>
          <w:p w14:paraId="4851DE6B" w14:textId="77777777" w:rsidR="009F14C8" w:rsidRDefault="00000000">
            <w:pPr>
              <w:spacing w:after="0"/>
            </w:pPr>
            <w:r>
              <w:rPr>
                <w:sz w:val="18"/>
              </w:rPr>
              <w:t>6</w:t>
            </w:r>
          </w:p>
        </w:tc>
        <w:tc>
          <w:tcPr>
            <w:tcW w:w="3173" w:type="dxa"/>
            <w:vAlign w:val="center"/>
          </w:tcPr>
          <w:p w14:paraId="07CE8544" w14:textId="77777777" w:rsidR="009F14C8" w:rsidRDefault="00000000">
            <w:pPr>
              <w:spacing w:after="0"/>
            </w:pPr>
            <w:r>
              <w:rPr>
                <w:sz w:val="18"/>
              </w:rPr>
              <w:t>%14,0</w:t>
            </w:r>
          </w:p>
        </w:tc>
      </w:tr>
      <w:tr w:rsidR="009F14C8" w14:paraId="634A27E0" w14:textId="77777777">
        <w:trPr>
          <w:jc w:val="center"/>
        </w:trPr>
        <w:tc>
          <w:tcPr>
            <w:tcW w:w="3173" w:type="dxa"/>
            <w:vAlign w:val="center"/>
          </w:tcPr>
          <w:p w14:paraId="2F0F3ACE" w14:textId="77777777" w:rsidR="009F14C8" w:rsidRDefault="00000000">
            <w:pPr>
              <w:spacing w:after="0"/>
            </w:pPr>
            <w:r>
              <w:rPr>
                <w:sz w:val="18"/>
              </w:rPr>
              <w:lastRenderedPageBreak/>
              <w:t>1 = Kesinlikle Katılmıyorum</w:t>
            </w:r>
          </w:p>
        </w:tc>
        <w:tc>
          <w:tcPr>
            <w:tcW w:w="3173" w:type="dxa"/>
            <w:vAlign w:val="center"/>
          </w:tcPr>
          <w:p w14:paraId="764FADD3" w14:textId="77777777" w:rsidR="009F14C8" w:rsidRDefault="00000000">
            <w:pPr>
              <w:spacing w:after="0"/>
            </w:pPr>
            <w:r>
              <w:rPr>
                <w:sz w:val="18"/>
              </w:rPr>
              <w:t>4</w:t>
            </w:r>
          </w:p>
        </w:tc>
        <w:tc>
          <w:tcPr>
            <w:tcW w:w="3173" w:type="dxa"/>
            <w:vAlign w:val="center"/>
          </w:tcPr>
          <w:p w14:paraId="69CC724F" w14:textId="77777777" w:rsidR="009F14C8" w:rsidRDefault="00000000">
            <w:pPr>
              <w:spacing w:after="0"/>
            </w:pPr>
            <w:r>
              <w:rPr>
                <w:sz w:val="18"/>
              </w:rPr>
              <w:t>%9,3</w:t>
            </w:r>
          </w:p>
        </w:tc>
      </w:tr>
      <w:tr w:rsidR="009F14C8" w14:paraId="22973F0C" w14:textId="77777777">
        <w:trPr>
          <w:jc w:val="center"/>
        </w:trPr>
        <w:tc>
          <w:tcPr>
            <w:tcW w:w="3173" w:type="dxa"/>
            <w:vAlign w:val="center"/>
          </w:tcPr>
          <w:p w14:paraId="2EE89AC9" w14:textId="77777777" w:rsidR="009F14C8" w:rsidRDefault="00000000">
            <w:pPr>
              <w:spacing w:after="0"/>
            </w:pPr>
            <w:r>
              <w:rPr>
                <w:sz w:val="18"/>
              </w:rPr>
              <w:t>Ortalama</w:t>
            </w:r>
          </w:p>
        </w:tc>
        <w:tc>
          <w:tcPr>
            <w:tcW w:w="3173" w:type="dxa"/>
            <w:vAlign w:val="center"/>
          </w:tcPr>
          <w:p w14:paraId="2C86E5C4" w14:textId="77777777" w:rsidR="009F14C8" w:rsidRDefault="009F14C8">
            <w:pPr>
              <w:spacing w:after="0"/>
            </w:pPr>
          </w:p>
        </w:tc>
        <w:tc>
          <w:tcPr>
            <w:tcW w:w="3173" w:type="dxa"/>
            <w:vAlign w:val="center"/>
          </w:tcPr>
          <w:p w14:paraId="4E295463" w14:textId="77777777" w:rsidR="009F14C8" w:rsidRDefault="00000000">
            <w:pPr>
              <w:spacing w:after="0"/>
            </w:pPr>
            <w:r>
              <w:rPr>
                <w:sz w:val="18"/>
              </w:rPr>
              <w:t>3,65 / 5,00</w:t>
            </w:r>
          </w:p>
        </w:tc>
      </w:tr>
    </w:tbl>
    <w:p w14:paraId="1F5A641C" w14:textId="77777777" w:rsidR="009F14C8" w:rsidRDefault="00000000">
      <w:r>
        <w:rPr>
          <w:noProof/>
        </w:rPr>
        <w:drawing>
          <wp:inline distT="0" distB="0" distL="0" distR="0" wp14:anchorId="3A131FCA" wp14:editId="0AB74DB2">
            <wp:extent cx="4343400" cy="2453523"/>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47.png"/>
                    <pic:cNvPicPr/>
                  </pic:nvPicPr>
                  <pic:blipFill>
                    <a:blip r:embed="rId57"/>
                    <a:stretch>
                      <a:fillRect/>
                    </a:stretch>
                  </pic:blipFill>
                  <pic:spPr>
                    <a:xfrm>
                      <a:off x="0" y="0"/>
                      <a:ext cx="4343400" cy="2453523"/>
                    </a:xfrm>
                    <a:prstGeom prst="rect">
                      <a:avLst/>
                    </a:prstGeom>
                  </pic:spPr>
                </pic:pic>
              </a:graphicData>
            </a:graphic>
          </wp:inline>
        </w:drawing>
      </w:r>
    </w:p>
    <w:p w14:paraId="69BF5B37" w14:textId="77777777" w:rsidR="009F14C8" w:rsidRDefault="00000000">
      <w:pPr>
        <w:pStyle w:val="Balk3"/>
      </w:pPr>
      <w:bookmarkStart w:id="58" w:name="_Toc232111761"/>
      <w:r>
        <w:t>5.48. Madde 48’e İlişkin Bulgular</w:t>
      </w:r>
      <w:bookmarkEnd w:id="58"/>
    </w:p>
    <w:p w14:paraId="6D1B2D09" w14:textId="77777777" w:rsidR="009F14C8" w:rsidRDefault="00000000">
      <w:r>
        <w:rPr>
          <w:b/>
          <w:i/>
        </w:rPr>
        <w:t>(Fakültemiz bünyesindeki programların araştırma odaklı bir yapıya sahip olduğunu ve bilimsel üretime doğrudan katkı sağladığını düşünüyorum.)</w:t>
      </w:r>
    </w:p>
    <w:p w14:paraId="469BAD3A" w14:textId="77777777" w:rsidR="009F14C8" w:rsidRDefault="00000000">
      <w:r>
        <w:t>Katılımcıların; 15'i (%34,9) Kesinlikle Katılıyorum, 9'i (%20,9) Katılıyorum, 14'i (%32,6) Kararsızım, 3'i (%7,0) Katılmıyorum, 2'i (%4,7) Kesinlikle Katılmıyorum şeklinde görüş bildirmiştir. Bu maddeye geçerli yanıt veren katılımcı sayısı 43'dir.</w:t>
      </w:r>
    </w:p>
    <w:p w14:paraId="5D5166C1" w14:textId="77777777" w:rsidR="009F14C8" w:rsidRDefault="00000000">
      <w:r>
        <w:t>Ortalama puanın 3,74/5,00 olması, olumlu görüş oranının %55,8, kararsız görüş oranının %32,6 ve olumsuz görüş oranının %11,6 düzeyinde gerçekleşmesi bu sonuçlar, ilgili alanda genel eğilimin olumlu olduğunu; bununla birlikte kararsız ve olumsuz görüşlerin de iyileştirme süreçlerinde dikkate alınması gerektiğini göstermektedir.</w:t>
      </w:r>
    </w:p>
    <w:tbl>
      <w:tblPr>
        <w:tblStyle w:val="TabloKlavuzu"/>
        <w:tblW w:w="0" w:type="auto"/>
        <w:jc w:val="center"/>
        <w:tblLook w:val="04A0" w:firstRow="1" w:lastRow="0" w:firstColumn="1" w:lastColumn="0" w:noHBand="0" w:noVBand="1"/>
      </w:tblPr>
      <w:tblGrid>
        <w:gridCol w:w="3173"/>
        <w:gridCol w:w="3173"/>
        <w:gridCol w:w="3173"/>
      </w:tblGrid>
      <w:tr w:rsidR="009F14C8" w14:paraId="547996F1" w14:textId="77777777">
        <w:trPr>
          <w:jc w:val="center"/>
        </w:trPr>
        <w:tc>
          <w:tcPr>
            <w:tcW w:w="3173" w:type="dxa"/>
            <w:vAlign w:val="center"/>
          </w:tcPr>
          <w:p w14:paraId="16DFEE68" w14:textId="77777777" w:rsidR="009F14C8" w:rsidRDefault="00000000">
            <w:pPr>
              <w:spacing w:after="0"/>
            </w:pPr>
            <w:r>
              <w:rPr>
                <w:sz w:val="18"/>
              </w:rPr>
              <w:t>Seçenek</w:t>
            </w:r>
          </w:p>
        </w:tc>
        <w:tc>
          <w:tcPr>
            <w:tcW w:w="3173" w:type="dxa"/>
            <w:vAlign w:val="center"/>
          </w:tcPr>
          <w:p w14:paraId="27C9BBAA" w14:textId="77777777" w:rsidR="009F14C8" w:rsidRDefault="00000000">
            <w:pPr>
              <w:spacing w:after="0"/>
            </w:pPr>
            <w:r>
              <w:rPr>
                <w:sz w:val="18"/>
              </w:rPr>
              <w:t>Frekans</w:t>
            </w:r>
          </w:p>
        </w:tc>
        <w:tc>
          <w:tcPr>
            <w:tcW w:w="3173" w:type="dxa"/>
            <w:vAlign w:val="center"/>
          </w:tcPr>
          <w:p w14:paraId="01311EDC" w14:textId="77777777" w:rsidR="009F14C8" w:rsidRDefault="00000000">
            <w:pPr>
              <w:spacing w:after="0"/>
            </w:pPr>
            <w:r>
              <w:rPr>
                <w:sz w:val="18"/>
              </w:rPr>
              <w:t>Oran</w:t>
            </w:r>
          </w:p>
        </w:tc>
      </w:tr>
      <w:tr w:rsidR="009F14C8" w14:paraId="4367978C" w14:textId="77777777">
        <w:trPr>
          <w:jc w:val="center"/>
        </w:trPr>
        <w:tc>
          <w:tcPr>
            <w:tcW w:w="3173" w:type="dxa"/>
            <w:vAlign w:val="center"/>
          </w:tcPr>
          <w:p w14:paraId="57A07E28" w14:textId="77777777" w:rsidR="009F14C8" w:rsidRDefault="00000000">
            <w:pPr>
              <w:spacing w:after="0"/>
            </w:pPr>
            <w:r>
              <w:rPr>
                <w:sz w:val="18"/>
              </w:rPr>
              <w:t>5 = Kesinlikle Katılıyorum</w:t>
            </w:r>
          </w:p>
        </w:tc>
        <w:tc>
          <w:tcPr>
            <w:tcW w:w="3173" w:type="dxa"/>
            <w:vAlign w:val="center"/>
          </w:tcPr>
          <w:p w14:paraId="4314AB55" w14:textId="77777777" w:rsidR="009F14C8" w:rsidRDefault="00000000">
            <w:pPr>
              <w:spacing w:after="0"/>
            </w:pPr>
            <w:r>
              <w:rPr>
                <w:sz w:val="18"/>
              </w:rPr>
              <w:t>15</w:t>
            </w:r>
          </w:p>
        </w:tc>
        <w:tc>
          <w:tcPr>
            <w:tcW w:w="3173" w:type="dxa"/>
            <w:vAlign w:val="center"/>
          </w:tcPr>
          <w:p w14:paraId="0AFDBDD0" w14:textId="77777777" w:rsidR="009F14C8" w:rsidRDefault="00000000">
            <w:pPr>
              <w:spacing w:after="0"/>
            </w:pPr>
            <w:r>
              <w:rPr>
                <w:sz w:val="18"/>
              </w:rPr>
              <w:t>%34,9</w:t>
            </w:r>
          </w:p>
        </w:tc>
      </w:tr>
      <w:tr w:rsidR="009F14C8" w14:paraId="21E48A3F" w14:textId="77777777">
        <w:trPr>
          <w:jc w:val="center"/>
        </w:trPr>
        <w:tc>
          <w:tcPr>
            <w:tcW w:w="3173" w:type="dxa"/>
            <w:vAlign w:val="center"/>
          </w:tcPr>
          <w:p w14:paraId="782DBE88" w14:textId="77777777" w:rsidR="009F14C8" w:rsidRDefault="00000000">
            <w:pPr>
              <w:spacing w:after="0"/>
            </w:pPr>
            <w:r>
              <w:rPr>
                <w:sz w:val="18"/>
              </w:rPr>
              <w:t>4 = Katılıyorum</w:t>
            </w:r>
          </w:p>
        </w:tc>
        <w:tc>
          <w:tcPr>
            <w:tcW w:w="3173" w:type="dxa"/>
            <w:vAlign w:val="center"/>
          </w:tcPr>
          <w:p w14:paraId="0DF35E19" w14:textId="77777777" w:rsidR="009F14C8" w:rsidRDefault="00000000">
            <w:pPr>
              <w:spacing w:after="0"/>
            </w:pPr>
            <w:r>
              <w:rPr>
                <w:sz w:val="18"/>
              </w:rPr>
              <w:t>9</w:t>
            </w:r>
          </w:p>
        </w:tc>
        <w:tc>
          <w:tcPr>
            <w:tcW w:w="3173" w:type="dxa"/>
            <w:vAlign w:val="center"/>
          </w:tcPr>
          <w:p w14:paraId="4C6D8DC5" w14:textId="77777777" w:rsidR="009F14C8" w:rsidRDefault="00000000">
            <w:pPr>
              <w:spacing w:after="0"/>
            </w:pPr>
            <w:r>
              <w:rPr>
                <w:sz w:val="18"/>
              </w:rPr>
              <w:t>%20,9</w:t>
            </w:r>
          </w:p>
        </w:tc>
      </w:tr>
      <w:tr w:rsidR="009F14C8" w14:paraId="618792DD" w14:textId="77777777">
        <w:trPr>
          <w:jc w:val="center"/>
        </w:trPr>
        <w:tc>
          <w:tcPr>
            <w:tcW w:w="3173" w:type="dxa"/>
            <w:vAlign w:val="center"/>
          </w:tcPr>
          <w:p w14:paraId="579857E5" w14:textId="77777777" w:rsidR="009F14C8" w:rsidRDefault="00000000">
            <w:pPr>
              <w:spacing w:after="0"/>
            </w:pPr>
            <w:r>
              <w:rPr>
                <w:sz w:val="18"/>
              </w:rPr>
              <w:t>3 = Kararsızım</w:t>
            </w:r>
          </w:p>
        </w:tc>
        <w:tc>
          <w:tcPr>
            <w:tcW w:w="3173" w:type="dxa"/>
            <w:vAlign w:val="center"/>
          </w:tcPr>
          <w:p w14:paraId="0A70D133" w14:textId="77777777" w:rsidR="009F14C8" w:rsidRDefault="00000000">
            <w:pPr>
              <w:spacing w:after="0"/>
            </w:pPr>
            <w:r>
              <w:rPr>
                <w:sz w:val="18"/>
              </w:rPr>
              <w:t>14</w:t>
            </w:r>
          </w:p>
        </w:tc>
        <w:tc>
          <w:tcPr>
            <w:tcW w:w="3173" w:type="dxa"/>
            <w:vAlign w:val="center"/>
          </w:tcPr>
          <w:p w14:paraId="25163F4F" w14:textId="77777777" w:rsidR="009F14C8" w:rsidRDefault="00000000">
            <w:pPr>
              <w:spacing w:after="0"/>
            </w:pPr>
            <w:r>
              <w:rPr>
                <w:sz w:val="18"/>
              </w:rPr>
              <w:t>%32,6</w:t>
            </w:r>
          </w:p>
        </w:tc>
      </w:tr>
      <w:tr w:rsidR="009F14C8" w14:paraId="36F8B60B" w14:textId="77777777">
        <w:trPr>
          <w:jc w:val="center"/>
        </w:trPr>
        <w:tc>
          <w:tcPr>
            <w:tcW w:w="3173" w:type="dxa"/>
            <w:vAlign w:val="center"/>
          </w:tcPr>
          <w:p w14:paraId="291A07F8" w14:textId="77777777" w:rsidR="009F14C8" w:rsidRDefault="00000000">
            <w:pPr>
              <w:spacing w:after="0"/>
            </w:pPr>
            <w:r>
              <w:rPr>
                <w:sz w:val="18"/>
              </w:rPr>
              <w:t>2 = Katılmıyorum</w:t>
            </w:r>
          </w:p>
        </w:tc>
        <w:tc>
          <w:tcPr>
            <w:tcW w:w="3173" w:type="dxa"/>
            <w:vAlign w:val="center"/>
          </w:tcPr>
          <w:p w14:paraId="66B08D35" w14:textId="77777777" w:rsidR="009F14C8" w:rsidRDefault="00000000">
            <w:pPr>
              <w:spacing w:after="0"/>
            </w:pPr>
            <w:r>
              <w:rPr>
                <w:sz w:val="18"/>
              </w:rPr>
              <w:t>3</w:t>
            </w:r>
          </w:p>
        </w:tc>
        <w:tc>
          <w:tcPr>
            <w:tcW w:w="3173" w:type="dxa"/>
            <w:vAlign w:val="center"/>
          </w:tcPr>
          <w:p w14:paraId="1E261B79" w14:textId="77777777" w:rsidR="009F14C8" w:rsidRDefault="00000000">
            <w:pPr>
              <w:spacing w:after="0"/>
            </w:pPr>
            <w:r>
              <w:rPr>
                <w:sz w:val="18"/>
              </w:rPr>
              <w:t>%7,0</w:t>
            </w:r>
          </w:p>
        </w:tc>
      </w:tr>
      <w:tr w:rsidR="009F14C8" w14:paraId="4E80EA08" w14:textId="77777777">
        <w:trPr>
          <w:jc w:val="center"/>
        </w:trPr>
        <w:tc>
          <w:tcPr>
            <w:tcW w:w="3173" w:type="dxa"/>
            <w:vAlign w:val="center"/>
          </w:tcPr>
          <w:p w14:paraId="7E6C899A" w14:textId="77777777" w:rsidR="009F14C8" w:rsidRDefault="00000000">
            <w:pPr>
              <w:spacing w:after="0"/>
            </w:pPr>
            <w:r>
              <w:rPr>
                <w:sz w:val="18"/>
              </w:rPr>
              <w:t>1 = Kesinlikle Katılmıyorum</w:t>
            </w:r>
          </w:p>
        </w:tc>
        <w:tc>
          <w:tcPr>
            <w:tcW w:w="3173" w:type="dxa"/>
            <w:vAlign w:val="center"/>
          </w:tcPr>
          <w:p w14:paraId="24E7CF56" w14:textId="77777777" w:rsidR="009F14C8" w:rsidRDefault="00000000">
            <w:pPr>
              <w:spacing w:after="0"/>
            </w:pPr>
            <w:r>
              <w:rPr>
                <w:sz w:val="18"/>
              </w:rPr>
              <w:t>2</w:t>
            </w:r>
          </w:p>
        </w:tc>
        <w:tc>
          <w:tcPr>
            <w:tcW w:w="3173" w:type="dxa"/>
            <w:vAlign w:val="center"/>
          </w:tcPr>
          <w:p w14:paraId="6C09C96A" w14:textId="77777777" w:rsidR="009F14C8" w:rsidRDefault="00000000">
            <w:pPr>
              <w:spacing w:after="0"/>
            </w:pPr>
            <w:r>
              <w:rPr>
                <w:sz w:val="18"/>
              </w:rPr>
              <w:t>%4,7</w:t>
            </w:r>
          </w:p>
        </w:tc>
      </w:tr>
      <w:tr w:rsidR="009F14C8" w14:paraId="4A9E6934" w14:textId="77777777">
        <w:trPr>
          <w:jc w:val="center"/>
        </w:trPr>
        <w:tc>
          <w:tcPr>
            <w:tcW w:w="3173" w:type="dxa"/>
            <w:vAlign w:val="center"/>
          </w:tcPr>
          <w:p w14:paraId="429F1EEE" w14:textId="77777777" w:rsidR="009F14C8" w:rsidRDefault="00000000">
            <w:pPr>
              <w:spacing w:after="0"/>
            </w:pPr>
            <w:r>
              <w:rPr>
                <w:sz w:val="18"/>
              </w:rPr>
              <w:t>Ortalama</w:t>
            </w:r>
          </w:p>
        </w:tc>
        <w:tc>
          <w:tcPr>
            <w:tcW w:w="3173" w:type="dxa"/>
            <w:vAlign w:val="center"/>
          </w:tcPr>
          <w:p w14:paraId="6D726B1F" w14:textId="77777777" w:rsidR="009F14C8" w:rsidRDefault="009F14C8">
            <w:pPr>
              <w:spacing w:after="0"/>
            </w:pPr>
          </w:p>
        </w:tc>
        <w:tc>
          <w:tcPr>
            <w:tcW w:w="3173" w:type="dxa"/>
            <w:vAlign w:val="center"/>
          </w:tcPr>
          <w:p w14:paraId="59847C38" w14:textId="77777777" w:rsidR="009F14C8" w:rsidRDefault="00000000">
            <w:pPr>
              <w:spacing w:after="0"/>
            </w:pPr>
            <w:r>
              <w:rPr>
                <w:sz w:val="18"/>
              </w:rPr>
              <w:t>3,74 / 5,00</w:t>
            </w:r>
          </w:p>
        </w:tc>
      </w:tr>
    </w:tbl>
    <w:p w14:paraId="3A36C935" w14:textId="77777777" w:rsidR="009F14C8" w:rsidRDefault="00000000">
      <w:r>
        <w:rPr>
          <w:noProof/>
        </w:rPr>
        <w:lastRenderedPageBreak/>
        <w:drawing>
          <wp:inline distT="0" distB="0" distL="0" distR="0" wp14:anchorId="352C59D1" wp14:editId="017E6A97">
            <wp:extent cx="4343400" cy="2453523"/>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48.png"/>
                    <pic:cNvPicPr/>
                  </pic:nvPicPr>
                  <pic:blipFill>
                    <a:blip r:embed="rId58"/>
                    <a:stretch>
                      <a:fillRect/>
                    </a:stretch>
                  </pic:blipFill>
                  <pic:spPr>
                    <a:xfrm>
                      <a:off x="0" y="0"/>
                      <a:ext cx="4343400" cy="2453523"/>
                    </a:xfrm>
                    <a:prstGeom prst="rect">
                      <a:avLst/>
                    </a:prstGeom>
                  </pic:spPr>
                </pic:pic>
              </a:graphicData>
            </a:graphic>
          </wp:inline>
        </w:drawing>
      </w:r>
    </w:p>
    <w:p w14:paraId="62D1BD82" w14:textId="77777777" w:rsidR="009F14C8" w:rsidRDefault="00000000">
      <w:pPr>
        <w:pStyle w:val="Balk3"/>
      </w:pPr>
      <w:bookmarkStart w:id="59" w:name="_Toc232111762"/>
      <w:r>
        <w:t>5.49. Madde 49’e İlişkin Bulgular</w:t>
      </w:r>
      <w:bookmarkEnd w:id="59"/>
    </w:p>
    <w:p w14:paraId="23601A77" w14:textId="77777777" w:rsidR="009F14C8" w:rsidRDefault="00000000">
      <w:r>
        <w:rPr>
          <w:b/>
          <w:i/>
        </w:rPr>
        <w:t>(Genç araştırmacılar ve akademik çalışmalar için sunulan imkanların (kadro, çalışma alanı, laboratuvar izni vb.) yeterli olduğunu düşünüyorum.)</w:t>
      </w:r>
    </w:p>
    <w:p w14:paraId="38E412D5" w14:textId="77777777" w:rsidR="009F14C8" w:rsidRDefault="00000000">
      <w:r>
        <w:t>Katılımcıların; 14'i (%32,6) Kesinlikle Katılıyorum, 8'i (%18,6) Katılıyorum, 13'i (%30,2) Kararsızım, 5'i (%11,6) Katılmıyorum, 3'i (%7,0) Kesinlikle Katılmıyorum şeklinde görüş bildirmiştir. Bu maddeye geçerli yanıt veren katılımcı sayısı 43'dir.</w:t>
      </w:r>
    </w:p>
    <w:p w14:paraId="20B359C9" w14:textId="77777777" w:rsidR="009F14C8" w:rsidRDefault="00000000">
      <w:r>
        <w:t>Ortalama puanın 3,58/5,00 olması, olumlu görüş oranının %51,2, kararsız görüş oranının %30,2 ve olumsuz görüş oranının %18,6 düzeyinde gerçekleşmesi bu sonuçlar, ilgili alanda genel eğilimin olumlu olduğunu; bununla birlikte kararsız ve olumsuz görüşlerin de iyileştirme süreçlerinde dikkate alınması gerektiğini göstermektedir.</w:t>
      </w:r>
    </w:p>
    <w:tbl>
      <w:tblPr>
        <w:tblStyle w:val="TabloKlavuzu"/>
        <w:tblW w:w="0" w:type="auto"/>
        <w:jc w:val="center"/>
        <w:tblLook w:val="04A0" w:firstRow="1" w:lastRow="0" w:firstColumn="1" w:lastColumn="0" w:noHBand="0" w:noVBand="1"/>
      </w:tblPr>
      <w:tblGrid>
        <w:gridCol w:w="3173"/>
        <w:gridCol w:w="3173"/>
        <w:gridCol w:w="3173"/>
      </w:tblGrid>
      <w:tr w:rsidR="009F14C8" w14:paraId="612E2271" w14:textId="77777777">
        <w:trPr>
          <w:jc w:val="center"/>
        </w:trPr>
        <w:tc>
          <w:tcPr>
            <w:tcW w:w="3173" w:type="dxa"/>
            <w:vAlign w:val="center"/>
          </w:tcPr>
          <w:p w14:paraId="1B8836C8" w14:textId="77777777" w:rsidR="009F14C8" w:rsidRDefault="00000000">
            <w:pPr>
              <w:spacing w:after="0"/>
            </w:pPr>
            <w:r>
              <w:rPr>
                <w:sz w:val="18"/>
              </w:rPr>
              <w:t>Seçenek</w:t>
            </w:r>
          </w:p>
        </w:tc>
        <w:tc>
          <w:tcPr>
            <w:tcW w:w="3173" w:type="dxa"/>
            <w:vAlign w:val="center"/>
          </w:tcPr>
          <w:p w14:paraId="53AA6A6D" w14:textId="77777777" w:rsidR="009F14C8" w:rsidRDefault="00000000">
            <w:pPr>
              <w:spacing w:after="0"/>
            </w:pPr>
            <w:r>
              <w:rPr>
                <w:sz w:val="18"/>
              </w:rPr>
              <w:t>Frekans</w:t>
            </w:r>
          </w:p>
        </w:tc>
        <w:tc>
          <w:tcPr>
            <w:tcW w:w="3173" w:type="dxa"/>
            <w:vAlign w:val="center"/>
          </w:tcPr>
          <w:p w14:paraId="4BC1B449" w14:textId="77777777" w:rsidR="009F14C8" w:rsidRDefault="00000000">
            <w:pPr>
              <w:spacing w:after="0"/>
            </w:pPr>
            <w:r>
              <w:rPr>
                <w:sz w:val="18"/>
              </w:rPr>
              <w:t>Oran</w:t>
            </w:r>
          </w:p>
        </w:tc>
      </w:tr>
      <w:tr w:rsidR="009F14C8" w14:paraId="07496824" w14:textId="77777777">
        <w:trPr>
          <w:jc w:val="center"/>
        </w:trPr>
        <w:tc>
          <w:tcPr>
            <w:tcW w:w="3173" w:type="dxa"/>
            <w:vAlign w:val="center"/>
          </w:tcPr>
          <w:p w14:paraId="41EC45A8" w14:textId="77777777" w:rsidR="009F14C8" w:rsidRDefault="00000000">
            <w:pPr>
              <w:spacing w:after="0"/>
            </w:pPr>
            <w:r>
              <w:rPr>
                <w:sz w:val="18"/>
              </w:rPr>
              <w:t>5 = Kesinlikle Katılıyorum</w:t>
            </w:r>
          </w:p>
        </w:tc>
        <w:tc>
          <w:tcPr>
            <w:tcW w:w="3173" w:type="dxa"/>
            <w:vAlign w:val="center"/>
          </w:tcPr>
          <w:p w14:paraId="20391A7F" w14:textId="77777777" w:rsidR="009F14C8" w:rsidRDefault="00000000">
            <w:pPr>
              <w:spacing w:after="0"/>
            </w:pPr>
            <w:r>
              <w:rPr>
                <w:sz w:val="18"/>
              </w:rPr>
              <w:t>14</w:t>
            </w:r>
          </w:p>
        </w:tc>
        <w:tc>
          <w:tcPr>
            <w:tcW w:w="3173" w:type="dxa"/>
            <w:vAlign w:val="center"/>
          </w:tcPr>
          <w:p w14:paraId="49BA3328" w14:textId="77777777" w:rsidR="009F14C8" w:rsidRDefault="00000000">
            <w:pPr>
              <w:spacing w:after="0"/>
            </w:pPr>
            <w:r>
              <w:rPr>
                <w:sz w:val="18"/>
              </w:rPr>
              <w:t>%32,6</w:t>
            </w:r>
          </w:p>
        </w:tc>
      </w:tr>
      <w:tr w:rsidR="009F14C8" w14:paraId="237CD26E" w14:textId="77777777">
        <w:trPr>
          <w:jc w:val="center"/>
        </w:trPr>
        <w:tc>
          <w:tcPr>
            <w:tcW w:w="3173" w:type="dxa"/>
            <w:vAlign w:val="center"/>
          </w:tcPr>
          <w:p w14:paraId="262CE20E" w14:textId="77777777" w:rsidR="009F14C8" w:rsidRDefault="00000000">
            <w:pPr>
              <w:spacing w:after="0"/>
            </w:pPr>
            <w:r>
              <w:rPr>
                <w:sz w:val="18"/>
              </w:rPr>
              <w:t>4 = Katılıyorum</w:t>
            </w:r>
          </w:p>
        </w:tc>
        <w:tc>
          <w:tcPr>
            <w:tcW w:w="3173" w:type="dxa"/>
            <w:vAlign w:val="center"/>
          </w:tcPr>
          <w:p w14:paraId="22E8F6AC" w14:textId="77777777" w:rsidR="009F14C8" w:rsidRDefault="00000000">
            <w:pPr>
              <w:spacing w:after="0"/>
            </w:pPr>
            <w:r>
              <w:rPr>
                <w:sz w:val="18"/>
              </w:rPr>
              <w:t>8</w:t>
            </w:r>
          </w:p>
        </w:tc>
        <w:tc>
          <w:tcPr>
            <w:tcW w:w="3173" w:type="dxa"/>
            <w:vAlign w:val="center"/>
          </w:tcPr>
          <w:p w14:paraId="5E4BF82E" w14:textId="77777777" w:rsidR="009F14C8" w:rsidRDefault="00000000">
            <w:pPr>
              <w:spacing w:after="0"/>
            </w:pPr>
            <w:r>
              <w:rPr>
                <w:sz w:val="18"/>
              </w:rPr>
              <w:t>%18,6</w:t>
            </w:r>
          </w:p>
        </w:tc>
      </w:tr>
      <w:tr w:rsidR="009F14C8" w14:paraId="3723ED85" w14:textId="77777777">
        <w:trPr>
          <w:jc w:val="center"/>
        </w:trPr>
        <w:tc>
          <w:tcPr>
            <w:tcW w:w="3173" w:type="dxa"/>
            <w:vAlign w:val="center"/>
          </w:tcPr>
          <w:p w14:paraId="06A19803" w14:textId="77777777" w:rsidR="009F14C8" w:rsidRDefault="00000000">
            <w:pPr>
              <w:spacing w:after="0"/>
            </w:pPr>
            <w:r>
              <w:rPr>
                <w:sz w:val="18"/>
              </w:rPr>
              <w:t>3 = Kararsızım</w:t>
            </w:r>
          </w:p>
        </w:tc>
        <w:tc>
          <w:tcPr>
            <w:tcW w:w="3173" w:type="dxa"/>
            <w:vAlign w:val="center"/>
          </w:tcPr>
          <w:p w14:paraId="00515A99" w14:textId="77777777" w:rsidR="009F14C8" w:rsidRDefault="00000000">
            <w:pPr>
              <w:spacing w:after="0"/>
            </w:pPr>
            <w:r>
              <w:rPr>
                <w:sz w:val="18"/>
              </w:rPr>
              <w:t>13</w:t>
            </w:r>
          </w:p>
        </w:tc>
        <w:tc>
          <w:tcPr>
            <w:tcW w:w="3173" w:type="dxa"/>
            <w:vAlign w:val="center"/>
          </w:tcPr>
          <w:p w14:paraId="4C0D5934" w14:textId="77777777" w:rsidR="009F14C8" w:rsidRDefault="00000000">
            <w:pPr>
              <w:spacing w:after="0"/>
            </w:pPr>
            <w:r>
              <w:rPr>
                <w:sz w:val="18"/>
              </w:rPr>
              <w:t>%30,2</w:t>
            </w:r>
          </w:p>
        </w:tc>
      </w:tr>
      <w:tr w:rsidR="009F14C8" w14:paraId="7BE632F7" w14:textId="77777777">
        <w:trPr>
          <w:jc w:val="center"/>
        </w:trPr>
        <w:tc>
          <w:tcPr>
            <w:tcW w:w="3173" w:type="dxa"/>
            <w:vAlign w:val="center"/>
          </w:tcPr>
          <w:p w14:paraId="785BD012" w14:textId="77777777" w:rsidR="009F14C8" w:rsidRDefault="00000000">
            <w:pPr>
              <w:spacing w:after="0"/>
            </w:pPr>
            <w:r>
              <w:rPr>
                <w:sz w:val="18"/>
              </w:rPr>
              <w:t>2 = Katılmıyorum</w:t>
            </w:r>
          </w:p>
        </w:tc>
        <w:tc>
          <w:tcPr>
            <w:tcW w:w="3173" w:type="dxa"/>
            <w:vAlign w:val="center"/>
          </w:tcPr>
          <w:p w14:paraId="754A2AB0" w14:textId="77777777" w:rsidR="009F14C8" w:rsidRDefault="00000000">
            <w:pPr>
              <w:spacing w:after="0"/>
            </w:pPr>
            <w:r>
              <w:rPr>
                <w:sz w:val="18"/>
              </w:rPr>
              <w:t>5</w:t>
            </w:r>
          </w:p>
        </w:tc>
        <w:tc>
          <w:tcPr>
            <w:tcW w:w="3173" w:type="dxa"/>
            <w:vAlign w:val="center"/>
          </w:tcPr>
          <w:p w14:paraId="39548E5C" w14:textId="77777777" w:rsidR="009F14C8" w:rsidRDefault="00000000">
            <w:pPr>
              <w:spacing w:after="0"/>
            </w:pPr>
            <w:r>
              <w:rPr>
                <w:sz w:val="18"/>
              </w:rPr>
              <w:t>%11,6</w:t>
            </w:r>
          </w:p>
        </w:tc>
      </w:tr>
      <w:tr w:rsidR="009F14C8" w14:paraId="29F92C56" w14:textId="77777777">
        <w:trPr>
          <w:jc w:val="center"/>
        </w:trPr>
        <w:tc>
          <w:tcPr>
            <w:tcW w:w="3173" w:type="dxa"/>
            <w:vAlign w:val="center"/>
          </w:tcPr>
          <w:p w14:paraId="493E1BE0" w14:textId="77777777" w:rsidR="009F14C8" w:rsidRDefault="00000000">
            <w:pPr>
              <w:spacing w:after="0"/>
            </w:pPr>
            <w:r>
              <w:rPr>
                <w:sz w:val="18"/>
              </w:rPr>
              <w:t>1 = Kesinlikle Katılmıyorum</w:t>
            </w:r>
          </w:p>
        </w:tc>
        <w:tc>
          <w:tcPr>
            <w:tcW w:w="3173" w:type="dxa"/>
            <w:vAlign w:val="center"/>
          </w:tcPr>
          <w:p w14:paraId="6EC03AD0" w14:textId="77777777" w:rsidR="009F14C8" w:rsidRDefault="00000000">
            <w:pPr>
              <w:spacing w:after="0"/>
            </w:pPr>
            <w:r>
              <w:rPr>
                <w:sz w:val="18"/>
              </w:rPr>
              <w:t>3</w:t>
            </w:r>
          </w:p>
        </w:tc>
        <w:tc>
          <w:tcPr>
            <w:tcW w:w="3173" w:type="dxa"/>
            <w:vAlign w:val="center"/>
          </w:tcPr>
          <w:p w14:paraId="5F9D209E" w14:textId="77777777" w:rsidR="009F14C8" w:rsidRDefault="00000000">
            <w:pPr>
              <w:spacing w:after="0"/>
            </w:pPr>
            <w:r>
              <w:rPr>
                <w:sz w:val="18"/>
              </w:rPr>
              <w:t>%7,0</w:t>
            </w:r>
          </w:p>
        </w:tc>
      </w:tr>
      <w:tr w:rsidR="009F14C8" w14:paraId="24601798" w14:textId="77777777">
        <w:trPr>
          <w:jc w:val="center"/>
        </w:trPr>
        <w:tc>
          <w:tcPr>
            <w:tcW w:w="3173" w:type="dxa"/>
            <w:vAlign w:val="center"/>
          </w:tcPr>
          <w:p w14:paraId="57269809" w14:textId="77777777" w:rsidR="009F14C8" w:rsidRDefault="00000000">
            <w:pPr>
              <w:spacing w:after="0"/>
            </w:pPr>
            <w:r>
              <w:rPr>
                <w:sz w:val="18"/>
              </w:rPr>
              <w:t>Ortalama</w:t>
            </w:r>
          </w:p>
        </w:tc>
        <w:tc>
          <w:tcPr>
            <w:tcW w:w="3173" w:type="dxa"/>
            <w:vAlign w:val="center"/>
          </w:tcPr>
          <w:p w14:paraId="7EA38554" w14:textId="77777777" w:rsidR="009F14C8" w:rsidRDefault="009F14C8">
            <w:pPr>
              <w:spacing w:after="0"/>
            </w:pPr>
          </w:p>
        </w:tc>
        <w:tc>
          <w:tcPr>
            <w:tcW w:w="3173" w:type="dxa"/>
            <w:vAlign w:val="center"/>
          </w:tcPr>
          <w:p w14:paraId="623EF594" w14:textId="77777777" w:rsidR="009F14C8" w:rsidRDefault="00000000">
            <w:pPr>
              <w:spacing w:after="0"/>
            </w:pPr>
            <w:r>
              <w:rPr>
                <w:sz w:val="18"/>
              </w:rPr>
              <w:t>3,58 / 5,00</w:t>
            </w:r>
          </w:p>
        </w:tc>
      </w:tr>
    </w:tbl>
    <w:p w14:paraId="1575DA1E" w14:textId="77777777" w:rsidR="009F14C8" w:rsidRDefault="00000000">
      <w:r>
        <w:rPr>
          <w:noProof/>
        </w:rPr>
        <w:drawing>
          <wp:inline distT="0" distB="0" distL="0" distR="0" wp14:anchorId="69CBD727" wp14:editId="4C09EB21">
            <wp:extent cx="4343400" cy="2453523"/>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49.png"/>
                    <pic:cNvPicPr/>
                  </pic:nvPicPr>
                  <pic:blipFill>
                    <a:blip r:embed="rId59"/>
                    <a:stretch>
                      <a:fillRect/>
                    </a:stretch>
                  </pic:blipFill>
                  <pic:spPr>
                    <a:xfrm>
                      <a:off x="0" y="0"/>
                      <a:ext cx="4343400" cy="2453523"/>
                    </a:xfrm>
                    <a:prstGeom prst="rect">
                      <a:avLst/>
                    </a:prstGeom>
                  </pic:spPr>
                </pic:pic>
              </a:graphicData>
            </a:graphic>
          </wp:inline>
        </w:drawing>
      </w:r>
    </w:p>
    <w:p w14:paraId="653D77B4" w14:textId="77777777" w:rsidR="009F14C8" w:rsidRDefault="00000000">
      <w:pPr>
        <w:pStyle w:val="Balk3"/>
      </w:pPr>
      <w:bookmarkStart w:id="60" w:name="_Toc232111763"/>
      <w:r>
        <w:lastRenderedPageBreak/>
        <w:t>5.50. Madde 50’e İlişkin Bulgular</w:t>
      </w:r>
      <w:bookmarkEnd w:id="60"/>
    </w:p>
    <w:p w14:paraId="0226272F" w14:textId="77777777" w:rsidR="009F14C8" w:rsidRDefault="00000000">
      <w:r>
        <w:rPr>
          <w:b/>
          <w:i/>
        </w:rPr>
        <w:t>(Kurumun, araştırma yetkinliklerimi geliştirmem için sunduğu imkanlardan memnunum.)</w:t>
      </w:r>
    </w:p>
    <w:p w14:paraId="0CB9F40B" w14:textId="77777777" w:rsidR="009F14C8" w:rsidRDefault="00000000">
      <w:r>
        <w:t>Katılımcıların; 11'i (%25,6) Kesinlikle Katılıyorum, 8'i (%18,6) Katılıyorum, 14'i (%32,6) Kararsızım, 7'i (%16,3) Katılmıyorum, 3'i (%7,0) Kesinlikle Katılmıyorum şeklinde görüş bildirmiştir. Bu maddeye geçerli yanıt veren katılımcı sayısı 43'dir.</w:t>
      </w:r>
    </w:p>
    <w:p w14:paraId="54D405CA" w14:textId="77777777" w:rsidR="009F14C8" w:rsidRDefault="00000000">
      <w:r>
        <w:t>Ortalama puanın 3,40/5,00 olması, olumlu görüş oranının %44,2, kararsız görüş oranının %32,6 ve olumsuz görüş oranının %23,3 düzeyinde gerçekleşmesi bu sonuçlar, ilgili alanda memnuniyetin orta düzeyde seyrettiğini ve mevcut uygulamaların güçlendirilmesine ihtiyaç bulunduğunu göstermektedir.</w:t>
      </w:r>
    </w:p>
    <w:tbl>
      <w:tblPr>
        <w:tblStyle w:val="TabloKlavuzu"/>
        <w:tblW w:w="0" w:type="auto"/>
        <w:jc w:val="center"/>
        <w:tblLook w:val="04A0" w:firstRow="1" w:lastRow="0" w:firstColumn="1" w:lastColumn="0" w:noHBand="0" w:noVBand="1"/>
      </w:tblPr>
      <w:tblGrid>
        <w:gridCol w:w="3173"/>
        <w:gridCol w:w="3173"/>
        <w:gridCol w:w="3173"/>
      </w:tblGrid>
      <w:tr w:rsidR="009F14C8" w14:paraId="4A7F8BF5" w14:textId="77777777">
        <w:trPr>
          <w:jc w:val="center"/>
        </w:trPr>
        <w:tc>
          <w:tcPr>
            <w:tcW w:w="3173" w:type="dxa"/>
            <w:vAlign w:val="center"/>
          </w:tcPr>
          <w:p w14:paraId="64EF0544" w14:textId="77777777" w:rsidR="009F14C8" w:rsidRDefault="00000000">
            <w:pPr>
              <w:spacing w:after="0"/>
            </w:pPr>
            <w:r>
              <w:rPr>
                <w:sz w:val="18"/>
              </w:rPr>
              <w:t>Seçenek</w:t>
            </w:r>
          </w:p>
        </w:tc>
        <w:tc>
          <w:tcPr>
            <w:tcW w:w="3173" w:type="dxa"/>
            <w:vAlign w:val="center"/>
          </w:tcPr>
          <w:p w14:paraId="40A9EC07" w14:textId="77777777" w:rsidR="009F14C8" w:rsidRDefault="00000000">
            <w:pPr>
              <w:spacing w:after="0"/>
            </w:pPr>
            <w:r>
              <w:rPr>
                <w:sz w:val="18"/>
              </w:rPr>
              <w:t>Frekans</w:t>
            </w:r>
          </w:p>
        </w:tc>
        <w:tc>
          <w:tcPr>
            <w:tcW w:w="3173" w:type="dxa"/>
            <w:vAlign w:val="center"/>
          </w:tcPr>
          <w:p w14:paraId="51D098B7" w14:textId="77777777" w:rsidR="009F14C8" w:rsidRDefault="00000000">
            <w:pPr>
              <w:spacing w:after="0"/>
            </w:pPr>
            <w:r>
              <w:rPr>
                <w:sz w:val="18"/>
              </w:rPr>
              <w:t>Oran</w:t>
            </w:r>
          </w:p>
        </w:tc>
      </w:tr>
      <w:tr w:rsidR="009F14C8" w14:paraId="17D68ACE" w14:textId="77777777">
        <w:trPr>
          <w:jc w:val="center"/>
        </w:trPr>
        <w:tc>
          <w:tcPr>
            <w:tcW w:w="3173" w:type="dxa"/>
            <w:vAlign w:val="center"/>
          </w:tcPr>
          <w:p w14:paraId="1A2909ED" w14:textId="77777777" w:rsidR="009F14C8" w:rsidRDefault="00000000">
            <w:pPr>
              <w:spacing w:after="0"/>
            </w:pPr>
            <w:r>
              <w:rPr>
                <w:sz w:val="18"/>
              </w:rPr>
              <w:t>5 = Kesinlikle Katılıyorum</w:t>
            </w:r>
          </w:p>
        </w:tc>
        <w:tc>
          <w:tcPr>
            <w:tcW w:w="3173" w:type="dxa"/>
            <w:vAlign w:val="center"/>
          </w:tcPr>
          <w:p w14:paraId="336E8D5C" w14:textId="77777777" w:rsidR="009F14C8" w:rsidRDefault="00000000">
            <w:pPr>
              <w:spacing w:after="0"/>
            </w:pPr>
            <w:r>
              <w:rPr>
                <w:sz w:val="18"/>
              </w:rPr>
              <w:t>11</w:t>
            </w:r>
          </w:p>
        </w:tc>
        <w:tc>
          <w:tcPr>
            <w:tcW w:w="3173" w:type="dxa"/>
            <w:vAlign w:val="center"/>
          </w:tcPr>
          <w:p w14:paraId="3331C81B" w14:textId="77777777" w:rsidR="009F14C8" w:rsidRDefault="00000000">
            <w:pPr>
              <w:spacing w:after="0"/>
            </w:pPr>
            <w:r>
              <w:rPr>
                <w:sz w:val="18"/>
              </w:rPr>
              <w:t>%25,6</w:t>
            </w:r>
          </w:p>
        </w:tc>
      </w:tr>
      <w:tr w:rsidR="009F14C8" w14:paraId="055BC535" w14:textId="77777777">
        <w:trPr>
          <w:jc w:val="center"/>
        </w:trPr>
        <w:tc>
          <w:tcPr>
            <w:tcW w:w="3173" w:type="dxa"/>
            <w:vAlign w:val="center"/>
          </w:tcPr>
          <w:p w14:paraId="1C97AFE5" w14:textId="77777777" w:rsidR="009F14C8" w:rsidRDefault="00000000">
            <w:pPr>
              <w:spacing w:after="0"/>
            </w:pPr>
            <w:r>
              <w:rPr>
                <w:sz w:val="18"/>
              </w:rPr>
              <w:t>4 = Katılıyorum</w:t>
            </w:r>
          </w:p>
        </w:tc>
        <w:tc>
          <w:tcPr>
            <w:tcW w:w="3173" w:type="dxa"/>
            <w:vAlign w:val="center"/>
          </w:tcPr>
          <w:p w14:paraId="02439A5E" w14:textId="77777777" w:rsidR="009F14C8" w:rsidRDefault="00000000">
            <w:pPr>
              <w:spacing w:after="0"/>
            </w:pPr>
            <w:r>
              <w:rPr>
                <w:sz w:val="18"/>
              </w:rPr>
              <w:t>8</w:t>
            </w:r>
          </w:p>
        </w:tc>
        <w:tc>
          <w:tcPr>
            <w:tcW w:w="3173" w:type="dxa"/>
            <w:vAlign w:val="center"/>
          </w:tcPr>
          <w:p w14:paraId="7685C822" w14:textId="77777777" w:rsidR="009F14C8" w:rsidRDefault="00000000">
            <w:pPr>
              <w:spacing w:after="0"/>
            </w:pPr>
            <w:r>
              <w:rPr>
                <w:sz w:val="18"/>
              </w:rPr>
              <w:t>%18,6</w:t>
            </w:r>
          </w:p>
        </w:tc>
      </w:tr>
      <w:tr w:rsidR="009F14C8" w14:paraId="22EDFBD5" w14:textId="77777777">
        <w:trPr>
          <w:jc w:val="center"/>
        </w:trPr>
        <w:tc>
          <w:tcPr>
            <w:tcW w:w="3173" w:type="dxa"/>
            <w:vAlign w:val="center"/>
          </w:tcPr>
          <w:p w14:paraId="2CA9283E" w14:textId="77777777" w:rsidR="009F14C8" w:rsidRDefault="00000000">
            <w:pPr>
              <w:spacing w:after="0"/>
            </w:pPr>
            <w:r>
              <w:rPr>
                <w:sz w:val="18"/>
              </w:rPr>
              <w:t>3 = Kararsızım</w:t>
            </w:r>
          </w:p>
        </w:tc>
        <w:tc>
          <w:tcPr>
            <w:tcW w:w="3173" w:type="dxa"/>
            <w:vAlign w:val="center"/>
          </w:tcPr>
          <w:p w14:paraId="7079AFE2" w14:textId="77777777" w:rsidR="009F14C8" w:rsidRDefault="00000000">
            <w:pPr>
              <w:spacing w:after="0"/>
            </w:pPr>
            <w:r>
              <w:rPr>
                <w:sz w:val="18"/>
              </w:rPr>
              <w:t>14</w:t>
            </w:r>
          </w:p>
        </w:tc>
        <w:tc>
          <w:tcPr>
            <w:tcW w:w="3173" w:type="dxa"/>
            <w:vAlign w:val="center"/>
          </w:tcPr>
          <w:p w14:paraId="075D5762" w14:textId="77777777" w:rsidR="009F14C8" w:rsidRDefault="00000000">
            <w:pPr>
              <w:spacing w:after="0"/>
            </w:pPr>
            <w:r>
              <w:rPr>
                <w:sz w:val="18"/>
              </w:rPr>
              <w:t>%32,6</w:t>
            </w:r>
          </w:p>
        </w:tc>
      </w:tr>
      <w:tr w:rsidR="009F14C8" w14:paraId="4B818C1B" w14:textId="77777777">
        <w:trPr>
          <w:jc w:val="center"/>
        </w:trPr>
        <w:tc>
          <w:tcPr>
            <w:tcW w:w="3173" w:type="dxa"/>
            <w:vAlign w:val="center"/>
          </w:tcPr>
          <w:p w14:paraId="1EE2DAD2" w14:textId="77777777" w:rsidR="009F14C8" w:rsidRDefault="00000000">
            <w:pPr>
              <w:spacing w:after="0"/>
            </w:pPr>
            <w:r>
              <w:rPr>
                <w:sz w:val="18"/>
              </w:rPr>
              <w:t>2 = Katılmıyorum</w:t>
            </w:r>
          </w:p>
        </w:tc>
        <w:tc>
          <w:tcPr>
            <w:tcW w:w="3173" w:type="dxa"/>
            <w:vAlign w:val="center"/>
          </w:tcPr>
          <w:p w14:paraId="7FF165DA" w14:textId="77777777" w:rsidR="009F14C8" w:rsidRDefault="00000000">
            <w:pPr>
              <w:spacing w:after="0"/>
            </w:pPr>
            <w:r>
              <w:rPr>
                <w:sz w:val="18"/>
              </w:rPr>
              <w:t>7</w:t>
            </w:r>
          </w:p>
        </w:tc>
        <w:tc>
          <w:tcPr>
            <w:tcW w:w="3173" w:type="dxa"/>
            <w:vAlign w:val="center"/>
          </w:tcPr>
          <w:p w14:paraId="6ADD6BE8" w14:textId="77777777" w:rsidR="009F14C8" w:rsidRDefault="00000000">
            <w:pPr>
              <w:spacing w:after="0"/>
            </w:pPr>
            <w:r>
              <w:rPr>
                <w:sz w:val="18"/>
              </w:rPr>
              <w:t>%16,3</w:t>
            </w:r>
          </w:p>
        </w:tc>
      </w:tr>
      <w:tr w:rsidR="009F14C8" w14:paraId="2AB78003" w14:textId="77777777">
        <w:trPr>
          <w:jc w:val="center"/>
        </w:trPr>
        <w:tc>
          <w:tcPr>
            <w:tcW w:w="3173" w:type="dxa"/>
            <w:vAlign w:val="center"/>
          </w:tcPr>
          <w:p w14:paraId="43E8C625" w14:textId="77777777" w:rsidR="009F14C8" w:rsidRDefault="00000000">
            <w:pPr>
              <w:spacing w:after="0"/>
            </w:pPr>
            <w:r>
              <w:rPr>
                <w:sz w:val="18"/>
              </w:rPr>
              <w:t>1 = Kesinlikle Katılmıyorum</w:t>
            </w:r>
          </w:p>
        </w:tc>
        <w:tc>
          <w:tcPr>
            <w:tcW w:w="3173" w:type="dxa"/>
            <w:vAlign w:val="center"/>
          </w:tcPr>
          <w:p w14:paraId="54064737" w14:textId="77777777" w:rsidR="009F14C8" w:rsidRDefault="00000000">
            <w:pPr>
              <w:spacing w:after="0"/>
            </w:pPr>
            <w:r>
              <w:rPr>
                <w:sz w:val="18"/>
              </w:rPr>
              <w:t>3</w:t>
            </w:r>
          </w:p>
        </w:tc>
        <w:tc>
          <w:tcPr>
            <w:tcW w:w="3173" w:type="dxa"/>
            <w:vAlign w:val="center"/>
          </w:tcPr>
          <w:p w14:paraId="0FE6F7A7" w14:textId="77777777" w:rsidR="009F14C8" w:rsidRDefault="00000000">
            <w:pPr>
              <w:spacing w:after="0"/>
            </w:pPr>
            <w:r>
              <w:rPr>
                <w:sz w:val="18"/>
              </w:rPr>
              <w:t>%7,0</w:t>
            </w:r>
          </w:p>
        </w:tc>
      </w:tr>
      <w:tr w:rsidR="009F14C8" w14:paraId="4076D169" w14:textId="77777777">
        <w:trPr>
          <w:jc w:val="center"/>
        </w:trPr>
        <w:tc>
          <w:tcPr>
            <w:tcW w:w="3173" w:type="dxa"/>
            <w:vAlign w:val="center"/>
          </w:tcPr>
          <w:p w14:paraId="5CB6AB5C" w14:textId="77777777" w:rsidR="009F14C8" w:rsidRDefault="00000000">
            <w:pPr>
              <w:spacing w:after="0"/>
            </w:pPr>
            <w:r>
              <w:rPr>
                <w:sz w:val="18"/>
              </w:rPr>
              <w:t>Ortalama</w:t>
            </w:r>
          </w:p>
        </w:tc>
        <w:tc>
          <w:tcPr>
            <w:tcW w:w="3173" w:type="dxa"/>
            <w:vAlign w:val="center"/>
          </w:tcPr>
          <w:p w14:paraId="66D8D212" w14:textId="77777777" w:rsidR="009F14C8" w:rsidRDefault="009F14C8">
            <w:pPr>
              <w:spacing w:after="0"/>
            </w:pPr>
          </w:p>
        </w:tc>
        <w:tc>
          <w:tcPr>
            <w:tcW w:w="3173" w:type="dxa"/>
            <w:vAlign w:val="center"/>
          </w:tcPr>
          <w:p w14:paraId="26FFDABA" w14:textId="77777777" w:rsidR="009F14C8" w:rsidRDefault="00000000">
            <w:pPr>
              <w:spacing w:after="0"/>
            </w:pPr>
            <w:r>
              <w:rPr>
                <w:sz w:val="18"/>
              </w:rPr>
              <w:t>3,40 / 5,00</w:t>
            </w:r>
          </w:p>
        </w:tc>
      </w:tr>
    </w:tbl>
    <w:p w14:paraId="294C79B2" w14:textId="77777777" w:rsidR="009F14C8" w:rsidRDefault="00000000">
      <w:r>
        <w:rPr>
          <w:noProof/>
        </w:rPr>
        <w:drawing>
          <wp:inline distT="0" distB="0" distL="0" distR="0" wp14:anchorId="338E2EE0" wp14:editId="70A911B4">
            <wp:extent cx="4343400" cy="2453523"/>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50.png"/>
                    <pic:cNvPicPr/>
                  </pic:nvPicPr>
                  <pic:blipFill>
                    <a:blip r:embed="rId60"/>
                    <a:stretch>
                      <a:fillRect/>
                    </a:stretch>
                  </pic:blipFill>
                  <pic:spPr>
                    <a:xfrm>
                      <a:off x="0" y="0"/>
                      <a:ext cx="4343400" cy="2453523"/>
                    </a:xfrm>
                    <a:prstGeom prst="rect">
                      <a:avLst/>
                    </a:prstGeom>
                  </pic:spPr>
                </pic:pic>
              </a:graphicData>
            </a:graphic>
          </wp:inline>
        </w:drawing>
      </w:r>
    </w:p>
    <w:p w14:paraId="75E55F41" w14:textId="77777777" w:rsidR="009F14C8" w:rsidRDefault="00000000">
      <w:pPr>
        <w:pStyle w:val="Balk3"/>
      </w:pPr>
      <w:bookmarkStart w:id="61" w:name="_Toc232111764"/>
      <w:r>
        <w:t>5.51. Madde 51’e İlişkin Bulgular</w:t>
      </w:r>
      <w:bookmarkEnd w:id="61"/>
    </w:p>
    <w:p w14:paraId="7B84264A" w14:textId="77777777" w:rsidR="009F14C8" w:rsidRDefault="00000000">
      <w:r>
        <w:rPr>
          <w:b/>
          <w:i/>
        </w:rPr>
        <w:t>(Araştırma faaliyetlerimin bir parçası olarak ulusal/uluslararası kongre ve sempozyumlara katılımım konusunda yeterli mali ve idari destek alabiliyorum.)</w:t>
      </w:r>
    </w:p>
    <w:p w14:paraId="17BDD175" w14:textId="77777777" w:rsidR="009F14C8" w:rsidRDefault="00000000">
      <w:r>
        <w:t>Katılımcıların; 6'i (%14,0) Kesinlikle Katılıyorum, 4'i (%9,3) Katılıyorum, 8'i (%18,6) Kararsızım, 11'i (%25,6) Katılmıyorum, 14'i (%32,6) Kesinlikle Katılmıyorum şeklinde görüş bildirmiştir. Bu maddeye geçerli yanıt veren katılımcı sayısı 43'dir.</w:t>
      </w:r>
    </w:p>
    <w:p w14:paraId="6819309F" w14:textId="77777777" w:rsidR="009F14C8" w:rsidRDefault="00000000">
      <w:r>
        <w:t>Ortalama puanın 2,47/5,00 olması, olumlu görüş oranının %23,3, kararsız görüş oranının %18,6 ve olumsuz görüş oranının %58,1 düzeyinde gerçekleşmesi bu sonuçlar, ilgili alanın akademik personel tarafından sınırlı düzeyde olumlu değerlendirildiğini ve öncelikli iyileştirme alanları arasında ele alınması gerektiğini göstermektedir.</w:t>
      </w:r>
    </w:p>
    <w:tbl>
      <w:tblPr>
        <w:tblStyle w:val="TabloKlavuzu"/>
        <w:tblW w:w="0" w:type="auto"/>
        <w:jc w:val="center"/>
        <w:tblLook w:val="04A0" w:firstRow="1" w:lastRow="0" w:firstColumn="1" w:lastColumn="0" w:noHBand="0" w:noVBand="1"/>
      </w:tblPr>
      <w:tblGrid>
        <w:gridCol w:w="3173"/>
        <w:gridCol w:w="3173"/>
        <w:gridCol w:w="3173"/>
      </w:tblGrid>
      <w:tr w:rsidR="009F14C8" w14:paraId="05519042" w14:textId="77777777">
        <w:trPr>
          <w:jc w:val="center"/>
        </w:trPr>
        <w:tc>
          <w:tcPr>
            <w:tcW w:w="3173" w:type="dxa"/>
            <w:vAlign w:val="center"/>
          </w:tcPr>
          <w:p w14:paraId="296B29AA" w14:textId="77777777" w:rsidR="009F14C8" w:rsidRDefault="00000000">
            <w:pPr>
              <w:spacing w:after="0"/>
            </w:pPr>
            <w:r>
              <w:rPr>
                <w:sz w:val="18"/>
              </w:rPr>
              <w:t>Seçenek</w:t>
            </w:r>
          </w:p>
        </w:tc>
        <w:tc>
          <w:tcPr>
            <w:tcW w:w="3173" w:type="dxa"/>
            <w:vAlign w:val="center"/>
          </w:tcPr>
          <w:p w14:paraId="0F2A39CD" w14:textId="77777777" w:rsidR="009F14C8" w:rsidRDefault="00000000">
            <w:pPr>
              <w:spacing w:after="0"/>
            </w:pPr>
            <w:r>
              <w:rPr>
                <w:sz w:val="18"/>
              </w:rPr>
              <w:t>Frekans</w:t>
            </w:r>
          </w:p>
        </w:tc>
        <w:tc>
          <w:tcPr>
            <w:tcW w:w="3173" w:type="dxa"/>
            <w:vAlign w:val="center"/>
          </w:tcPr>
          <w:p w14:paraId="61F8152F" w14:textId="77777777" w:rsidR="009F14C8" w:rsidRDefault="00000000">
            <w:pPr>
              <w:spacing w:after="0"/>
            </w:pPr>
            <w:r>
              <w:rPr>
                <w:sz w:val="18"/>
              </w:rPr>
              <w:t>Oran</w:t>
            </w:r>
          </w:p>
        </w:tc>
      </w:tr>
      <w:tr w:rsidR="009F14C8" w14:paraId="79B7E1A8" w14:textId="77777777">
        <w:trPr>
          <w:jc w:val="center"/>
        </w:trPr>
        <w:tc>
          <w:tcPr>
            <w:tcW w:w="3173" w:type="dxa"/>
            <w:vAlign w:val="center"/>
          </w:tcPr>
          <w:p w14:paraId="2517E1D6" w14:textId="77777777" w:rsidR="009F14C8" w:rsidRDefault="00000000">
            <w:pPr>
              <w:spacing w:after="0"/>
            </w:pPr>
            <w:r>
              <w:rPr>
                <w:sz w:val="18"/>
              </w:rPr>
              <w:t>5 = Kesinlikle Katılıyorum</w:t>
            </w:r>
          </w:p>
        </w:tc>
        <w:tc>
          <w:tcPr>
            <w:tcW w:w="3173" w:type="dxa"/>
            <w:vAlign w:val="center"/>
          </w:tcPr>
          <w:p w14:paraId="203F8884" w14:textId="77777777" w:rsidR="009F14C8" w:rsidRDefault="00000000">
            <w:pPr>
              <w:spacing w:after="0"/>
            </w:pPr>
            <w:r>
              <w:rPr>
                <w:sz w:val="18"/>
              </w:rPr>
              <w:t>6</w:t>
            </w:r>
          </w:p>
        </w:tc>
        <w:tc>
          <w:tcPr>
            <w:tcW w:w="3173" w:type="dxa"/>
            <w:vAlign w:val="center"/>
          </w:tcPr>
          <w:p w14:paraId="4064E527" w14:textId="77777777" w:rsidR="009F14C8" w:rsidRDefault="00000000">
            <w:pPr>
              <w:spacing w:after="0"/>
            </w:pPr>
            <w:r>
              <w:rPr>
                <w:sz w:val="18"/>
              </w:rPr>
              <w:t>%14,0</w:t>
            </w:r>
          </w:p>
        </w:tc>
      </w:tr>
      <w:tr w:rsidR="009F14C8" w14:paraId="15BB4CB1" w14:textId="77777777">
        <w:trPr>
          <w:jc w:val="center"/>
        </w:trPr>
        <w:tc>
          <w:tcPr>
            <w:tcW w:w="3173" w:type="dxa"/>
            <w:vAlign w:val="center"/>
          </w:tcPr>
          <w:p w14:paraId="1E58D7BB" w14:textId="77777777" w:rsidR="009F14C8" w:rsidRDefault="00000000">
            <w:pPr>
              <w:spacing w:after="0"/>
            </w:pPr>
            <w:r>
              <w:rPr>
                <w:sz w:val="18"/>
              </w:rPr>
              <w:t>4 = Katılıyorum</w:t>
            </w:r>
          </w:p>
        </w:tc>
        <w:tc>
          <w:tcPr>
            <w:tcW w:w="3173" w:type="dxa"/>
            <w:vAlign w:val="center"/>
          </w:tcPr>
          <w:p w14:paraId="5158D169" w14:textId="77777777" w:rsidR="009F14C8" w:rsidRDefault="00000000">
            <w:pPr>
              <w:spacing w:after="0"/>
            </w:pPr>
            <w:r>
              <w:rPr>
                <w:sz w:val="18"/>
              </w:rPr>
              <w:t>4</w:t>
            </w:r>
          </w:p>
        </w:tc>
        <w:tc>
          <w:tcPr>
            <w:tcW w:w="3173" w:type="dxa"/>
            <w:vAlign w:val="center"/>
          </w:tcPr>
          <w:p w14:paraId="576696FD" w14:textId="77777777" w:rsidR="009F14C8" w:rsidRDefault="00000000">
            <w:pPr>
              <w:spacing w:after="0"/>
            </w:pPr>
            <w:r>
              <w:rPr>
                <w:sz w:val="18"/>
              </w:rPr>
              <w:t>%9,3</w:t>
            </w:r>
          </w:p>
        </w:tc>
      </w:tr>
      <w:tr w:rsidR="009F14C8" w14:paraId="15641053" w14:textId="77777777">
        <w:trPr>
          <w:jc w:val="center"/>
        </w:trPr>
        <w:tc>
          <w:tcPr>
            <w:tcW w:w="3173" w:type="dxa"/>
            <w:vAlign w:val="center"/>
          </w:tcPr>
          <w:p w14:paraId="4D79E18A" w14:textId="77777777" w:rsidR="009F14C8" w:rsidRDefault="00000000">
            <w:pPr>
              <w:spacing w:after="0"/>
            </w:pPr>
            <w:r>
              <w:rPr>
                <w:sz w:val="18"/>
              </w:rPr>
              <w:t>3 = Kararsızım</w:t>
            </w:r>
          </w:p>
        </w:tc>
        <w:tc>
          <w:tcPr>
            <w:tcW w:w="3173" w:type="dxa"/>
            <w:vAlign w:val="center"/>
          </w:tcPr>
          <w:p w14:paraId="57CE50A9" w14:textId="77777777" w:rsidR="009F14C8" w:rsidRDefault="00000000">
            <w:pPr>
              <w:spacing w:after="0"/>
            </w:pPr>
            <w:r>
              <w:rPr>
                <w:sz w:val="18"/>
              </w:rPr>
              <w:t>8</w:t>
            </w:r>
          </w:p>
        </w:tc>
        <w:tc>
          <w:tcPr>
            <w:tcW w:w="3173" w:type="dxa"/>
            <w:vAlign w:val="center"/>
          </w:tcPr>
          <w:p w14:paraId="20F941F5" w14:textId="77777777" w:rsidR="009F14C8" w:rsidRDefault="00000000">
            <w:pPr>
              <w:spacing w:after="0"/>
            </w:pPr>
            <w:r>
              <w:rPr>
                <w:sz w:val="18"/>
              </w:rPr>
              <w:t>%18,6</w:t>
            </w:r>
          </w:p>
        </w:tc>
      </w:tr>
      <w:tr w:rsidR="009F14C8" w14:paraId="19042CA9" w14:textId="77777777">
        <w:trPr>
          <w:jc w:val="center"/>
        </w:trPr>
        <w:tc>
          <w:tcPr>
            <w:tcW w:w="3173" w:type="dxa"/>
            <w:vAlign w:val="center"/>
          </w:tcPr>
          <w:p w14:paraId="3AD2FC18" w14:textId="77777777" w:rsidR="009F14C8" w:rsidRDefault="00000000">
            <w:pPr>
              <w:spacing w:after="0"/>
            </w:pPr>
            <w:r>
              <w:rPr>
                <w:sz w:val="18"/>
              </w:rPr>
              <w:t>2 = Katılmıyorum</w:t>
            </w:r>
          </w:p>
        </w:tc>
        <w:tc>
          <w:tcPr>
            <w:tcW w:w="3173" w:type="dxa"/>
            <w:vAlign w:val="center"/>
          </w:tcPr>
          <w:p w14:paraId="4B1E0A8C" w14:textId="77777777" w:rsidR="009F14C8" w:rsidRDefault="00000000">
            <w:pPr>
              <w:spacing w:after="0"/>
            </w:pPr>
            <w:r>
              <w:rPr>
                <w:sz w:val="18"/>
              </w:rPr>
              <w:t>11</w:t>
            </w:r>
          </w:p>
        </w:tc>
        <w:tc>
          <w:tcPr>
            <w:tcW w:w="3173" w:type="dxa"/>
            <w:vAlign w:val="center"/>
          </w:tcPr>
          <w:p w14:paraId="5A8770ED" w14:textId="77777777" w:rsidR="009F14C8" w:rsidRDefault="00000000">
            <w:pPr>
              <w:spacing w:after="0"/>
            </w:pPr>
            <w:r>
              <w:rPr>
                <w:sz w:val="18"/>
              </w:rPr>
              <w:t>%25,6</w:t>
            </w:r>
          </w:p>
        </w:tc>
      </w:tr>
      <w:tr w:rsidR="009F14C8" w14:paraId="01D82CED" w14:textId="77777777">
        <w:trPr>
          <w:jc w:val="center"/>
        </w:trPr>
        <w:tc>
          <w:tcPr>
            <w:tcW w:w="3173" w:type="dxa"/>
            <w:vAlign w:val="center"/>
          </w:tcPr>
          <w:p w14:paraId="50320CD6" w14:textId="77777777" w:rsidR="009F14C8" w:rsidRDefault="00000000">
            <w:pPr>
              <w:spacing w:after="0"/>
            </w:pPr>
            <w:r>
              <w:rPr>
                <w:sz w:val="18"/>
              </w:rPr>
              <w:t>1 = Kesinlikle Katılmıyorum</w:t>
            </w:r>
          </w:p>
        </w:tc>
        <w:tc>
          <w:tcPr>
            <w:tcW w:w="3173" w:type="dxa"/>
            <w:vAlign w:val="center"/>
          </w:tcPr>
          <w:p w14:paraId="2B23457C" w14:textId="77777777" w:rsidR="009F14C8" w:rsidRDefault="00000000">
            <w:pPr>
              <w:spacing w:after="0"/>
            </w:pPr>
            <w:r>
              <w:rPr>
                <w:sz w:val="18"/>
              </w:rPr>
              <w:t>14</w:t>
            </w:r>
          </w:p>
        </w:tc>
        <w:tc>
          <w:tcPr>
            <w:tcW w:w="3173" w:type="dxa"/>
            <w:vAlign w:val="center"/>
          </w:tcPr>
          <w:p w14:paraId="032D746D" w14:textId="77777777" w:rsidR="009F14C8" w:rsidRDefault="00000000">
            <w:pPr>
              <w:spacing w:after="0"/>
            </w:pPr>
            <w:r>
              <w:rPr>
                <w:sz w:val="18"/>
              </w:rPr>
              <w:t>%32,6</w:t>
            </w:r>
          </w:p>
        </w:tc>
      </w:tr>
      <w:tr w:rsidR="009F14C8" w14:paraId="3A1E1D50" w14:textId="77777777">
        <w:trPr>
          <w:jc w:val="center"/>
        </w:trPr>
        <w:tc>
          <w:tcPr>
            <w:tcW w:w="3173" w:type="dxa"/>
            <w:vAlign w:val="center"/>
          </w:tcPr>
          <w:p w14:paraId="5D4043D5" w14:textId="77777777" w:rsidR="009F14C8" w:rsidRDefault="00000000">
            <w:pPr>
              <w:spacing w:after="0"/>
            </w:pPr>
            <w:r>
              <w:rPr>
                <w:sz w:val="18"/>
              </w:rPr>
              <w:lastRenderedPageBreak/>
              <w:t>Ortalama</w:t>
            </w:r>
          </w:p>
        </w:tc>
        <w:tc>
          <w:tcPr>
            <w:tcW w:w="3173" w:type="dxa"/>
            <w:vAlign w:val="center"/>
          </w:tcPr>
          <w:p w14:paraId="05773B03" w14:textId="77777777" w:rsidR="009F14C8" w:rsidRDefault="009F14C8">
            <w:pPr>
              <w:spacing w:after="0"/>
            </w:pPr>
          </w:p>
        </w:tc>
        <w:tc>
          <w:tcPr>
            <w:tcW w:w="3173" w:type="dxa"/>
            <w:vAlign w:val="center"/>
          </w:tcPr>
          <w:p w14:paraId="4A1F9EDB" w14:textId="77777777" w:rsidR="009F14C8" w:rsidRDefault="00000000">
            <w:pPr>
              <w:spacing w:after="0"/>
            </w:pPr>
            <w:r>
              <w:rPr>
                <w:sz w:val="18"/>
              </w:rPr>
              <w:t>2,47 / 5,00</w:t>
            </w:r>
          </w:p>
        </w:tc>
      </w:tr>
    </w:tbl>
    <w:p w14:paraId="3057532A" w14:textId="77777777" w:rsidR="009F14C8" w:rsidRDefault="00000000">
      <w:r>
        <w:rPr>
          <w:noProof/>
        </w:rPr>
        <w:drawing>
          <wp:inline distT="0" distB="0" distL="0" distR="0" wp14:anchorId="2119076D" wp14:editId="583E9CC4">
            <wp:extent cx="4343400" cy="2453523"/>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51.png"/>
                    <pic:cNvPicPr/>
                  </pic:nvPicPr>
                  <pic:blipFill>
                    <a:blip r:embed="rId61"/>
                    <a:stretch>
                      <a:fillRect/>
                    </a:stretch>
                  </pic:blipFill>
                  <pic:spPr>
                    <a:xfrm>
                      <a:off x="0" y="0"/>
                      <a:ext cx="4343400" cy="2453523"/>
                    </a:xfrm>
                    <a:prstGeom prst="rect">
                      <a:avLst/>
                    </a:prstGeom>
                  </pic:spPr>
                </pic:pic>
              </a:graphicData>
            </a:graphic>
          </wp:inline>
        </w:drawing>
      </w:r>
    </w:p>
    <w:p w14:paraId="211E4894" w14:textId="77777777" w:rsidR="009F14C8" w:rsidRDefault="00000000">
      <w:pPr>
        <w:pStyle w:val="Balk3"/>
      </w:pPr>
      <w:bookmarkStart w:id="62" w:name="_Toc232111765"/>
      <w:r>
        <w:t>5.52. Madde 52’e İlişkin Bulgular</w:t>
      </w:r>
      <w:bookmarkEnd w:id="62"/>
    </w:p>
    <w:p w14:paraId="21D312D6" w14:textId="77777777" w:rsidR="009F14C8" w:rsidRDefault="00000000">
      <w:r>
        <w:rPr>
          <w:b/>
          <w:i/>
        </w:rPr>
        <w:t>(Yürütülen Ar-Ge süreçlerinin düzenli aralıklarla değerlendirildiğini ve bu süreçlere görüşlerimle dahil olabildiğimi düşünüyorum.)</w:t>
      </w:r>
    </w:p>
    <w:p w14:paraId="398650A4" w14:textId="77777777" w:rsidR="009F14C8" w:rsidRDefault="00000000">
      <w:r>
        <w:t>Katılımcıların; 9'i (%20,9) Kesinlikle Katılıyorum, 6'i (%14,0) Katılıyorum, 15'i (%34,9) Kararsızım, 8'i (%18,6) Katılmıyorum, 5'i (%11,6) Kesinlikle Katılmıyorum şeklinde görüş bildirmiştir. Bu maddeye geçerli yanıt veren katılımcı sayısı 43'dir.</w:t>
      </w:r>
    </w:p>
    <w:p w14:paraId="70D0868E" w14:textId="77777777" w:rsidR="009F14C8" w:rsidRDefault="00000000">
      <w:r>
        <w:t>Ortalama puanın 3,14/5,00 olması, olumlu görüş oranının %34,9, kararsız görüş oranının %34,9 ve olumsuz görüş oranının %30,2 düzeyinde gerçekleşmesi bu sonuçlar, ilgili alanda memnuniyetin orta düzeyde seyrettiğini ve mevcut uygulamaların güçlendirilmesine ihtiyaç bulunduğunu göstermektedir.</w:t>
      </w:r>
    </w:p>
    <w:tbl>
      <w:tblPr>
        <w:tblStyle w:val="TabloKlavuzu"/>
        <w:tblW w:w="0" w:type="auto"/>
        <w:jc w:val="center"/>
        <w:tblLook w:val="04A0" w:firstRow="1" w:lastRow="0" w:firstColumn="1" w:lastColumn="0" w:noHBand="0" w:noVBand="1"/>
      </w:tblPr>
      <w:tblGrid>
        <w:gridCol w:w="3173"/>
        <w:gridCol w:w="3173"/>
        <w:gridCol w:w="3173"/>
      </w:tblGrid>
      <w:tr w:rsidR="009F14C8" w14:paraId="30876312" w14:textId="77777777">
        <w:trPr>
          <w:jc w:val="center"/>
        </w:trPr>
        <w:tc>
          <w:tcPr>
            <w:tcW w:w="3173" w:type="dxa"/>
            <w:vAlign w:val="center"/>
          </w:tcPr>
          <w:p w14:paraId="0AC6F3C5" w14:textId="77777777" w:rsidR="009F14C8" w:rsidRDefault="00000000">
            <w:pPr>
              <w:spacing w:after="0"/>
            </w:pPr>
            <w:r>
              <w:rPr>
                <w:sz w:val="18"/>
              </w:rPr>
              <w:t>Seçenek</w:t>
            </w:r>
          </w:p>
        </w:tc>
        <w:tc>
          <w:tcPr>
            <w:tcW w:w="3173" w:type="dxa"/>
            <w:vAlign w:val="center"/>
          </w:tcPr>
          <w:p w14:paraId="0D827B8D" w14:textId="77777777" w:rsidR="009F14C8" w:rsidRDefault="00000000">
            <w:pPr>
              <w:spacing w:after="0"/>
            </w:pPr>
            <w:r>
              <w:rPr>
                <w:sz w:val="18"/>
              </w:rPr>
              <w:t>Frekans</w:t>
            </w:r>
          </w:p>
        </w:tc>
        <w:tc>
          <w:tcPr>
            <w:tcW w:w="3173" w:type="dxa"/>
            <w:vAlign w:val="center"/>
          </w:tcPr>
          <w:p w14:paraId="61CA7F6D" w14:textId="77777777" w:rsidR="009F14C8" w:rsidRDefault="00000000">
            <w:pPr>
              <w:spacing w:after="0"/>
            </w:pPr>
            <w:r>
              <w:rPr>
                <w:sz w:val="18"/>
              </w:rPr>
              <w:t>Oran</w:t>
            </w:r>
          </w:p>
        </w:tc>
      </w:tr>
      <w:tr w:rsidR="009F14C8" w14:paraId="7674700D" w14:textId="77777777">
        <w:trPr>
          <w:jc w:val="center"/>
        </w:trPr>
        <w:tc>
          <w:tcPr>
            <w:tcW w:w="3173" w:type="dxa"/>
            <w:vAlign w:val="center"/>
          </w:tcPr>
          <w:p w14:paraId="54F087A6" w14:textId="77777777" w:rsidR="009F14C8" w:rsidRDefault="00000000">
            <w:pPr>
              <w:spacing w:after="0"/>
            </w:pPr>
            <w:r>
              <w:rPr>
                <w:sz w:val="18"/>
              </w:rPr>
              <w:t>5 = Kesinlikle Katılıyorum</w:t>
            </w:r>
          </w:p>
        </w:tc>
        <w:tc>
          <w:tcPr>
            <w:tcW w:w="3173" w:type="dxa"/>
            <w:vAlign w:val="center"/>
          </w:tcPr>
          <w:p w14:paraId="2A90CA8A" w14:textId="77777777" w:rsidR="009F14C8" w:rsidRDefault="00000000">
            <w:pPr>
              <w:spacing w:after="0"/>
            </w:pPr>
            <w:r>
              <w:rPr>
                <w:sz w:val="18"/>
              </w:rPr>
              <w:t>9</w:t>
            </w:r>
          </w:p>
        </w:tc>
        <w:tc>
          <w:tcPr>
            <w:tcW w:w="3173" w:type="dxa"/>
            <w:vAlign w:val="center"/>
          </w:tcPr>
          <w:p w14:paraId="0FB6E4CE" w14:textId="77777777" w:rsidR="009F14C8" w:rsidRDefault="00000000">
            <w:pPr>
              <w:spacing w:after="0"/>
            </w:pPr>
            <w:r>
              <w:rPr>
                <w:sz w:val="18"/>
              </w:rPr>
              <w:t>%20,9</w:t>
            </w:r>
          </w:p>
        </w:tc>
      </w:tr>
      <w:tr w:rsidR="009F14C8" w14:paraId="7A3643D9" w14:textId="77777777">
        <w:trPr>
          <w:jc w:val="center"/>
        </w:trPr>
        <w:tc>
          <w:tcPr>
            <w:tcW w:w="3173" w:type="dxa"/>
            <w:vAlign w:val="center"/>
          </w:tcPr>
          <w:p w14:paraId="6BFB8BEB" w14:textId="77777777" w:rsidR="009F14C8" w:rsidRDefault="00000000">
            <w:pPr>
              <w:spacing w:after="0"/>
            </w:pPr>
            <w:r>
              <w:rPr>
                <w:sz w:val="18"/>
              </w:rPr>
              <w:t>4 = Katılıyorum</w:t>
            </w:r>
          </w:p>
        </w:tc>
        <w:tc>
          <w:tcPr>
            <w:tcW w:w="3173" w:type="dxa"/>
            <w:vAlign w:val="center"/>
          </w:tcPr>
          <w:p w14:paraId="2C33B779" w14:textId="77777777" w:rsidR="009F14C8" w:rsidRDefault="00000000">
            <w:pPr>
              <w:spacing w:after="0"/>
            </w:pPr>
            <w:r>
              <w:rPr>
                <w:sz w:val="18"/>
              </w:rPr>
              <w:t>6</w:t>
            </w:r>
          </w:p>
        </w:tc>
        <w:tc>
          <w:tcPr>
            <w:tcW w:w="3173" w:type="dxa"/>
            <w:vAlign w:val="center"/>
          </w:tcPr>
          <w:p w14:paraId="57127599" w14:textId="77777777" w:rsidR="009F14C8" w:rsidRDefault="00000000">
            <w:pPr>
              <w:spacing w:after="0"/>
            </w:pPr>
            <w:r>
              <w:rPr>
                <w:sz w:val="18"/>
              </w:rPr>
              <w:t>%14,0</w:t>
            </w:r>
          </w:p>
        </w:tc>
      </w:tr>
      <w:tr w:rsidR="009F14C8" w14:paraId="7B3BFB40" w14:textId="77777777">
        <w:trPr>
          <w:jc w:val="center"/>
        </w:trPr>
        <w:tc>
          <w:tcPr>
            <w:tcW w:w="3173" w:type="dxa"/>
            <w:vAlign w:val="center"/>
          </w:tcPr>
          <w:p w14:paraId="0ED5D0CC" w14:textId="77777777" w:rsidR="009F14C8" w:rsidRDefault="00000000">
            <w:pPr>
              <w:spacing w:after="0"/>
            </w:pPr>
            <w:r>
              <w:rPr>
                <w:sz w:val="18"/>
              </w:rPr>
              <w:t>3 = Kararsızım</w:t>
            </w:r>
          </w:p>
        </w:tc>
        <w:tc>
          <w:tcPr>
            <w:tcW w:w="3173" w:type="dxa"/>
            <w:vAlign w:val="center"/>
          </w:tcPr>
          <w:p w14:paraId="3BB7EA6A" w14:textId="77777777" w:rsidR="009F14C8" w:rsidRDefault="00000000">
            <w:pPr>
              <w:spacing w:after="0"/>
            </w:pPr>
            <w:r>
              <w:rPr>
                <w:sz w:val="18"/>
              </w:rPr>
              <w:t>15</w:t>
            </w:r>
          </w:p>
        </w:tc>
        <w:tc>
          <w:tcPr>
            <w:tcW w:w="3173" w:type="dxa"/>
            <w:vAlign w:val="center"/>
          </w:tcPr>
          <w:p w14:paraId="19A8C937" w14:textId="77777777" w:rsidR="009F14C8" w:rsidRDefault="00000000">
            <w:pPr>
              <w:spacing w:after="0"/>
            </w:pPr>
            <w:r>
              <w:rPr>
                <w:sz w:val="18"/>
              </w:rPr>
              <w:t>%34,9</w:t>
            </w:r>
          </w:p>
        </w:tc>
      </w:tr>
      <w:tr w:rsidR="009F14C8" w14:paraId="6254429D" w14:textId="77777777">
        <w:trPr>
          <w:jc w:val="center"/>
        </w:trPr>
        <w:tc>
          <w:tcPr>
            <w:tcW w:w="3173" w:type="dxa"/>
            <w:vAlign w:val="center"/>
          </w:tcPr>
          <w:p w14:paraId="4722AFE6" w14:textId="77777777" w:rsidR="009F14C8" w:rsidRDefault="00000000">
            <w:pPr>
              <w:spacing w:after="0"/>
            </w:pPr>
            <w:r>
              <w:rPr>
                <w:sz w:val="18"/>
              </w:rPr>
              <w:t>2 = Katılmıyorum</w:t>
            </w:r>
          </w:p>
        </w:tc>
        <w:tc>
          <w:tcPr>
            <w:tcW w:w="3173" w:type="dxa"/>
            <w:vAlign w:val="center"/>
          </w:tcPr>
          <w:p w14:paraId="18C2E8E4" w14:textId="77777777" w:rsidR="009F14C8" w:rsidRDefault="00000000">
            <w:pPr>
              <w:spacing w:after="0"/>
            </w:pPr>
            <w:r>
              <w:rPr>
                <w:sz w:val="18"/>
              </w:rPr>
              <w:t>8</w:t>
            </w:r>
          </w:p>
        </w:tc>
        <w:tc>
          <w:tcPr>
            <w:tcW w:w="3173" w:type="dxa"/>
            <w:vAlign w:val="center"/>
          </w:tcPr>
          <w:p w14:paraId="086D409B" w14:textId="77777777" w:rsidR="009F14C8" w:rsidRDefault="00000000">
            <w:pPr>
              <w:spacing w:after="0"/>
            </w:pPr>
            <w:r>
              <w:rPr>
                <w:sz w:val="18"/>
              </w:rPr>
              <w:t>%18,6</w:t>
            </w:r>
          </w:p>
        </w:tc>
      </w:tr>
      <w:tr w:rsidR="009F14C8" w14:paraId="6DC36F60" w14:textId="77777777">
        <w:trPr>
          <w:jc w:val="center"/>
        </w:trPr>
        <w:tc>
          <w:tcPr>
            <w:tcW w:w="3173" w:type="dxa"/>
            <w:vAlign w:val="center"/>
          </w:tcPr>
          <w:p w14:paraId="558C65BD" w14:textId="77777777" w:rsidR="009F14C8" w:rsidRDefault="00000000">
            <w:pPr>
              <w:spacing w:after="0"/>
            </w:pPr>
            <w:r>
              <w:rPr>
                <w:sz w:val="18"/>
              </w:rPr>
              <w:t>1 = Kesinlikle Katılmıyorum</w:t>
            </w:r>
          </w:p>
        </w:tc>
        <w:tc>
          <w:tcPr>
            <w:tcW w:w="3173" w:type="dxa"/>
            <w:vAlign w:val="center"/>
          </w:tcPr>
          <w:p w14:paraId="0627E24C" w14:textId="77777777" w:rsidR="009F14C8" w:rsidRDefault="00000000">
            <w:pPr>
              <w:spacing w:after="0"/>
            </w:pPr>
            <w:r>
              <w:rPr>
                <w:sz w:val="18"/>
              </w:rPr>
              <w:t>5</w:t>
            </w:r>
          </w:p>
        </w:tc>
        <w:tc>
          <w:tcPr>
            <w:tcW w:w="3173" w:type="dxa"/>
            <w:vAlign w:val="center"/>
          </w:tcPr>
          <w:p w14:paraId="432140E5" w14:textId="77777777" w:rsidR="009F14C8" w:rsidRDefault="00000000">
            <w:pPr>
              <w:spacing w:after="0"/>
            </w:pPr>
            <w:r>
              <w:rPr>
                <w:sz w:val="18"/>
              </w:rPr>
              <w:t>%11,6</w:t>
            </w:r>
          </w:p>
        </w:tc>
      </w:tr>
      <w:tr w:rsidR="009F14C8" w14:paraId="02629381" w14:textId="77777777">
        <w:trPr>
          <w:jc w:val="center"/>
        </w:trPr>
        <w:tc>
          <w:tcPr>
            <w:tcW w:w="3173" w:type="dxa"/>
            <w:vAlign w:val="center"/>
          </w:tcPr>
          <w:p w14:paraId="7D949C13" w14:textId="77777777" w:rsidR="009F14C8" w:rsidRDefault="00000000">
            <w:pPr>
              <w:spacing w:after="0"/>
            </w:pPr>
            <w:r>
              <w:rPr>
                <w:sz w:val="18"/>
              </w:rPr>
              <w:t>Ortalama</w:t>
            </w:r>
          </w:p>
        </w:tc>
        <w:tc>
          <w:tcPr>
            <w:tcW w:w="3173" w:type="dxa"/>
            <w:vAlign w:val="center"/>
          </w:tcPr>
          <w:p w14:paraId="49347BD0" w14:textId="77777777" w:rsidR="009F14C8" w:rsidRDefault="009F14C8">
            <w:pPr>
              <w:spacing w:after="0"/>
            </w:pPr>
          </w:p>
        </w:tc>
        <w:tc>
          <w:tcPr>
            <w:tcW w:w="3173" w:type="dxa"/>
            <w:vAlign w:val="center"/>
          </w:tcPr>
          <w:p w14:paraId="7D7EBE97" w14:textId="77777777" w:rsidR="009F14C8" w:rsidRDefault="00000000">
            <w:pPr>
              <w:spacing w:after="0"/>
            </w:pPr>
            <w:r>
              <w:rPr>
                <w:sz w:val="18"/>
              </w:rPr>
              <w:t>3,14 / 5,00</w:t>
            </w:r>
          </w:p>
        </w:tc>
      </w:tr>
    </w:tbl>
    <w:p w14:paraId="1AC17E07" w14:textId="77777777" w:rsidR="009F14C8" w:rsidRDefault="00000000">
      <w:r>
        <w:rPr>
          <w:noProof/>
        </w:rPr>
        <w:drawing>
          <wp:inline distT="0" distB="0" distL="0" distR="0" wp14:anchorId="7510DF92" wp14:editId="235DD21C">
            <wp:extent cx="4343400" cy="2453523"/>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52.png"/>
                    <pic:cNvPicPr/>
                  </pic:nvPicPr>
                  <pic:blipFill>
                    <a:blip r:embed="rId62"/>
                    <a:stretch>
                      <a:fillRect/>
                    </a:stretch>
                  </pic:blipFill>
                  <pic:spPr>
                    <a:xfrm>
                      <a:off x="0" y="0"/>
                      <a:ext cx="4343400" cy="2453523"/>
                    </a:xfrm>
                    <a:prstGeom prst="rect">
                      <a:avLst/>
                    </a:prstGeom>
                  </pic:spPr>
                </pic:pic>
              </a:graphicData>
            </a:graphic>
          </wp:inline>
        </w:drawing>
      </w:r>
    </w:p>
    <w:p w14:paraId="0C0C94EF" w14:textId="77777777" w:rsidR="009F14C8" w:rsidRDefault="00000000">
      <w:pPr>
        <w:pStyle w:val="Balk3"/>
      </w:pPr>
      <w:bookmarkStart w:id="63" w:name="_Toc232111766"/>
      <w:r>
        <w:lastRenderedPageBreak/>
        <w:t>5.53. Madde 53’e İlişkin Bulgular</w:t>
      </w:r>
      <w:bookmarkEnd w:id="63"/>
    </w:p>
    <w:p w14:paraId="59BA5CC1" w14:textId="77777777" w:rsidR="009F14C8" w:rsidRDefault="00000000">
      <w:r>
        <w:rPr>
          <w:b/>
          <w:i/>
        </w:rPr>
        <w:t>(Anabilim Dalı düzeyinde araştırma performansının izlenmesine yönelik kullanılan kriterlerin nesnel ve bilimsel standartlara uygun olduğuna inanıyorum.)</w:t>
      </w:r>
    </w:p>
    <w:p w14:paraId="5D854056" w14:textId="77777777" w:rsidR="009F14C8" w:rsidRDefault="00000000">
      <w:r>
        <w:t>Katılımcıların; 12'i (%27,9) Kesinlikle Katılıyorum, 17'i (%39,5) Katılıyorum, 6'i (%14,0) Kararsızım, 3'i (%7,0) Katılmıyorum, 5'i (%11,6) Kesinlikle Katılmıyorum şeklinde görüş bildirmiştir. Bu maddeye geçerli yanıt veren katılımcı sayısı 43'dir.</w:t>
      </w:r>
    </w:p>
    <w:p w14:paraId="5C02167B" w14:textId="77777777" w:rsidR="009F14C8" w:rsidRDefault="00000000">
      <w:r>
        <w:t>Ortalama puanın 3,65/5,00 olması, olumlu görüş oranının %67,4, kararsız görüş oranının %14,0 ve olumsuz görüş oranının %18,6 düzeyinde gerçekleşmesi bu sonuçlar, ilgili alanda genel eğilimin olumlu olduğunu; bununla birlikte kararsız ve olumsuz görüşlerin de iyileştirme süreçlerinde dikkate alınması gerektiğini göstermektedir.</w:t>
      </w:r>
    </w:p>
    <w:tbl>
      <w:tblPr>
        <w:tblStyle w:val="TabloKlavuzu"/>
        <w:tblW w:w="0" w:type="auto"/>
        <w:jc w:val="center"/>
        <w:tblLook w:val="04A0" w:firstRow="1" w:lastRow="0" w:firstColumn="1" w:lastColumn="0" w:noHBand="0" w:noVBand="1"/>
      </w:tblPr>
      <w:tblGrid>
        <w:gridCol w:w="3173"/>
        <w:gridCol w:w="3173"/>
        <w:gridCol w:w="3173"/>
      </w:tblGrid>
      <w:tr w:rsidR="009F14C8" w14:paraId="76E491EE" w14:textId="77777777">
        <w:trPr>
          <w:jc w:val="center"/>
        </w:trPr>
        <w:tc>
          <w:tcPr>
            <w:tcW w:w="3173" w:type="dxa"/>
            <w:vAlign w:val="center"/>
          </w:tcPr>
          <w:p w14:paraId="57255475" w14:textId="77777777" w:rsidR="009F14C8" w:rsidRDefault="00000000">
            <w:pPr>
              <w:spacing w:after="0"/>
            </w:pPr>
            <w:r>
              <w:rPr>
                <w:sz w:val="18"/>
              </w:rPr>
              <w:t>Seçenek</w:t>
            </w:r>
          </w:p>
        </w:tc>
        <w:tc>
          <w:tcPr>
            <w:tcW w:w="3173" w:type="dxa"/>
            <w:vAlign w:val="center"/>
          </w:tcPr>
          <w:p w14:paraId="4E25FC4C" w14:textId="77777777" w:rsidR="009F14C8" w:rsidRDefault="00000000">
            <w:pPr>
              <w:spacing w:after="0"/>
            </w:pPr>
            <w:r>
              <w:rPr>
                <w:sz w:val="18"/>
              </w:rPr>
              <w:t>Frekans</w:t>
            </w:r>
          </w:p>
        </w:tc>
        <w:tc>
          <w:tcPr>
            <w:tcW w:w="3173" w:type="dxa"/>
            <w:vAlign w:val="center"/>
          </w:tcPr>
          <w:p w14:paraId="224CC9C0" w14:textId="77777777" w:rsidR="009F14C8" w:rsidRDefault="00000000">
            <w:pPr>
              <w:spacing w:after="0"/>
            </w:pPr>
            <w:r>
              <w:rPr>
                <w:sz w:val="18"/>
              </w:rPr>
              <w:t>Oran</w:t>
            </w:r>
          </w:p>
        </w:tc>
      </w:tr>
      <w:tr w:rsidR="009F14C8" w14:paraId="316C5DFD" w14:textId="77777777">
        <w:trPr>
          <w:jc w:val="center"/>
        </w:trPr>
        <w:tc>
          <w:tcPr>
            <w:tcW w:w="3173" w:type="dxa"/>
            <w:vAlign w:val="center"/>
          </w:tcPr>
          <w:p w14:paraId="39BF46BB" w14:textId="77777777" w:rsidR="009F14C8" w:rsidRDefault="00000000">
            <w:pPr>
              <w:spacing w:after="0"/>
            </w:pPr>
            <w:r>
              <w:rPr>
                <w:sz w:val="18"/>
              </w:rPr>
              <w:t>5 = Kesinlikle Katılıyorum</w:t>
            </w:r>
          </w:p>
        </w:tc>
        <w:tc>
          <w:tcPr>
            <w:tcW w:w="3173" w:type="dxa"/>
            <w:vAlign w:val="center"/>
          </w:tcPr>
          <w:p w14:paraId="7A0943BB" w14:textId="77777777" w:rsidR="009F14C8" w:rsidRDefault="00000000">
            <w:pPr>
              <w:spacing w:after="0"/>
            </w:pPr>
            <w:r>
              <w:rPr>
                <w:sz w:val="18"/>
              </w:rPr>
              <w:t>12</w:t>
            </w:r>
          </w:p>
        </w:tc>
        <w:tc>
          <w:tcPr>
            <w:tcW w:w="3173" w:type="dxa"/>
            <w:vAlign w:val="center"/>
          </w:tcPr>
          <w:p w14:paraId="507847EE" w14:textId="77777777" w:rsidR="009F14C8" w:rsidRDefault="00000000">
            <w:pPr>
              <w:spacing w:after="0"/>
            </w:pPr>
            <w:r>
              <w:rPr>
                <w:sz w:val="18"/>
              </w:rPr>
              <w:t>%27,9</w:t>
            </w:r>
          </w:p>
        </w:tc>
      </w:tr>
      <w:tr w:rsidR="009F14C8" w14:paraId="68EDEBE2" w14:textId="77777777">
        <w:trPr>
          <w:jc w:val="center"/>
        </w:trPr>
        <w:tc>
          <w:tcPr>
            <w:tcW w:w="3173" w:type="dxa"/>
            <w:vAlign w:val="center"/>
          </w:tcPr>
          <w:p w14:paraId="255E754C" w14:textId="77777777" w:rsidR="009F14C8" w:rsidRDefault="00000000">
            <w:pPr>
              <w:spacing w:after="0"/>
            </w:pPr>
            <w:r>
              <w:rPr>
                <w:sz w:val="18"/>
              </w:rPr>
              <w:t>4 = Katılıyorum</w:t>
            </w:r>
          </w:p>
        </w:tc>
        <w:tc>
          <w:tcPr>
            <w:tcW w:w="3173" w:type="dxa"/>
            <w:vAlign w:val="center"/>
          </w:tcPr>
          <w:p w14:paraId="33C6BBE7" w14:textId="77777777" w:rsidR="009F14C8" w:rsidRDefault="00000000">
            <w:pPr>
              <w:spacing w:after="0"/>
            </w:pPr>
            <w:r>
              <w:rPr>
                <w:sz w:val="18"/>
              </w:rPr>
              <w:t>17</w:t>
            </w:r>
          </w:p>
        </w:tc>
        <w:tc>
          <w:tcPr>
            <w:tcW w:w="3173" w:type="dxa"/>
            <w:vAlign w:val="center"/>
          </w:tcPr>
          <w:p w14:paraId="6A2357D8" w14:textId="77777777" w:rsidR="009F14C8" w:rsidRDefault="00000000">
            <w:pPr>
              <w:spacing w:after="0"/>
            </w:pPr>
            <w:r>
              <w:rPr>
                <w:sz w:val="18"/>
              </w:rPr>
              <w:t>%39,5</w:t>
            </w:r>
          </w:p>
        </w:tc>
      </w:tr>
      <w:tr w:rsidR="009F14C8" w14:paraId="71F68C39" w14:textId="77777777">
        <w:trPr>
          <w:jc w:val="center"/>
        </w:trPr>
        <w:tc>
          <w:tcPr>
            <w:tcW w:w="3173" w:type="dxa"/>
            <w:vAlign w:val="center"/>
          </w:tcPr>
          <w:p w14:paraId="0A7F24F5" w14:textId="77777777" w:rsidR="009F14C8" w:rsidRDefault="00000000">
            <w:pPr>
              <w:spacing w:after="0"/>
            </w:pPr>
            <w:r>
              <w:rPr>
                <w:sz w:val="18"/>
              </w:rPr>
              <w:t>3 = Kararsızım</w:t>
            </w:r>
          </w:p>
        </w:tc>
        <w:tc>
          <w:tcPr>
            <w:tcW w:w="3173" w:type="dxa"/>
            <w:vAlign w:val="center"/>
          </w:tcPr>
          <w:p w14:paraId="4AB9750A" w14:textId="77777777" w:rsidR="009F14C8" w:rsidRDefault="00000000">
            <w:pPr>
              <w:spacing w:after="0"/>
            </w:pPr>
            <w:r>
              <w:rPr>
                <w:sz w:val="18"/>
              </w:rPr>
              <w:t>6</w:t>
            </w:r>
          </w:p>
        </w:tc>
        <w:tc>
          <w:tcPr>
            <w:tcW w:w="3173" w:type="dxa"/>
            <w:vAlign w:val="center"/>
          </w:tcPr>
          <w:p w14:paraId="47CBD6A6" w14:textId="77777777" w:rsidR="009F14C8" w:rsidRDefault="00000000">
            <w:pPr>
              <w:spacing w:after="0"/>
            </w:pPr>
            <w:r>
              <w:rPr>
                <w:sz w:val="18"/>
              </w:rPr>
              <w:t>%14,0</w:t>
            </w:r>
          </w:p>
        </w:tc>
      </w:tr>
      <w:tr w:rsidR="009F14C8" w14:paraId="30F19294" w14:textId="77777777">
        <w:trPr>
          <w:jc w:val="center"/>
        </w:trPr>
        <w:tc>
          <w:tcPr>
            <w:tcW w:w="3173" w:type="dxa"/>
            <w:vAlign w:val="center"/>
          </w:tcPr>
          <w:p w14:paraId="1A6E5275" w14:textId="77777777" w:rsidR="009F14C8" w:rsidRDefault="00000000">
            <w:pPr>
              <w:spacing w:after="0"/>
            </w:pPr>
            <w:r>
              <w:rPr>
                <w:sz w:val="18"/>
              </w:rPr>
              <w:t>2 = Katılmıyorum</w:t>
            </w:r>
          </w:p>
        </w:tc>
        <w:tc>
          <w:tcPr>
            <w:tcW w:w="3173" w:type="dxa"/>
            <w:vAlign w:val="center"/>
          </w:tcPr>
          <w:p w14:paraId="155E0DC6" w14:textId="77777777" w:rsidR="009F14C8" w:rsidRDefault="00000000">
            <w:pPr>
              <w:spacing w:after="0"/>
            </w:pPr>
            <w:r>
              <w:rPr>
                <w:sz w:val="18"/>
              </w:rPr>
              <w:t>3</w:t>
            </w:r>
          </w:p>
        </w:tc>
        <w:tc>
          <w:tcPr>
            <w:tcW w:w="3173" w:type="dxa"/>
            <w:vAlign w:val="center"/>
          </w:tcPr>
          <w:p w14:paraId="54433268" w14:textId="77777777" w:rsidR="009F14C8" w:rsidRDefault="00000000">
            <w:pPr>
              <w:spacing w:after="0"/>
            </w:pPr>
            <w:r>
              <w:rPr>
                <w:sz w:val="18"/>
              </w:rPr>
              <w:t>%7,0</w:t>
            </w:r>
          </w:p>
        </w:tc>
      </w:tr>
      <w:tr w:rsidR="009F14C8" w14:paraId="46B29DD2" w14:textId="77777777">
        <w:trPr>
          <w:jc w:val="center"/>
        </w:trPr>
        <w:tc>
          <w:tcPr>
            <w:tcW w:w="3173" w:type="dxa"/>
            <w:vAlign w:val="center"/>
          </w:tcPr>
          <w:p w14:paraId="3E910697" w14:textId="77777777" w:rsidR="009F14C8" w:rsidRDefault="00000000">
            <w:pPr>
              <w:spacing w:after="0"/>
            </w:pPr>
            <w:r>
              <w:rPr>
                <w:sz w:val="18"/>
              </w:rPr>
              <w:t>1 = Kesinlikle Katılmıyorum</w:t>
            </w:r>
          </w:p>
        </w:tc>
        <w:tc>
          <w:tcPr>
            <w:tcW w:w="3173" w:type="dxa"/>
            <w:vAlign w:val="center"/>
          </w:tcPr>
          <w:p w14:paraId="5CB6ABFD" w14:textId="77777777" w:rsidR="009F14C8" w:rsidRDefault="00000000">
            <w:pPr>
              <w:spacing w:after="0"/>
            </w:pPr>
            <w:r>
              <w:rPr>
                <w:sz w:val="18"/>
              </w:rPr>
              <w:t>5</w:t>
            </w:r>
          </w:p>
        </w:tc>
        <w:tc>
          <w:tcPr>
            <w:tcW w:w="3173" w:type="dxa"/>
            <w:vAlign w:val="center"/>
          </w:tcPr>
          <w:p w14:paraId="66F100A5" w14:textId="77777777" w:rsidR="009F14C8" w:rsidRDefault="00000000">
            <w:pPr>
              <w:spacing w:after="0"/>
            </w:pPr>
            <w:r>
              <w:rPr>
                <w:sz w:val="18"/>
              </w:rPr>
              <w:t>%11,6</w:t>
            </w:r>
          </w:p>
        </w:tc>
      </w:tr>
      <w:tr w:rsidR="009F14C8" w14:paraId="46C5286D" w14:textId="77777777">
        <w:trPr>
          <w:jc w:val="center"/>
        </w:trPr>
        <w:tc>
          <w:tcPr>
            <w:tcW w:w="3173" w:type="dxa"/>
            <w:vAlign w:val="center"/>
          </w:tcPr>
          <w:p w14:paraId="4D5D5FFF" w14:textId="77777777" w:rsidR="009F14C8" w:rsidRDefault="00000000">
            <w:pPr>
              <w:spacing w:after="0"/>
            </w:pPr>
            <w:r>
              <w:rPr>
                <w:sz w:val="18"/>
              </w:rPr>
              <w:t>Ortalama</w:t>
            </w:r>
          </w:p>
        </w:tc>
        <w:tc>
          <w:tcPr>
            <w:tcW w:w="3173" w:type="dxa"/>
            <w:vAlign w:val="center"/>
          </w:tcPr>
          <w:p w14:paraId="1238AA42" w14:textId="77777777" w:rsidR="009F14C8" w:rsidRDefault="009F14C8">
            <w:pPr>
              <w:spacing w:after="0"/>
            </w:pPr>
          </w:p>
        </w:tc>
        <w:tc>
          <w:tcPr>
            <w:tcW w:w="3173" w:type="dxa"/>
            <w:vAlign w:val="center"/>
          </w:tcPr>
          <w:p w14:paraId="22E859AE" w14:textId="77777777" w:rsidR="009F14C8" w:rsidRDefault="00000000">
            <w:pPr>
              <w:spacing w:after="0"/>
            </w:pPr>
            <w:r>
              <w:rPr>
                <w:sz w:val="18"/>
              </w:rPr>
              <w:t>3,65 / 5,00</w:t>
            </w:r>
          </w:p>
        </w:tc>
      </w:tr>
    </w:tbl>
    <w:p w14:paraId="14ACAAA0" w14:textId="77777777" w:rsidR="009F14C8" w:rsidRDefault="00000000">
      <w:r>
        <w:rPr>
          <w:noProof/>
        </w:rPr>
        <w:drawing>
          <wp:inline distT="0" distB="0" distL="0" distR="0" wp14:anchorId="61524F91" wp14:editId="2DC34DE3">
            <wp:extent cx="4343400" cy="2453523"/>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53.png"/>
                    <pic:cNvPicPr/>
                  </pic:nvPicPr>
                  <pic:blipFill>
                    <a:blip r:embed="rId63"/>
                    <a:stretch>
                      <a:fillRect/>
                    </a:stretch>
                  </pic:blipFill>
                  <pic:spPr>
                    <a:xfrm>
                      <a:off x="0" y="0"/>
                      <a:ext cx="4343400" cy="2453523"/>
                    </a:xfrm>
                    <a:prstGeom prst="rect">
                      <a:avLst/>
                    </a:prstGeom>
                  </pic:spPr>
                </pic:pic>
              </a:graphicData>
            </a:graphic>
          </wp:inline>
        </w:drawing>
      </w:r>
    </w:p>
    <w:p w14:paraId="3F1A8B79" w14:textId="77777777" w:rsidR="009F14C8" w:rsidRDefault="00000000">
      <w:pPr>
        <w:pStyle w:val="Balk3"/>
      </w:pPr>
      <w:bookmarkStart w:id="64" w:name="_Toc232111767"/>
      <w:r>
        <w:t>5.54. Madde 54’e İlişkin Bulgular</w:t>
      </w:r>
      <w:bookmarkEnd w:id="64"/>
    </w:p>
    <w:p w14:paraId="78658881" w14:textId="77777777" w:rsidR="009F14C8" w:rsidRDefault="00000000">
      <w:r>
        <w:rPr>
          <w:b/>
          <w:i/>
        </w:rPr>
        <w:t>(Bireysel araştırma performansımın değerlendirilmesi süreçlerinde kullanılan kriterlerin şeffaf ve teşvik edici olduğunu düşünüyorum.)</w:t>
      </w:r>
    </w:p>
    <w:p w14:paraId="6A32BE1D" w14:textId="77777777" w:rsidR="009F14C8" w:rsidRDefault="00000000">
      <w:r>
        <w:t>Katılımcıların; 12'i (%27,9) Kesinlikle Katılıyorum, 18'i (%41,9) Katılıyorum, 5'i (%11,6) Kararsızım, 5'i (%11,6) Katılmıyorum, 3'i (%7,0) Kesinlikle Katılmıyorum şeklinde görüş bildirmiştir. Bu maddeye geçerli yanıt veren katılımcı sayısı 43'dir.</w:t>
      </w:r>
    </w:p>
    <w:p w14:paraId="37B4451D" w14:textId="77777777" w:rsidR="009F14C8" w:rsidRDefault="00000000">
      <w:r>
        <w:t>Ortalama puanın 3,72/5,00 olması, olumlu görüş oranının %69,8, kararsız görüş oranının %11,6 ve olumsuz görüş oranının %18,6 düzeyinde gerçekleşmesi bu sonuçlar, ilgili alanda genel eğilimin olumlu olduğunu; bununla birlikte kararsız ve olumsuz görüşlerin de iyileştirme süreçlerinde dikkate alınması gerektiğini göstermektedir.</w:t>
      </w:r>
    </w:p>
    <w:tbl>
      <w:tblPr>
        <w:tblStyle w:val="TabloKlavuzu"/>
        <w:tblW w:w="0" w:type="auto"/>
        <w:jc w:val="center"/>
        <w:tblLook w:val="04A0" w:firstRow="1" w:lastRow="0" w:firstColumn="1" w:lastColumn="0" w:noHBand="0" w:noVBand="1"/>
      </w:tblPr>
      <w:tblGrid>
        <w:gridCol w:w="3173"/>
        <w:gridCol w:w="3173"/>
        <w:gridCol w:w="3173"/>
      </w:tblGrid>
      <w:tr w:rsidR="009F14C8" w14:paraId="3FF3F9CD" w14:textId="77777777">
        <w:trPr>
          <w:jc w:val="center"/>
        </w:trPr>
        <w:tc>
          <w:tcPr>
            <w:tcW w:w="3173" w:type="dxa"/>
            <w:vAlign w:val="center"/>
          </w:tcPr>
          <w:p w14:paraId="19CC3690" w14:textId="77777777" w:rsidR="009F14C8" w:rsidRDefault="00000000">
            <w:pPr>
              <w:spacing w:after="0"/>
            </w:pPr>
            <w:r>
              <w:rPr>
                <w:sz w:val="18"/>
              </w:rPr>
              <w:t>Seçenek</w:t>
            </w:r>
          </w:p>
        </w:tc>
        <w:tc>
          <w:tcPr>
            <w:tcW w:w="3173" w:type="dxa"/>
            <w:vAlign w:val="center"/>
          </w:tcPr>
          <w:p w14:paraId="4A5601A9" w14:textId="77777777" w:rsidR="009F14C8" w:rsidRDefault="00000000">
            <w:pPr>
              <w:spacing w:after="0"/>
            </w:pPr>
            <w:r>
              <w:rPr>
                <w:sz w:val="18"/>
              </w:rPr>
              <w:t>Frekans</w:t>
            </w:r>
          </w:p>
        </w:tc>
        <w:tc>
          <w:tcPr>
            <w:tcW w:w="3173" w:type="dxa"/>
            <w:vAlign w:val="center"/>
          </w:tcPr>
          <w:p w14:paraId="608A97F2" w14:textId="77777777" w:rsidR="009F14C8" w:rsidRDefault="00000000">
            <w:pPr>
              <w:spacing w:after="0"/>
            </w:pPr>
            <w:r>
              <w:rPr>
                <w:sz w:val="18"/>
              </w:rPr>
              <w:t>Oran</w:t>
            </w:r>
          </w:p>
        </w:tc>
      </w:tr>
      <w:tr w:rsidR="009F14C8" w14:paraId="6D03D26E" w14:textId="77777777">
        <w:trPr>
          <w:jc w:val="center"/>
        </w:trPr>
        <w:tc>
          <w:tcPr>
            <w:tcW w:w="3173" w:type="dxa"/>
            <w:vAlign w:val="center"/>
          </w:tcPr>
          <w:p w14:paraId="0DC313FA" w14:textId="77777777" w:rsidR="009F14C8" w:rsidRDefault="00000000">
            <w:pPr>
              <w:spacing w:after="0"/>
            </w:pPr>
            <w:r>
              <w:rPr>
                <w:sz w:val="18"/>
              </w:rPr>
              <w:t>5 = Kesinlikle Katılıyorum</w:t>
            </w:r>
          </w:p>
        </w:tc>
        <w:tc>
          <w:tcPr>
            <w:tcW w:w="3173" w:type="dxa"/>
            <w:vAlign w:val="center"/>
          </w:tcPr>
          <w:p w14:paraId="0FE223E2" w14:textId="77777777" w:rsidR="009F14C8" w:rsidRDefault="00000000">
            <w:pPr>
              <w:spacing w:after="0"/>
            </w:pPr>
            <w:r>
              <w:rPr>
                <w:sz w:val="18"/>
              </w:rPr>
              <w:t>12</w:t>
            </w:r>
          </w:p>
        </w:tc>
        <w:tc>
          <w:tcPr>
            <w:tcW w:w="3173" w:type="dxa"/>
            <w:vAlign w:val="center"/>
          </w:tcPr>
          <w:p w14:paraId="71874235" w14:textId="77777777" w:rsidR="009F14C8" w:rsidRDefault="00000000">
            <w:pPr>
              <w:spacing w:after="0"/>
            </w:pPr>
            <w:r>
              <w:rPr>
                <w:sz w:val="18"/>
              </w:rPr>
              <w:t>%27,9</w:t>
            </w:r>
          </w:p>
        </w:tc>
      </w:tr>
      <w:tr w:rsidR="009F14C8" w14:paraId="211D5912" w14:textId="77777777">
        <w:trPr>
          <w:jc w:val="center"/>
        </w:trPr>
        <w:tc>
          <w:tcPr>
            <w:tcW w:w="3173" w:type="dxa"/>
            <w:vAlign w:val="center"/>
          </w:tcPr>
          <w:p w14:paraId="46ACA472" w14:textId="77777777" w:rsidR="009F14C8" w:rsidRDefault="00000000">
            <w:pPr>
              <w:spacing w:after="0"/>
            </w:pPr>
            <w:r>
              <w:rPr>
                <w:sz w:val="18"/>
              </w:rPr>
              <w:t>4 = Katılıyorum</w:t>
            </w:r>
          </w:p>
        </w:tc>
        <w:tc>
          <w:tcPr>
            <w:tcW w:w="3173" w:type="dxa"/>
            <w:vAlign w:val="center"/>
          </w:tcPr>
          <w:p w14:paraId="682D8533" w14:textId="77777777" w:rsidR="009F14C8" w:rsidRDefault="00000000">
            <w:pPr>
              <w:spacing w:after="0"/>
            </w:pPr>
            <w:r>
              <w:rPr>
                <w:sz w:val="18"/>
              </w:rPr>
              <w:t>18</w:t>
            </w:r>
          </w:p>
        </w:tc>
        <w:tc>
          <w:tcPr>
            <w:tcW w:w="3173" w:type="dxa"/>
            <w:vAlign w:val="center"/>
          </w:tcPr>
          <w:p w14:paraId="355BE2EC" w14:textId="77777777" w:rsidR="009F14C8" w:rsidRDefault="00000000">
            <w:pPr>
              <w:spacing w:after="0"/>
            </w:pPr>
            <w:r>
              <w:rPr>
                <w:sz w:val="18"/>
              </w:rPr>
              <w:t>%41,9</w:t>
            </w:r>
          </w:p>
        </w:tc>
      </w:tr>
      <w:tr w:rsidR="009F14C8" w14:paraId="4FCD0D7B" w14:textId="77777777">
        <w:trPr>
          <w:jc w:val="center"/>
        </w:trPr>
        <w:tc>
          <w:tcPr>
            <w:tcW w:w="3173" w:type="dxa"/>
            <w:vAlign w:val="center"/>
          </w:tcPr>
          <w:p w14:paraId="7DEEB923" w14:textId="77777777" w:rsidR="009F14C8" w:rsidRDefault="00000000">
            <w:pPr>
              <w:spacing w:after="0"/>
            </w:pPr>
            <w:r>
              <w:rPr>
                <w:sz w:val="18"/>
              </w:rPr>
              <w:lastRenderedPageBreak/>
              <w:t>3 = Kararsızım</w:t>
            </w:r>
          </w:p>
        </w:tc>
        <w:tc>
          <w:tcPr>
            <w:tcW w:w="3173" w:type="dxa"/>
            <w:vAlign w:val="center"/>
          </w:tcPr>
          <w:p w14:paraId="4A417D5C" w14:textId="77777777" w:rsidR="009F14C8" w:rsidRDefault="00000000">
            <w:pPr>
              <w:spacing w:after="0"/>
            </w:pPr>
            <w:r>
              <w:rPr>
                <w:sz w:val="18"/>
              </w:rPr>
              <w:t>5</w:t>
            </w:r>
          </w:p>
        </w:tc>
        <w:tc>
          <w:tcPr>
            <w:tcW w:w="3173" w:type="dxa"/>
            <w:vAlign w:val="center"/>
          </w:tcPr>
          <w:p w14:paraId="4D72FFD3" w14:textId="77777777" w:rsidR="009F14C8" w:rsidRDefault="00000000">
            <w:pPr>
              <w:spacing w:after="0"/>
            </w:pPr>
            <w:r>
              <w:rPr>
                <w:sz w:val="18"/>
              </w:rPr>
              <w:t>%11,6</w:t>
            </w:r>
          </w:p>
        </w:tc>
      </w:tr>
      <w:tr w:rsidR="009F14C8" w14:paraId="741A208F" w14:textId="77777777">
        <w:trPr>
          <w:jc w:val="center"/>
        </w:trPr>
        <w:tc>
          <w:tcPr>
            <w:tcW w:w="3173" w:type="dxa"/>
            <w:vAlign w:val="center"/>
          </w:tcPr>
          <w:p w14:paraId="088AFAA2" w14:textId="77777777" w:rsidR="009F14C8" w:rsidRDefault="00000000">
            <w:pPr>
              <w:spacing w:after="0"/>
            </w:pPr>
            <w:r>
              <w:rPr>
                <w:sz w:val="18"/>
              </w:rPr>
              <w:t>2 = Katılmıyorum</w:t>
            </w:r>
          </w:p>
        </w:tc>
        <w:tc>
          <w:tcPr>
            <w:tcW w:w="3173" w:type="dxa"/>
            <w:vAlign w:val="center"/>
          </w:tcPr>
          <w:p w14:paraId="56BDCF40" w14:textId="77777777" w:rsidR="009F14C8" w:rsidRDefault="00000000">
            <w:pPr>
              <w:spacing w:after="0"/>
            </w:pPr>
            <w:r>
              <w:rPr>
                <w:sz w:val="18"/>
              </w:rPr>
              <w:t>5</w:t>
            </w:r>
          </w:p>
        </w:tc>
        <w:tc>
          <w:tcPr>
            <w:tcW w:w="3173" w:type="dxa"/>
            <w:vAlign w:val="center"/>
          </w:tcPr>
          <w:p w14:paraId="4AC49F25" w14:textId="77777777" w:rsidR="009F14C8" w:rsidRDefault="00000000">
            <w:pPr>
              <w:spacing w:after="0"/>
            </w:pPr>
            <w:r>
              <w:rPr>
                <w:sz w:val="18"/>
              </w:rPr>
              <w:t>%11,6</w:t>
            </w:r>
          </w:p>
        </w:tc>
      </w:tr>
      <w:tr w:rsidR="009F14C8" w14:paraId="2073EC5E" w14:textId="77777777">
        <w:trPr>
          <w:jc w:val="center"/>
        </w:trPr>
        <w:tc>
          <w:tcPr>
            <w:tcW w:w="3173" w:type="dxa"/>
            <w:vAlign w:val="center"/>
          </w:tcPr>
          <w:p w14:paraId="29601126" w14:textId="77777777" w:rsidR="009F14C8" w:rsidRDefault="00000000">
            <w:pPr>
              <w:spacing w:after="0"/>
            </w:pPr>
            <w:r>
              <w:rPr>
                <w:sz w:val="18"/>
              </w:rPr>
              <w:t>1 = Kesinlikle Katılmıyorum</w:t>
            </w:r>
          </w:p>
        </w:tc>
        <w:tc>
          <w:tcPr>
            <w:tcW w:w="3173" w:type="dxa"/>
            <w:vAlign w:val="center"/>
          </w:tcPr>
          <w:p w14:paraId="657EBABD" w14:textId="77777777" w:rsidR="009F14C8" w:rsidRDefault="00000000">
            <w:pPr>
              <w:spacing w:after="0"/>
            </w:pPr>
            <w:r>
              <w:rPr>
                <w:sz w:val="18"/>
              </w:rPr>
              <w:t>3</w:t>
            </w:r>
          </w:p>
        </w:tc>
        <w:tc>
          <w:tcPr>
            <w:tcW w:w="3173" w:type="dxa"/>
            <w:vAlign w:val="center"/>
          </w:tcPr>
          <w:p w14:paraId="49CEDFFE" w14:textId="77777777" w:rsidR="009F14C8" w:rsidRDefault="00000000">
            <w:pPr>
              <w:spacing w:after="0"/>
            </w:pPr>
            <w:r>
              <w:rPr>
                <w:sz w:val="18"/>
              </w:rPr>
              <w:t>%7,0</w:t>
            </w:r>
          </w:p>
        </w:tc>
      </w:tr>
      <w:tr w:rsidR="009F14C8" w14:paraId="6B3724AE" w14:textId="77777777">
        <w:trPr>
          <w:jc w:val="center"/>
        </w:trPr>
        <w:tc>
          <w:tcPr>
            <w:tcW w:w="3173" w:type="dxa"/>
            <w:vAlign w:val="center"/>
          </w:tcPr>
          <w:p w14:paraId="1A3F8481" w14:textId="77777777" w:rsidR="009F14C8" w:rsidRDefault="00000000">
            <w:pPr>
              <w:spacing w:after="0"/>
            </w:pPr>
            <w:r>
              <w:rPr>
                <w:sz w:val="18"/>
              </w:rPr>
              <w:t>Ortalama</w:t>
            </w:r>
          </w:p>
        </w:tc>
        <w:tc>
          <w:tcPr>
            <w:tcW w:w="3173" w:type="dxa"/>
            <w:vAlign w:val="center"/>
          </w:tcPr>
          <w:p w14:paraId="11CAFEBD" w14:textId="77777777" w:rsidR="009F14C8" w:rsidRDefault="009F14C8">
            <w:pPr>
              <w:spacing w:after="0"/>
            </w:pPr>
          </w:p>
        </w:tc>
        <w:tc>
          <w:tcPr>
            <w:tcW w:w="3173" w:type="dxa"/>
            <w:vAlign w:val="center"/>
          </w:tcPr>
          <w:p w14:paraId="339B6324" w14:textId="77777777" w:rsidR="009F14C8" w:rsidRDefault="00000000">
            <w:pPr>
              <w:spacing w:after="0"/>
            </w:pPr>
            <w:r>
              <w:rPr>
                <w:sz w:val="18"/>
              </w:rPr>
              <w:t>3,72 / 5,00</w:t>
            </w:r>
          </w:p>
        </w:tc>
      </w:tr>
    </w:tbl>
    <w:p w14:paraId="3D8727CA" w14:textId="77777777" w:rsidR="009F14C8" w:rsidRDefault="00000000">
      <w:r>
        <w:rPr>
          <w:noProof/>
        </w:rPr>
        <w:drawing>
          <wp:inline distT="0" distB="0" distL="0" distR="0" wp14:anchorId="388FB9A2" wp14:editId="7CD15038">
            <wp:extent cx="4343400" cy="2453523"/>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54.png"/>
                    <pic:cNvPicPr/>
                  </pic:nvPicPr>
                  <pic:blipFill>
                    <a:blip r:embed="rId64"/>
                    <a:stretch>
                      <a:fillRect/>
                    </a:stretch>
                  </pic:blipFill>
                  <pic:spPr>
                    <a:xfrm>
                      <a:off x="0" y="0"/>
                      <a:ext cx="4343400" cy="2453523"/>
                    </a:xfrm>
                    <a:prstGeom prst="rect">
                      <a:avLst/>
                    </a:prstGeom>
                  </pic:spPr>
                </pic:pic>
              </a:graphicData>
            </a:graphic>
          </wp:inline>
        </w:drawing>
      </w:r>
    </w:p>
    <w:p w14:paraId="050E3E89" w14:textId="77777777" w:rsidR="009F14C8" w:rsidRDefault="00000000">
      <w:pPr>
        <w:pStyle w:val="Balk3"/>
      </w:pPr>
      <w:bookmarkStart w:id="65" w:name="_Toc232111768"/>
      <w:r>
        <w:t>5.55. Madde 55’e İlişkin Bulgular</w:t>
      </w:r>
      <w:bookmarkEnd w:id="65"/>
    </w:p>
    <w:p w14:paraId="0E81D28F" w14:textId="77777777" w:rsidR="009F14C8" w:rsidRDefault="00000000">
      <w:r>
        <w:rPr>
          <w:b/>
          <w:i/>
        </w:rPr>
        <w:t>(Yüksek performans gösteren araştırmacıların ödüllendirilmesi konusundaki kurumsal uygulamaları yeterli buluyorum.)</w:t>
      </w:r>
    </w:p>
    <w:p w14:paraId="257761B0" w14:textId="77777777" w:rsidR="009F14C8" w:rsidRDefault="00000000">
      <w:r>
        <w:t>Katılımcıların; 16'i (%37,2) Kesinlikle Katılıyorum, 6'i (%14,0) Katılıyorum, 12'i (%27,9) Kararsızım, 5'i (%11,6) Katılmıyorum, 4'i (%9,3) Kesinlikle Katılmıyorum şeklinde görüş bildirmiştir. Bu maddeye geçerli yanıt veren katılımcı sayısı 43'dir.</w:t>
      </w:r>
    </w:p>
    <w:p w14:paraId="6FEB5714" w14:textId="77777777" w:rsidR="009F14C8" w:rsidRDefault="00000000">
      <w:r>
        <w:t>Ortalama puanın 3,58/5,00 olması, olumlu görüş oranının %51,2, kararsız görüş oranının %27,9 ve olumsuz görüş oranının %20,9 düzeyinde gerçekleşmesi bu sonuçlar, ilgili alanda genel eğilimin olumlu olduğunu; bununla birlikte kararsız ve olumsuz görüşlerin de iyileştirme süreçlerinde dikkate alınması gerektiğini göstermektedir.</w:t>
      </w:r>
    </w:p>
    <w:tbl>
      <w:tblPr>
        <w:tblStyle w:val="TabloKlavuzu"/>
        <w:tblW w:w="0" w:type="auto"/>
        <w:jc w:val="center"/>
        <w:tblLook w:val="04A0" w:firstRow="1" w:lastRow="0" w:firstColumn="1" w:lastColumn="0" w:noHBand="0" w:noVBand="1"/>
      </w:tblPr>
      <w:tblGrid>
        <w:gridCol w:w="3173"/>
        <w:gridCol w:w="3173"/>
        <w:gridCol w:w="3173"/>
      </w:tblGrid>
      <w:tr w:rsidR="009F14C8" w14:paraId="1B3CE4F9" w14:textId="77777777">
        <w:trPr>
          <w:jc w:val="center"/>
        </w:trPr>
        <w:tc>
          <w:tcPr>
            <w:tcW w:w="3173" w:type="dxa"/>
            <w:vAlign w:val="center"/>
          </w:tcPr>
          <w:p w14:paraId="327898AC" w14:textId="77777777" w:rsidR="009F14C8" w:rsidRDefault="00000000">
            <w:pPr>
              <w:spacing w:after="0"/>
            </w:pPr>
            <w:r>
              <w:rPr>
                <w:sz w:val="18"/>
              </w:rPr>
              <w:t>Seçenek</w:t>
            </w:r>
          </w:p>
        </w:tc>
        <w:tc>
          <w:tcPr>
            <w:tcW w:w="3173" w:type="dxa"/>
            <w:vAlign w:val="center"/>
          </w:tcPr>
          <w:p w14:paraId="5785C271" w14:textId="77777777" w:rsidR="009F14C8" w:rsidRDefault="00000000">
            <w:pPr>
              <w:spacing w:after="0"/>
            </w:pPr>
            <w:r>
              <w:rPr>
                <w:sz w:val="18"/>
              </w:rPr>
              <w:t>Frekans</w:t>
            </w:r>
          </w:p>
        </w:tc>
        <w:tc>
          <w:tcPr>
            <w:tcW w:w="3173" w:type="dxa"/>
            <w:vAlign w:val="center"/>
          </w:tcPr>
          <w:p w14:paraId="41815F96" w14:textId="77777777" w:rsidR="009F14C8" w:rsidRDefault="00000000">
            <w:pPr>
              <w:spacing w:after="0"/>
            </w:pPr>
            <w:r>
              <w:rPr>
                <w:sz w:val="18"/>
              </w:rPr>
              <w:t>Oran</w:t>
            </w:r>
          </w:p>
        </w:tc>
      </w:tr>
      <w:tr w:rsidR="009F14C8" w14:paraId="1B1C6B41" w14:textId="77777777">
        <w:trPr>
          <w:jc w:val="center"/>
        </w:trPr>
        <w:tc>
          <w:tcPr>
            <w:tcW w:w="3173" w:type="dxa"/>
            <w:vAlign w:val="center"/>
          </w:tcPr>
          <w:p w14:paraId="0A28D204" w14:textId="77777777" w:rsidR="009F14C8" w:rsidRDefault="00000000">
            <w:pPr>
              <w:spacing w:after="0"/>
            </w:pPr>
            <w:r>
              <w:rPr>
                <w:sz w:val="18"/>
              </w:rPr>
              <w:t>5 = Kesinlikle Katılıyorum</w:t>
            </w:r>
          </w:p>
        </w:tc>
        <w:tc>
          <w:tcPr>
            <w:tcW w:w="3173" w:type="dxa"/>
            <w:vAlign w:val="center"/>
          </w:tcPr>
          <w:p w14:paraId="5B0DA7B6" w14:textId="77777777" w:rsidR="009F14C8" w:rsidRDefault="00000000">
            <w:pPr>
              <w:spacing w:after="0"/>
            </w:pPr>
            <w:r>
              <w:rPr>
                <w:sz w:val="18"/>
              </w:rPr>
              <w:t>16</w:t>
            </w:r>
          </w:p>
        </w:tc>
        <w:tc>
          <w:tcPr>
            <w:tcW w:w="3173" w:type="dxa"/>
            <w:vAlign w:val="center"/>
          </w:tcPr>
          <w:p w14:paraId="35E7DD2A" w14:textId="77777777" w:rsidR="009F14C8" w:rsidRDefault="00000000">
            <w:pPr>
              <w:spacing w:after="0"/>
            </w:pPr>
            <w:r>
              <w:rPr>
                <w:sz w:val="18"/>
              </w:rPr>
              <w:t>%37,2</w:t>
            </w:r>
          </w:p>
        </w:tc>
      </w:tr>
      <w:tr w:rsidR="009F14C8" w14:paraId="5E964816" w14:textId="77777777">
        <w:trPr>
          <w:jc w:val="center"/>
        </w:trPr>
        <w:tc>
          <w:tcPr>
            <w:tcW w:w="3173" w:type="dxa"/>
            <w:vAlign w:val="center"/>
          </w:tcPr>
          <w:p w14:paraId="2C4B4BAB" w14:textId="77777777" w:rsidR="009F14C8" w:rsidRDefault="00000000">
            <w:pPr>
              <w:spacing w:after="0"/>
            </w:pPr>
            <w:r>
              <w:rPr>
                <w:sz w:val="18"/>
              </w:rPr>
              <w:t>4 = Katılıyorum</w:t>
            </w:r>
          </w:p>
        </w:tc>
        <w:tc>
          <w:tcPr>
            <w:tcW w:w="3173" w:type="dxa"/>
            <w:vAlign w:val="center"/>
          </w:tcPr>
          <w:p w14:paraId="5FA2BBA8" w14:textId="77777777" w:rsidR="009F14C8" w:rsidRDefault="00000000">
            <w:pPr>
              <w:spacing w:after="0"/>
            </w:pPr>
            <w:r>
              <w:rPr>
                <w:sz w:val="18"/>
              </w:rPr>
              <w:t>6</w:t>
            </w:r>
          </w:p>
        </w:tc>
        <w:tc>
          <w:tcPr>
            <w:tcW w:w="3173" w:type="dxa"/>
            <w:vAlign w:val="center"/>
          </w:tcPr>
          <w:p w14:paraId="01060263" w14:textId="77777777" w:rsidR="009F14C8" w:rsidRDefault="00000000">
            <w:pPr>
              <w:spacing w:after="0"/>
            </w:pPr>
            <w:r>
              <w:rPr>
                <w:sz w:val="18"/>
              </w:rPr>
              <w:t>%14,0</w:t>
            </w:r>
          </w:p>
        </w:tc>
      </w:tr>
      <w:tr w:rsidR="009F14C8" w14:paraId="0FCD471B" w14:textId="77777777">
        <w:trPr>
          <w:jc w:val="center"/>
        </w:trPr>
        <w:tc>
          <w:tcPr>
            <w:tcW w:w="3173" w:type="dxa"/>
            <w:vAlign w:val="center"/>
          </w:tcPr>
          <w:p w14:paraId="46584FB5" w14:textId="77777777" w:rsidR="009F14C8" w:rsidRDefault="00000000">
            <w:pPr>
              <w:spacing w:after="0"/>
            </w:pPr>
            <w:r>
              <w:rPr>
                <w:sz w:val="18"/>
              </w:rPr>
              <w:t>3 = Kararsızım</w:t>
            </w:r>
          </w:p>
        </w:tc>
        <w:tc>
          <w:tcPr>
            <w:tcW w:w="3173" w:type="dxa"/>
            <w:vAlign w:val="center"/>
          </w:tcPr>
          <w:p w14:paraId="44F69E48" w14:textId="77777777" w:rsidR="009F14C8" w:rsidRDefault="00000000">
            <w:pPr>
              <w:spacing w:after="0"/>
            </w:pPr>
            <w:r>
              <w:rPr>
                <w:sz w:val="18"/>
              </w:rPr>
              <w:t>12</w:t>
            </w:r>
          </w:p>
        </w:tc>
        <w:tc>
          <w:tcPr>
            <w:tcW w:w="3173" w:type="dxa"/>
            <w:vAlign w:val="center"/>
          </w:tcPr>
          <w:p w14:paraId="44230D98" w14:textId="77777777" w:rsidR="009F14C8" w:rsidRDefault="00000000">
            <w:pPr>
              <w:spacing w:after="0"/>
            </w:pPr>
            <w:r>
              <w:rPr>
                <w:sz w:val="18"/>
              </w:rPr>
              <w:t>%27,9</w:t>
            </w:r>
          </w:p>
        </w:tc>
      </w:tr>
      <w:tr w:rsidR="009F14C8" w14:paraId="4AA20596" w14:textId="77777777">
        <w:trPr>
          <w:jc w:val="center"/>
        </w:trPr>
        <w:tc>
          <w:tcPr>
            <w:tcW w:w="3173" w:type="dxa"/>
            <w:vAlign w:val="center"/>
          </w:tcPr>
          <w:p w14:paraId="512D83D7" w14:textId="77777777" w:rsidR="009F14C8" w:rsidRDefault="00000000">
            <w:pPr>
              <w:spacing w:after="0"/>
            </w:pPr>
            <w:r>
              <w:rPr>
                <w:sz w:val="18"/>
              </w:rPr>
              <w:t>2 = Katılmıyorum</w:t>
            </w:r>
          </w:p>
        </w:tc>
        <w:tc>
          <w:tcPr>
            <w:tcW w:w="3173" w:type="dxa"/>
            <w:vAlign w:val="center"/>
          </w:tcPr>
          <w:p w14:paraId="5A27AF50" w14:textId="77777777" w:rsidR="009F14C8" w:rsidRDefault="00000000">
            <w:pPr>
              <w:spacing w:after="0"/>
            </w:pPr>
            <w:r>
              <w:rPr>
                <w:sz w:val="18"/>
              </w:rPr>
              <w:t>5</w:t>
            </w:r>
          </w:p>
        </w:tc>
        <w:tc>
          <w:tcPr>
            <w:tcW w:w="3173" w:type="dxa"/>
            <w:vAlign w:val="center"/>
          </w:tcPr>
          <w:p w14:paraId="3F7D7298" w14:textId="77777777" w:rsidR="009F14C8" w:rsidRDefault="00000000">
            <w:pPr>
              <w:spacing w:after="0"/>
            </w:pPr>
            <w:r>
              <w:rPr>
                <w:sz w:val="18"/>
              </w:rPr>
              <w:t>%11,6</w:t>
            </w:r>
          </w:p>
        </w:tc>
      </w:tr>
      <w:tr w:rsidR="009F14C8" w14:paraId="2E94F502" w14:textId="77777777">
        <w:trPr>
          <w:jc w:val="center"/>
        </w:trPr>
        <w:tc>
          <w:tcPr>
            <w:tcW w:w="3173" w:type="dxa"/>
            <w:vAlign w:val="center"/>
          </w:tcPr>
          <w:p w14:paraId="44BD3990" w14:textId="77777777" w:rsidR="009F14C8" w:rsidRDefault="00000000">
            <w:pPr>
              <w:spacing w:after="0"/>
            </w:pPr>
            <w:r>
              <w:rPr>
                <w:sz w:val="18"/>
              </w:rPr>
              <w:t>1 = Kesinlikle Katılmıyorum</w:t>
            </w:r>
          </w:p>
        </w:tc>
        <w:tc>
          <w:tcPr>
            <w:tcW w:w="3173" w:type="dxa"/>
            <w:vAlign w:val="center"/>
          </w:tcPr>
          <w:p w14:paraId="2A561CA2" w14:textId="77777777" w:rsidR="009F14C8" w:rsidRDefault="00000000">
            <w:pPr>
              <w:spacing w:after="0"/>
            </w:pPr>
            <w:r>
              <w:rPr>
                <w:sz w:val="18"/>
              </w:rPr>
              <w:t>4</w:t>
            </w:r>
          </w:p>
        </w:tc>
        <w:tc>
          <w:tcPr>
            <w:tcW w:w="3173" w:type="dxa"/>
            <w:vAlign w:val="center"/>
          </w:tcPr>
          <w:p w14:paraId="44954C17" w14:textId="77777777" w:rsidR="009F14C8" w:rsidRDefault="00000000">
            <w:pPr>
              <w:spacing w:after="0"/>
            </w:pPr>
            <w:r>
              <w:rPr>
                <w:sz w:val="18"/>
              </w:rPr>
              <w:t>%9,3</w:t>
            </w:r>
          </w:p>
        </w:tc>
      </w:tr>
      <w:tr w:rsidR="009F14C8" w14:paraId="4E01D99E" w14:textId="77777777">
        <w:trPr>
          <w:jc w:val="center"/>
        </w:trPr>
        <w:tc>
          <w:tcPr>
            <w:tcW w:w="3173" w:type="dxa"/>
            <w:vAlign w:val="center"/>
          </w:tcPr>
          <w:p w14:paraId="238821B9" w14:textId="77777777" w:rsidR="009F14C8" w:rsidRDefault="00000000">
            <w:pPr>
              <w:spacing w:after="0"/>
            </w:pPr>
            <w:r>
              <w:rPr>
                <w:sz w:val="18"/>
              </w:rPr>
              <w:t>Ortalama</w:t>
            </w:r>
          </w:p>
        </w:tc>
        <w:tc>
          <w:tcPr>
            <w:tcW w:w="3173" w:type="dxa"/>
            <w:vAlign w:val="center"/>
          </w:tcPr>
          <w:p w14:paraId="38828170" w14:textId="77777777" w:rsidR="009F14C8" w:rsidRDefault="009F14C8">
            <w:pPr>
              <w:spacing w:after="0"/>
            </w:pPr>
          </w:p>
        </w:tc>
        <w:tc>
          <w:tcPr>
            <w:tcW w:w="3173" w:type="dxa"/>
            <w:vAlign w:val="center"/>
          </w:tcPr>
          <w:p w14:paraId="01AC6741" w14:textId="77777777" w:rsidR="009F14C8" w:rsidRDefault="00000000">
            <w:pPr>
              <w:spacing w:after="0"/>
            </w:pPr>
            <w:r>
              <w:rPr>
                <w:sz w:val="18"/>
              </w:rPr>
              <w:t>3,58 / 5,00</w:t>
            </w:r>
          </w:p>
        </w:tc>
      </w:tr>
    </w:tbl>
    <w:p w14:paraId="3806544C" w14:textId="77777777" w:rsidR="009F14C8" w:rsidRDefault="00000000">
      <w:r>
        <w:rPr>
          <w:noProof/>
        </w:rPr>
        <w:lastRenderedPageBreak/>
        <w:drawing>
          <wp:inline distT="0" distB="0" distL="0" distR="0" wp14:anchorId="04FF626B" wp14:editId="546F4FE7">
            <wp:extent cx="4343400" cy="2453523"/>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55.png"/>
                    <pic:cNvPicPr/>
                  </pic:nvPicPr>
                  <pic:blipFill>
                    <a:blip r:embed="rId65"/>
                    <a:stretch>
                      <a:fillRect/>
                    </a:stretch>
                  </pic:blipFill>
                  <pic:spPr>
                    <a:xfrm>
                      <a:off x="0" y="0"/>
                      <a:ext cx="4343400" cy="2453523"/>
                    </a:xfrm>
                    <a:prstGeom prst="rect">
                      <a:avLst/>
                    </a:prstGeom>
                  </pic:spPr>
                </pic:pic>
              </a:graphicData>
            </a:graphic>
          </wp:inline>
        </w:drawing>
      </w:r>
    </w:p>
    <w:p w14:paraId="65DCC68B" w14:textId="77777777" w:rsidR="009F14C8" w:rsidRDefault="00000000">
      <w:pPr>
        <w:pStyle w:val="Balk2"/>
      </w:pPr>
      <w:bookmarkStart w:id="66" w:name="_Toc232111769"/>
      <w:r>
        <w:t>5.7. Açık Uçlu Görüş ve Önerilere İlişkin Bulgular</w:t>
      </w:r>
      <w:bookmarkEnd w:id="66"/>
    </w:p>
    <w:p w14:paraId="61B9A1A7" w14:textId="77777777" w:rsidR="009F14C8" w:rsidRDefault="00000000">
      <w:r>
        <w:t>Açık uçlu görüş ve öneri sorusuna verilen yanıtlar incelendiğinde, katılımcıların bir bölümünün herhangi bir ek görüş belirtmediği veya teşekkür/ memnuniyet ifadeleri kullandığı görülmektedir. Bunun yanında 20 yanıt içerik bakımından değerlendirilebilir nitelikte bulunmuş ve benzer ifadeler tematik olarak gruplandırılmıştır.</w:t>
      </w:r>
    </w:p>
    <w:p w14:paraId="297B77BC" w14:textId="77777777" w:rsidR="009F14C8" w:rsidRDefault="00000000">
      <w:r>
        <w:t>Tematik inceleme sonucunda öne çıkan başlıklar; fiziki altyapı, derslik ve laboratuvar koşulları, araştırma-geliştirme destekleri, görev dağılımı ve idari işleyiş, eğitim-öğretim planlaması ile temizlik ve ortak kullanım alanlarıdır. Özellikle laboratuvar/derslik altyapısı, klinik uygulama materyalleri, akademik takvim ve araştırma destekleri gibi konuların açık uçlu yanıtlarda tekrarlandığı görülmektedir.</w:t>
      </w:r>
    </w:p>
    <w:tbl>
      <w:tblPr>
        <w:tblStyle w:val="TabloKlavuzu"/>
        <w:tblW w:w="0" w:type="auto"/>
        <w:jc w:val="center"/>
        <w:tblLook w:val="04A0" w:firstRow="1" w:lastRow="0" w:firstColumn="1" w:lastColumn="0" w:noHBand="0" w:noVBand="1"/>
      </w:tblPr>
      <w:tblGrid>
        <w:gridCol w:w="4759"/>
        <w:gridCol w:w="4759"/>
      </w:tblGrid>
      <w:tr w:rsidR="009F14C8" w14:paraId="331F461C" w14:textId="77777777">
        <w:trPr>
          <w:jc w:val="center"/>
        </w:trPr>
        <w:tc>
          <w:tcPr>
            <w:tcW w:w="4759" w:type="dxa"/>
            <w:vAlign w:val="center"/>
          </w:tcPr>
          <w:p w14:paraId="00AD28A3" w14:textId="77777777" w:rsidR="009F14C8" w:rsidRDefault="00000000">
            <w:pPr>
              <w:spacing w:after="0"/>
            </w:pPr>
            <w:r>
              <w:rPr>
                <w:sz w:val="18"/>
              </w:rPr>
              <w:t>Tema</w:t>
            </w:r>
          </w:p>
        </w:tc>
        <w:tc>
          <w:tcPr>
            <w:tcW w:w="4759" w:type="dxa"/>
            <w:vAlign w:val="center"/>
          </w:tcPr>
          <w:p w14:paraId="0DFCB7AE" w14:textId="77777777" w:rsidR="009F14C8" w:rsidRDefault="00000000">
            <w:pPr>
              <w:spacing w:after="0"/>
            </w:pPr>
            <w:r>
              <w:rPr>
                <w:sz w:val="18"/>
              </w:rPr>
              <w:t>İlişkili Yanıt Sayısı</w:t>
            </w:r>
          </w:p>
        </w:tc>
      </w:tr>
      <w:tr w:rsidR="009F14C8" w14:paraId="06F9FE2F" w14:textId="77777777">
        <w:trPr>
          <w:jc w:val="center"/>
        </w:trPr>
        <w:tc>
          <w:tcPr>
            <w:tcW w:w="4759" w:type="dxa"/>
            <w:vAlign w:val="center"/>
          </w:tcPr>
          <w:p w14:paraId="51D1727B" w14:textId="77777777" w:rsidR="009F14C8" w:rsidRDefault="00000000">
            <w:pPr>
              <w:spacing w:after="0"/>
            </w:pPr>
            <w:r>
              <w:rPr>
                <w:sz w:val="18"/>
              </w:rPr>
              <w:t>Fiziki altyapı, derslik ve laboratuvar koşulları</w:t>
            </w:r>
          </w:p>
        </w:tc>
        <w:tc>
          <w:tcPr>
            <w:tcW w:w="4759" w:type="dxa"/>
            <w:vAlign w:val="center"/>
          </w:tcPr>
          <w:p w14:paraId="6B21B3C2" w14:textId="77777777" w:rsidR="009F14C8" w:rsidRDefault="00000000">
            <w:pPr>
              <w:spacing w:after="0"/>
            </w:pPr>
            <w:r>
              <w:rPr>
                <w:sz w:val="18"/>
              </w:rPr>
              <w:t>7</w:t>
            </w:r>
          </w:p>
        </w:tc>
      </w:tr>
      <w:tr w:rsidR="009F14C8" w14:paraId="7522B195" w14:textId="77777777">
        <w:trPr>
          <w:jc w:val="center"/>
        </w:trPr>
        <w:tc>
          <w:tcPr>
            <w:tcW w:w="4759" w:type="dxa"/>
            <w:vAlign w:val="center"/>
          </w:tcPr>
          <w:p w14:paraId="3F990959" w14:textId="77777777" w:rsidR="009F14C8" w:rsidRDefault="00000000">
            <w:pPr>
              <w:spacing w:after="0"/>
            </w:pPr>
            <w:r>
              <w:rPr>
                <w:sz w:val="18"/>
              </w:rPr>
              <w:t>Araştırma-geliştirme ve proje destekleri</w:t>
            </w:r>
          </w:p>
        </w:tc>
        <w:tc>
          <w:tcPr>
            <w:tcW w:w="4759" w:type="dxa"/>
            <w:vAlign w:val="center"/>
          </w:tcPr>
          <w:p w14:paraId="6D085E9D" w14:textId="77777777" w:rsidR="009F14C8" w:rsidRDefault="00000000">
            <w:pPr>
              <w:spacing w:after="0"/>
            </w:pPr>
            <w:r>
              <w:rPr>
                <w:sz w:val="18"/>
              </w:rPr>
              <w:t>5</w:t>
            </w:r>
          </w:p>
        </w:tc>
      </w:tr>
      <w:tr w:rsidR="009F14C8" w14:paraId="0A0CBB51" w14:textId="77777777">
        <w:trPr>
          <w:jc w:val="center"/>
        </w:trPr>
        <w:tc>
          <w:tcPr>
            <w:tcW w:w="4759" w:type="dxa"/>
            <w:vAlign w:val="center"/>
          </w:tcPr>
          <w:p w14:paraId="4F038768" w14:textId="77777777" w:rsidR="009F14C8" w:rsidRDefault="00000000">
            <w:pPr>
              <w:spacing w:after="0"/>
            </w:pPr>
            <w:r>
              <w:rPr>
                <w:sz w:val="18"/>
              </w:rPr>
              <w:t>Görev dağılımı ve idari işleyiş</w:t>
            </w:r>
          </w:p>
        </w:tc>
        <w:tc>
          <w:tcPr>
            <w:tcW w:w="4759" w:type="dxa"/>
            <w:vAlign w:val="center"/>
          </w:tcPr>
          <w:p w14:paraId="556E785F" w14:textId="77777777" w:rsidR="009F14C8" w:rsidRDefault="00000000">
            <w:pPr>
              <w:spacing w:after="0"/>
            </w:pPr>
            <w:r>
              <w:rPr>
                <w:sz w:val="18"/>
              </w:rPr>
              <w:t>2</w:t>
            </w:r>
          </w:p>
        </w:tc>
      </w:tr>
      <w:tr w:rsidR="009F14C8" w14:paraId="17632670" w14:textId="77777777">
        <w:trPr>
          <w:jc w:val="center"/>
        </w:trPr>
        <w:tc>
          <w:tcPr>
            <w:tcW w:w="4759" w:type="dxa"/>
            <w:vAlign w:val="center"/>
          </w:tcPr>
          <w:p w14:paraId="257ACDFF" w14:textId="77777777" w:rsidR="009F14C8" w:rsidRDefault="00000000">
            <w:pPr>
              <w:spacing w:after="0"/>
            </w:pPr>
            <w:r>
              <w:rPr>
                <w:sz w:val="18"/>
              </w:rPr>
              <w:t>Eğitim-öğretim planlaması ve akademik takvim</w:t>
            </w:r>
          </w:p>
        </w:tc>
        <w:tc>
          <w:tcPr>
            <w:tcW w:w="4759" w:type="dxa"/>
            <w:vAlign w:val="center"/>
          </w:tcPr>
          <w:p w14:paraId="733D729F" w14:textId="77777777" w:rsidR="009F14C8" w:rsidRDefault="00000000">
            <w:pPr>
              <w:spacing w:after="0"/>
            </w:pPr>
            <w:r>
              <w:rPr>
                <w:sz w:val="18"/>
              </w:rPr>
              <w:t>1</w:t>
            </w:r>
          </w:p>
        </w:tc>
      </w:tr>
      <w:tr w:rsidR="009F14C8" w14:paraId="5CC773A5" w14:textId="77777777">
        <w:trPr>
          <w:jc w:val="center"/>
        </w:trPr>
        <w:tc>
          <w:tcPr>
            <w:tcW w:w="4759" w:type="dxa"/>
            <w:vAlign w:val="center"/>
          </w:tcPr>
          <w:p w14:paraId="51C66716" w14:textId="77777777" w:rsidR="009F14C8" w:rsidRDefault="00000000">
            <w:pPr>
              <w:spacing w:after="0"/>
            </w:pPr>
            <w:r>
              <w:rPr>
                <w:sz w:val="18"/>
              </w:rPr>
              <w:t>Temizlik ve ortak kullanım alanları</w:t>
            </w:r>
          </w:p>
        </w:tc>
        <w:tc>
          <w:tcPr>
            <w:tcW w:w="4759" w:type="dxa"/>
            <w:vAlign w:val="center"/>
          </w:tcPr>
          <w:p w14:paraId="436D8D03" w14:textId="77777777" w:rsidR="009F14C8" w:rsidRDefault="00000000">
            <w:pPr>
              <w:spacing w:after="0"/>
            </w:pPr>
            <w:r>
              <w:rPr>
                <w:sz w:val="18"/>
              </w:rPr>
              <w:t>1</w:t>
            </w:r>
          </w:p>
        </w:tc>
      </w:tr>
    </w:tbl>
    <w:p w14:paraId="6AAC6CB0" w14:textId="77777777" w:rsidR="009F14C8" w:rsidRDefault="00000000">
      <w:pPr>
        <w:pStyle w:val="Balk1"/>
      </w:pPr>
      <w:bookmarkStart w:id="67" w:name="_Toc232111770"/>
      <w:r>
        <w:t>6. Dikkat Kontrol Maddesine İlişkin Veri Kalitesi Değerlendirmesi</w:t>
      </w:r>
      <w:bookmarkEnd w:id="67"/>
    </w:p>
    <w:p w14:paraId="73D27D6B" w14:textId="77777777" w:rsidR="009F14C8" w:rsidRDefault="00000000">
      <w:r>
        <w:t>Dikkat kontrolü amacıyla hazırlanan maddede beklenen yanıt “Katılıyorum” seçeneğidir. Bu maddeye geçerli yanıt veren 15 katılımcıdan 13'ü beklenen seçenek olan “Katılıyorum” yanıtını vermiştir. Ayrıca 2 katılımcı “Kesinlikle Katılıyorum” seçeneğini işaretlemiştir. Bu madde genel memnuniyet ortalamasına dahil edilmemiş, yalnızca veri kalitesini yorumlamak amacıyla kullanılmıştır.</w:t>
      </w:r>
    </w:p>
    <w:p w14:paraId="6D2257C5" w14:textId="77777777" w:rsidR="009F14C8" w:rsidRDefault="00000000">
      <w:pPr>
        <w:pStyle w:val="Balk1"/>
      </w:pPr>
      <w:bookmarkStart w:id="68" w:name="_Toc232111771"/>
      <w:r>
        <w:t>7. Genel Değerlendirme</w:t>
      </w:r>
      <w:bookmarkEnd w:id="68"/>
    </w:p>
    <w:p w14:paraId="598E21F7" w14:textId="77777777" w:rsidR="009F14C8" w:rsidRDefault="00000000">
      <w:r>
        <w:t>Akademik personel memnuniyet anketi sonuçları genel olarak değerlendirildiğinde, 55 Likert maddesi üzerinden hesaplanan genel ortalamanın 3,80/5,00 olduğu görülmektedir. Olumlu görüş oranının %64,1 düzeyinde gerçekleşmesi, akademik personelin fakülteye ilişkin pek çok boyutta olumlu değerlendirmeler yaptığını göstermektedir.</w:t>
      </w:r>
    </w:p>
    <w:p w14:paraId="3CB9F53F" w14:textId="77777777" w:rsidR="009F14C8" w:rsidRDefault="00000000">
      <w:r>
        <w:t xml:space="preserve">En yüksek ortalamalara sahip maddeler; akademik özgürlük, akademik özerklik, ders ve program hedefleriyle uyum, yönetim tarafından zamanında bilgilendirme ve danışmanlık iletişimi gibi başlıklarda </w:t>
      </w:r>
      <w:r>
        <w:lastRenderedPageBreak/>
        <w:t>yoğunlaşmaktadır. Bu bulgular, fakültenin eğitim-öğretim süreçlerinde akademik personelin mesleki katkısını ve karar süreçlerine ilişkin algısını destekleyen güçlü yönlere sahip olduğunu göstermektedir.</w:t>
      </w:r>
    </w:p>
    <w:p w14:paraId="450236AC" w14:textId="77777777" w:rsidR="009F14C8" w:rsidRDefault="00000000">
      <w:r>
        <w:t>Buna karşılık en düşük ortalamalar; ulusal/uluslararası kongre ve sempozyum katılımına yönelik mali-idari destek, kampüs genel tesisleri, BAP kaynaklarının yeterliliği, Ar-Ge süreçlerinin izlenmesi ve bazı fiziki altyapı başlıklarında elde edilmiştir. Bu alanlar, kalite iyileştirme planlarında öncelikli olarak ele alınabilecek başlıklar olarak değerlendirilmektedir.</w:t>
      </w:r>
    </w:p>
    <w:p w14:paraId="00F83496" w14:textId="77777777" w:rsidR="009F14C8" w:rsidRDefault="00000000">
      <w:r>
        <w:t>Sonuç olarak, akademik personel memnuniyet anketi fakültenin eğitim-öğretim, danışmanlık, idari destek ve araştırma süreçlerine ilişkin güçlü ve geliştirilmesi gereken alanları görünür kılmıştır. Sürekli iyileştirme yaklaşımı doğrultusunda fiziki altyapının güçlendirilmesi, araştırma desteklerinin artırılması, akademik görev dağılımında dengeli planlama yapılması ve açık uçlu yanıtlarda dile getirilen ihtiyaçların izlenebilir eylem planlarına dönüştürülmesi önerilmektedir.</w:t>
      </w:r>
    </w:p>
    <w:p w14:paraId="4D0618A3" w14:textId="77777777" w:rsidR="009F14C8" w:rsidRDefault="00000000">
      <w:pPr>
        <w:pStyle w:val="Balk1"/>
      </w:pPr>
      <w:bookmarkStart w:id="69" w:name="_Toc232111772"/>
      <w:r>
        <w:t>8. Ekler</w:t>
      </w:r>
      <w:bookmarkEnd w:id="69"/>
    </w:p>
    <w:p w14:paraId="7DEBFD41" w14:textId="77777777" w:rsidR="009F14C8" w:rsidRDefault="00000000">
      <w:pPr>
        <w:pStyle w:val="Balk2"/>
      </w:pPr>
      <w:bookmarkStart w:id="70" w:name="_Toc232111773"/>
      <w:r>
        <w:t>Ek 1. Genel Değerlendirme Özeti</w:t>
      </w:r>
      <w:bookmarkEnd w:id="70"/>
    </w:p>
    <w:tbl>
      <w:tblPr>
        <w:tblStyle w:val="TabloKlavuzu"/>
        <w:tblW w:w="0" w:type="auto"/>
        <w:jc w:val="center"/>
        <w:tblLook w:val="04A0" w:firstRow="1" w:lastRow="0" w:firstColumn="1" w:lastColumn="0" w:noHBand="0" w:noVBand="1"/>
      </w:tblPr>
      <w:tblGrid>
        <w:gridCol w:w="4759"/>
        <w:gridCol w:w="4759"/>
      </w:tblGrid>
      <w:tr w:rsidR="009F14C8" w14:paraId="2486CB27" w14:textId="77777777">
        <w:trPr>
          <w:jc w:val="center"/>
        </w:trPr>
        <w:tc>
          <w:tcPr>
            <w:tcW w:w="4759" w:type="dxa"/>
            <w:vAlign w:val="center"/>
          </w:tcPr>
          <w:p w14:paraId="615F9C53" w14:textId="77777777" w:rsidR="009F14C8" w:rsidRDefault="00000000">
            <w:pPr>
              <w:spacing w:after="0"/>
            </w:pPr>
            <w:r>
              <w:rPr>
                <w:sz w:val="18"/>
              </w:rPr>
              <w:t>Gösterge</w:t>
            </w:r>
          </w:p>
        </w:tc>
        <w:tc>
          <w:tcPr>
            <w:tcW w:w="4759" w:type="dxa"/>
            <w:vAlign w:val="center"/>
          </w:tcPr>
          <w:p w14:paraId="2BFD03C8" w14:textId="77777777" w:rsidR="009F14C8" w:rsidRDefault="00000000">
            <w:pPr>
              <w:spacing w:after="0"/>
            </w:pPr>
            <w:r>
              <w:rPr>
                <w:sz w:val="18"/>
              </w:rPr>
              <w:t>Değer</w:t>
            </w:r>
          </w:p>
        </w:tc>
      </w:tr>
      <w:tr w:rsidR="009F14C8" w14:paraId="232D20F6" w14:textId="77777777">
        <w:trPr>
          <w:jc w:val="center"/>
        </w:trPr>
        <w:tc>
          <w:tcPr>
            <w:tcW w:w="4759" w:type="dxa"/>
            <w:vAlign w:val="center"/>
          </w:tcPr>
          <w:p w14:paraId="622C532F" w14:textId="77777777" w:rsidR="009F14C8" w:rsidRDefault="00000000">
            <w:pPr>
              <w:spacing w:after="0"/>
            </w:pPr>
            <w:r>
              <w:rPr>
                <w:sz w:val="18"/>
              </w:rPr>
              <w:t>Katılımcı Sayısı</w:t>
            </w:r>
          </w:p>
        </w:tc>
        <w:tc>
          <w:tcPr>
            <w:tcW w:w="4759" w:type="dxa"/>
            <w:vAlign w:val="center"/>
          </w:tcPr>
          <w:p w14:paraId="59801EDE" w14:textId="77777777" w:rsidR="009F14C8" w:rsidRDefault="00000000">
            <w:pPr>
              <w:spacing w:after="0"/>
            </w:pPr>
            <w:r>
              <w:rPr>
                <w:sz w:val="18"/>
              </w:rPr>
              <w:t>43</w:t>
            </w:r>
          </w:p>
        </w:tc>
      </w:tr>
      <w:tr w:rsidR="009F14C8" w14:paraId="25DE0718" w14:textId="77777777">
        <w:trPr>
          <w:jc w:val="center"/>
        </w:trPr>
        <w:tc>
          <w:tcPr>
            <w:tcW w:w="4759" w:type="dxa"/>
            <w:vAlign w:val="center"/>
          </w:tcPr>
          <w:p w14:paraId="15564FF1" w14:textId="77777777" w:rsidR="009F14C8" w:rsidRDefault="00000000">
            <w:pPr>
              <w:spacing w:after="0"/>
            </w:pPr>
            <w:r>
              <w:rPr>
                <w:sz w:val="18"/>
              </w:rPr>
              <w:t>Değerlendirilen Likert Madde Sayısı</w:t>
            </w:r>
          </w:p>
        </w:tc>
        <w:tc>
          <w:tcPr>
            <w:tcW w:w="4759" w:type="dxa"/>
            <w:vAlign w:val="center"/>
          </w:tcPr>
          <w:p w14:paraId="2B458A79" w14:textId="77777777" w:rsidR="009F14C8" w:rsidRDefault="00000000">
            <w:pPr>
              <w:spacing w:after="0"/>
            </w:pPr>
            <w:r>
              <w:rPr>
                <w:sz w:val="18"/>
              </w:rPr>
              <w:t>55</w:t>
            </w:r>
          </w:p>
        </w:tc>
      </w:tr>
      <w:tr w:rsidR="009F14C8" w14:paraId="529C4325" w14:textId="77777777">
        <w:trPr>
          <w:jc w:val="center"/>
        </w:trPr>
        <w:tc>
          <w:tcPr>
            <w:tcW w:w="4759" w:type="dxa"/>
            <w:vAlign w:val="center"/>
          </w:tcPr>
          <w:p w14:paraId="51C2F3F7" w14:textId="77777777" w:rsidR="009F14C8" w:rsidRDefault="00000000">
            <w:pPr>
              <w:spacing w:after="0"/>
            </w:pPr>
            <w:r>
              <w:rPr>
                <w:sz w:val="18"/>
              </w:rPr>
              <w:t>Genel Ortalama</w:t>
            </w:r>
          </w:p>
        </w:tc>
        <w:tc>
          <w:tcPr>
            <w:tcW w:w="4759" w:type="dxa"/>
            <w:vAlign w:val="center"/>
          </w:tcPr>
          <w:p w14:paraId="3F16392D" w14:textId="77777777" w:rsidR="009F14C8" w:rsidRDefault="00000000">
            <w:pPr>
              <w:spacing w:after="0"/>
            </w:pPr>
            <w:r>
              <w:rPr>
                <w:sz w:val="18"/>
              </w:rPr>
              <w:t>3,80 / 5,00</w:t>
            </w:r>
          </w:p>
        </w:tc>
      </w:tr>
      <w:tr w:rsidR="009F14C8" w14:paraId="3426425E" w14:textId="77777777">
        <w:trPr>
          <w:jc w:val="center"/>
        </w:trPr>
        <w:tc>
          <w:tcPr>
            <w:tcW w:w="4759" w:type="dxa"/>
            <w:vAlign w:val="center"/>
          </w:tcPr>
          <w:p w14:paraId="4FC8CD70" w14:textId="77777777" w:rsidR="009F14C8" w:rsidRDefault="00000000">
            <w:pPr>
              <w:spacing w:after="0"/>
            </w:pPr>
            <w:r>
              <w:rPr>
                <w:sz w:val="18"/>
              </w:rPr>
              <w:t>Olumlu Görüş Oranı</w:t>
            </w:r>
          </w:p>
        </w:tc>
        <w:tc>
          <w:tcPr>
            <w:tcW w:w="4759" w:type="dxa"/>
            <w:vAlign w:val="center"/>
          </w:tcPr>
          <w:p w14:paraId="657E2A36" w14:textId="77777777" w:rsidR="009F14C8" w:rsidRDefault="00000000">
            <w:pPr>
              <w:spacing w:after="0"/>
            </w:pPr>
            <w:r>
              <w:rPr>
                <w:sz w:val="18"/>
              </w:rPr>
              <w:t>%64,1</w:t>
            </w:r>
          </w:p>
        </w:tc>
      </w:tr>
      <w:tr w:rsidR="009F14C8" w14:paraId="28E0FD3D" w14:textId="77777777">
        <w:trPr>
          <w:jc w:val="center"/>
        </w:trPr>
        <w:tc>
          <w:tcPr>
            <w:tcW w:w="4759" w:type="dxa"/>
            <w:vAlign w:val="center"/>
          </w:tcPr>
          <w:p w14:paraId="3ACCE771" w14:textId="77777777" w:rsidR="009F14C8" w:rsidRDefault="00000000">
            <w:pPr>
              <w:spacing w:after="0"/>
            </w:pPr>
            <w:r>
              <w:rPr>
                <w:sz w:val="18"/>
              </w:rPr>
              <w:t>Kararsız Görüş Oranı</w:t>
            </w:r>
          </w:p>
        </w:tc>
        <w:tc>
          <w:tcPr>
            <w:tcW w:w="4759" w:type="dxa"/>
            <w:vAlign w:val="center"/>
          </w:tcPr>
          <w:p w14:paraId="61D7A4FA" w14:textId="77777777" w:rsidR="009F14C8" w:rsidRDefault="00000000">
            <w:pPr>
              <w:spacing w:after="0"/>
            </w:pPr>
            <w:r>
              <w:rPr>
                <w:sz w:val="18"/>
              </w:rPr>
              <w:t>%19,7</w:t>
            </w:r>
          </w:p>
        </w:tc>
      </w:tr>
      <w:tr w:rsidR="009F14C8" w14:paraId="72477D68" w14:textId="77777777">
        <w:trPr>
          <w:jc w:val="center"/>
        </w:trPr>
        <w:tc>
          <w:tcPr>
            <w:tcW w:w="4759" w:type="dxa"/>
            <w:vAlign w:val="center"/>
          </w:tcPr>
          <w:p w14:paraId="5A5FCEA5" w14:textId="77777777" w:rsidR="009F14C8" w:rsidRDefault="00000000">
            <w:pPr>
              <w:spacing w:after="0"/>
            </w:pPr>
            <w:r>
              <w:rPr>
                <w:sz w:val="18"/>
              </w:rPr>
              <w:t>Olumsuz Görüş Oranı</w:t>
            </w:r>
          </w:p>
        </w:tc>
        <w:tc>
          <w:tcPr>
            <w:tcW w:w="4759" w:type="dxa"/>
            <w:vAlign w:val="center"/>
          </w:tcPr>
          <w:p w14:paraId="288786B4" w14:textId="77777777" w:rsidR="009F14C8" w:rsidRDefault="00000000">
            <w:pPr>
              <w:spacing w:after="0"/>
            </w:pPr>
            <w:r>
              <w:rPr>
                <w:sz w:val="18"/>
              </w:rPr>
              <w:t>%16,1</w:t>
            </w:r>
          </w:p>
        </w:tc>
      </w:tr>
    </w:tbl>
    <w:p w14:paraId="3BA2ECB4" w14:textId="77777777" w:rsidR="009F14C8" w:rsidRDefault="00000000">
      <w:pPr>
        <w:pStyle w:val="Balk2"/>
      </w:pPr>
      <w:bookmarkStart w:id="71" w:name="_Toc232111774"/>
      <w:r>
        <w:t>Ek 2. Maddelere Ait Ortalama Puanlar</w:t>
      </w:r>
      <w:bookmarkEnd w:id="71"/>
    </w:p>
    <w:tbl>
      <w:tblPr>
        <w:tblStyle w:val="TabloKlavuzu"/>
        <w:tblW w:w="0" w:type="auto"/>
        <w:jc w:val="center"/>
        <w:tblLook w:val="04A0" w:firstRow="1" w:lastRow="0" w:firstColumn="1" w:lastColumn="0" w:noHBand="0" w:noVBand="1"/>
      </w:tblPr>
      <w:tblGrid>
        <w:gridCol w:w="3173"/>
        <w:gridCol w:w="3173"/>
        <w:gridCol w:w="3173"/>
      </w:tblGrid>
      <w:tr w:rsidR="009F14C8" w14:paraId="1482A858" w14:textId="77777777">
        <w:trPr>
          <w:jc w:val="center"/>
        </w:trPr>
        <w:tc>
          <w:tcPr>
            <w:tcW w:w="3173" w:type="dxa"/>
            <w:vAlign w:val="center"/>
          </w:tcPr>
          <w:p w14:paraId="745F7AD9" w14:textId="77777777" w:rsidR="009F14C8" w:rsidRDefault="00000000">
            <w:pPr>
              <w:spacing w:after="0"/>
            </w:pPr>
            <w:r>
              <w:rPr>
                <w:sz w:val="18"/>
              </w:rPr>
              <w:t>Madde</w:t>
            </w:r>
          </w:p>
        </w:tc>
        <w:tc>
          <w:tcPr>
            <w:tcW w:w="3173" w:type="dxa"/>
            <w:vAlign w:val="center"/>
          </w:tcPr>
          <w:p w14:paraId="0DF8BF49" w14:textId="77777777" w:rsidR="009F14C8" w:rsidRDefault="00000000">
            <w:pPr>
              <w:spacing w:after="0"/>
            </w:pPr>
            <w:r>
              <w:rPr>
                <w:sz w:val="18"/>
              </w:rPr>
              <w:t>İfade</w:t>
            </w:r>
          </w:p>
        </w:tc>
        <w:tc>
          <w:tcPr>
            <w:tcW w:w="3173" w:type="dxa"/>
            <w:vAlign w:val="center"/>
          </w:tcPr>
          <w:p w14:paraId="1ACF0F17" w14:textId="77777777" w:rsidR="009F14C8" w:rsidRDefault="00000000">
            <w:pPr>
              <w:spacing w:after="0"/>
            </w:pPr>
            <w:r>
              <w:rPr>
                <w:sz w:val="18"/>
              </w:rPr>
              <w:t>Ortalama</w:t>
            </w:r>
          </w:p>
        </w:tc>
      </w:tr>
      <w:tr w:rsidR="009F14C8" w14:paraId="439EECF9" w14:textId="77777777">
        <w:trPr>
          <w:jc w:val="center"/>
        </w:trPr>
        <w:tc>
          <w:tcPr>
            <w:tcW w:w="3173" w:type="dxa"/>
            <w:vAlign w:val="center"/>
          </w:tcPr>
          <w:p w14:paraId="7380FA47" w14:textId="77777777" w:rsidR="009F14C8" w:rsidRDefault="00000000">
            <w:pPr>
              <w:spacing w:after="0"/>
            </w:pPr>
            <w:r>
              <w:rPr>
                <w:sz w:val="18"/>
              </w:rPr>
              <w:t>M1</w:t>
            </w:r>
          </w:p>
        </w:tc>
        <w:tc>
          <w:tcPr>
            <w:tcW w:w="3173" w:type="dxa"/>
            <w:vAlign w:val="center"/>
          </w:tcPr>
          <w:p w14:paraId="360E6C7B" w14:textId="77777777" w:rsidR="009F14C8" w:rsidRDefault="00000000">
            <w:pPr>
              <w:spacing w:after="0"/>
            </w:pPr>
            <w:r>
              <w:rPr>
                <w:sz w:val="18"/>
              </w:rPr>
              <w:t>Uzmanı olduğum derslerin müfredata eklenmesi veya güncellenmesi ile eğitim programlarının tasarım ve onay süreçlerinde akademik personelin görüş ve önerilerinin yeterince dikkate alındığını düşünüyorum.</w:t>
            </w:r>
          </w:p>
        </w:tc>
        <w:tc>
          <w:tcPr>
            <w:tcW w:w="3173" w:type="dxa"/>
            <w:vAlign w:val="center"/>
          </w:tcPr>
          <w:p w14:paraId="626479BB" w14:textId="77777777" w:rsidR="009F14C8" w:rsidRDefault="00000000">
            <w:pPr>
              <w:spacing w:after="0"/>
            </w:pPr>
            <w:r>
              <w:rPr>
                <w:sz w:val="18"/>
              </w:rPr>
              <w:t>4,05</w:t>
            </w:r>
          </w:p>
        </w:tc>
      </w:tr>
      <w:tr w:rsidR="009F14C8" w14:paraId="254B6A9C" w14:textId="77777777">
        <w:trPr>
          <w:jc w:val="center"/>
        </w:trPr>
        <w:tc>
          <w:tcPr>
            <w:tcW w:w="3173" w:type="dxa"/>
            <w:vAlign w:val="center"/>
          </w:tcPr>
          <w:p w14:paraId="42F5F7D4" w14:textId="77777777" w:rsidR="009F14C8" w:rsidRDefault="00000000">
            <w:pPr>
              <w:spacing w:after="0"/>
            </w:pPr>
            <w:r>
              <w:rPr>
                <w:sz w:val="18"/>
              </w:rPr>
              <w:t>M2</w:t>
            </w:r>
          </w:p>
        </w:tc>
        <w:tc>
          <w:tcPr>
            <w:tcW w:w="3173" w:type="dxa"/>
            <w:vAlign w:val="center"/>
          </w:tcPr>
          <w:p w14:paraId="71316504" w14:textId="77777777" w:rsidR="009F14C8" w:rsidRDefault="00000000">
            <w:pPr>
              <w:spacing w:after="0"/>
            </w:pPr>
            <w:r>
              <w:rPr>
                <w:sz w:val="18"/>
              </w:rPr>
              <w:t>Bölüm/Anabilim dalı kurullarında program tasarımıyla ilgili aldığım kararların üst yönetimce desteklendiğini düşünüyorum.</w:t>
            </w:r>
          </w:p>
        </w:tc>
        <w:tc>
          <w:tcPr>
            <w:tcW w:w="3173" w:type="dxa"/>
            <w:vAlign w:val="center"/>
          </w:tcPr>
          <w:p w14:paraId="0EFD44F7" w14:textId="77777777" w:rsidR="009F14C8" w:rsidRDefault="00000000">
            <w:pPr>
              <w:spacing w:after="0"/>
            </w:pPr>
            <w:r>
              <w:rPr>
                <w:sz w:val="18"/>
              </w:rPr>
              <w:t>4,21</w:t>
            </w:r>
          </w:p>
        </w:tc>
      </w:tr>
      <w:tr w:rsidR="009F14C8" w14:paraId="2F226D04" w14:textId="77777777">
        <w:trPr>
          <w:jc w:val="center"/>
        </w:trPr>
        <w:tc>
          <w:tcPr>
            <w:tcW w:w="3173" w:type="dxa"/>
            <w:vAlign w:val="center"/>
          </w:tcPr>
          <w:p w14:paraId="5945A2F6" w14:textId="77777777" w:rsidR="009F14C8" w:rsidRDefault="00000000">
            <w:pPr>
              <w:spacing w:after="0"/>
            </w:pPr>
            <w:r>
              <w:rPr>
                <w:sz w:val="18"/>
              </w:rPr>
              <w:t>M3</w:t>
            </w:r>
          </w:p>
        </w:tc>
        <w:tc>
          <w:tcPr>
            <w:tcW w:w="3173" w:type="dxa"/>
            <w:vAlign w:val="center"/>
          </w:tcPr>
          <w:p w14:paraId="5F898B5C" w14:textId="77777777" w:rsidR="009F14C8" w:rsidRDefault="00000000">
            <w:pPr>
              <w:spacing w:after="0"/>
            </w:pPr>
            <w:r>
              <w:rPr>
                <w:sz w:val="18"/>
              </w:rPr>
              <w:t>Programın amaç ve çıktıları hazırlanırken/güncellenirken paydaş (öğrenci, mezun, işveren, meslek odaları vb.) görüşlerinin sisteme entegre edildiğine inanıyorum.</w:t>
            </w:r>
          </w:p>
        </w:tc>
        <w:tc>
          <w:tcPr>
            <w:tcW w:w="3173" w:type="dxa"/>
            <w:vAlign w:val="center"/>
          </w:tcPr>
          <w:p w14:paraId="3AB43A04" w14:textId="77777777" w:rsidR="009F14C8" w:rsidRDefault="00000000">
            <w:pPr>
              <w:spacing w:after="0"/>
            </w:pPr>
            <w:r>
              <w:rPr>
                <w:sz w:val="18"/>
              </w:rPr>
              <w:t>3,98</w:t>
            </w:r>
          </w:p>
        </w:tc>
      </w:tr>
      <w:tr w:rsidR="009F14C8" w14:paraId="7273BA5F" w14:textId="77777777">
        <w:trPr>
          <w:jc w:val="center"/>
        </w:trPr>
        <w:tc>
          <w:tcPr>
            <w:tcW w:w="3173" w:type="dxa"/>
            <w:vAlign w:val="center"/>
          </w:tcPr>
          <w:p w14:paraId="56BD09D2" w14:textId="77777777" w:rsidR="009F14C8" w:rsidRDefault="00000000">
            <w:pPr>
              <w:spacing w:after="0"/>
            </w:pPr>
            <w:r>
              <w:rPr>
                <w:sz w:val="18"/>
              </w:rPr>
              <w:t>M4</w:t>
            </w:r>
          </w:p>
        </w:tc>
        <w:tc>
          <w:tcPr>
            <w:tcW w:w="3173" w:type="dxa"/>
            <w:vAlign w:val="center"/>
          </w:tcPr>
          <w:p w14:paraId="2D2E8F30" w14:textId="77777777" w:rsidR="009F14C8" w:rsidRDefault="00000000">
            <w:pPr>
              <w:spacing w:after="0"/>
            </w:pPr>
            <w:r>
              <w:rPr>
                <w:sz w:val="18"/>
              </w:rPr>
              <w:t>Üzerimdeki ders yükünün (teorik, laboratuvar ve klinik uygulamalar), akademik araştırma ve idari görevlerimle dengeli bir şekilde dağıtıldığını düşünüyorum.</w:t>
            </w:r>
          </w:p>
        </w:tc>
        <w:tc>
          <w:tcPr>
            <w:tcW w:w="3173" w:type="dxa"/>
            <w:vAlign w:val="center"/>
          </w:tcPr>
          <w:p w14:paraId="6E37EC5E" w14:textId="77777777" w:rsidR="009F14C8" w:rsidRDefault="00000000">
            <w:pPr>
              <w:spacing w:after="0"/>
            </w:pPr>
            <w:r>
              <w:rPr>
                <w:sz w:val="18"/>
              </w:rPr>
              <w:t>4,19</w:t>
            </w:r>
          </w:p>
        </w:tc>
      </w:tr>
      <w:tr w:rsidR="009F14C8" w14:paraId="3B4AC431" w14:textId="77777777">
        <w:trPr>
          <w:jc w:val="center"/>
        </w:trPr>
        <w:tc>
          <w:tcPr>
            <w:tcW w:w="3173" w:type="dxa"/>
            <w:vAlign w:val="center"/>
          </w:tcPr>
          <w:p w14:paraId="5CC1C1D3" w14:textId="77777777" w:rsidR="009F14C8" w:rsidRDefault="00000000">
            <w:pPr>
              <w:spacing w:after="0"/>
            </w:pPr>
            <w:r>
              <w:rPr>
                <w:sz w:val="18"/>
              </w:rPr>
              <w:t>M5</w:t>
            </w:r>
          </w:p>
        </w:tc>
        <w:tc>
          <w:tcPr>
            <w:tcW w:w="3173" w:type="dxa"/>
            <w:vAlign w:val="center"/>
          </w:tcPr>
          <w:p w14:paraId="1035AA79" w14:textId="77777777" w:rsidR="009F14C8" w:rsidRDefault="00000000">
            <w:pPr>
              <w:spacing w:after="0"/>
            </w:pPr>
            <w:r>
              <w:rPr>
                <w:sz w:val="18"/>
              </w:rPr>
              <w:t>Programdaki ders dağılımının, uzmanlık alanımla örtüşecek şekilde adil bir planlamayla yapıldığına inanıyorum.</w:t>
            </w:r>
          </w:p>
        </w:tc>
        <w:tc>
          <w:tcPr>
            <w:tcW w:w="3173" w:type="dxa"/>
            <w:vAlign w:val="center"/>
          </w:tcPr>
          <w:p w14:paraId="75D9B03B" w14:textId="77777777" w:rsidR="009F14C8" w:rsidRDefault="00000000">
            <w:pPr>
              <w:spacing w:after="0"/>
            </w:pPr>
            <w:r>
              <w:rPr>
                <w:sz w:val="18"/>
              </w:rPr>
              <w:t>4,42</w:t>
            </w:r>
          </w:p>
        </w:tc>
      </w:tr>
      <w:tr w:rsidR="009F14C8" w14:paraId="7EF97CFF" w14:textId="77777777">
        <w:trPr>
          <w:jc w:val="center"/>
        </w:trPr>
        <w:tc>
          <w:tcPr>
            <w:tcW w:w="3173" w:type="dxa"/>
            <w:vAlign w:val="center"/>
          </w:tcPr>
          <w:p w14:paraId="3E554FE9" w14:textId="77777777" w:rsidR="009F14C8" w:rsidRDefault="00000000">
            <w:pPr>
              <w:spacing w:after="0"/>
            </w:pPr>
            <w:r>
              <w:rPr>
                <w:sz w:val="18"/>
              </w:rPr>
              <w:t>M6</w:t>
            </w:r>
          </w:p>
        </w:tc>
        <w:tc>
          <w:tcPr>
            <w:tcW w:w="3173" w:type="dxa"/>
            <w:vAlign w:val="center"/>
          </w:tcPr>
          <w:p w14:paraId="69E77BC1" w14:textId="77777777" w:rsidR="009F14C8" w:rsidRDefault="00000000">
            <w:pPr>
              <w:spacing w:after="0"/>
            </w:pPr>
            <w:r>
              <w:rPr>
                <w:sz w:val="18"/>
              </w:rPr>
              <w:t xml:space="preserve">Programlardaki zorunlu ve seçmeli derslerin dağılımı ile alan içi/alan dışı </w:t>
            </w:r>
            <w:r>
              <w:rPr>
                <w:sz w:val="18"/>
              </w:rPr>
              <w:lastRenderedPageBreak/>
              <w:t>dengesinin mesleki ve akademik derinlik açısından uygun olduğunu düşünüyorum.</w:t>
            </w:r>
          </w:p>
        </w:tc>
        <w:tc>
          <w:tcPr>
            <w:tcW w:w="3173" w:type="dxa"/>
            <w:vAlign w:val="center"/>
          </w:tcPr>
          <w:p w14:paraId="70837A58" w14:textId="77777777" w:rsidR="009F14C8" w:rsidRDefault="00000000">
            <w:pPr>
              <w:spacing w:after="0"/>
            </w:pPr>
            <w:r>
              <w:rPr>
                <w:sz w:val="18"/>
              </w:rPr>
              <w:lastRenderedPageBreak/>
              <w:t>4,07</w:t>
            </w:r>
          </w:p>
        </w:tc>
      </w:tr>
      <w:tr w:rsidR="009F14C8" w14:paraId="546C469B" w14:textId="77777777">
        <w:trPr>
          <w:jc w:val="center"/>
        </w:trPr>
        <w:tc>
          <w:tcPr>
            <w:tcW w:w="3173" w:type="dxa"/>
            <w:vAlign w:val="center"/>
          </w:tcPr>
          <w:p w14:paraId="443D4CBB" w14:textId="77777777" w:rsidR="009F14C8" w:rsidRDefault="00000000">
            <w:pPr>
              <w:spacing w:after="0"/>
            </w:pPr>
            <w:r>
              <w:rPr>
                <w:sz w:val="18"/>
              </w:rPr>
              <w:t>M7</w:t>
            </w:r>
          </w:p>
        </w:tc>
        <w:tc>
          <w:tcPr>
            <w:tcW w:w="3173" w:type="dxa"/>
            <w:vAlign w:val="center"/>
          </w:tcPr>
          <w:p w14:paraId="7EB572C7" w14:textId="77777777" w:rsidR="009F14C8" w:rsidRDefault="00000000">
            <w:pPr>
              <w:spacing w:after="0"/>
            </w:pPr>
            <w:r>
              <w:rPr>
                <w:sz w:val="18"/>
              </w:rPr>
              <w:t>Kendi verdiğim derslerin çıktılarını, programın genel hedefleriyle uyumlu hale getirme konusunda yeterli akademik özgürlüğe sahibim.</w:t>
            </w:r>
          </w:p>
        </w:tc>
        <w:tc>
          <w:tcPr>
            <w:tcW w:w="3173" w:type="dxa"/>
            <w:vAlign w:val="center"/>
          </w:tcPr>
          <w:p w14:paraId="12013C20" w14:textId="77777777" w:rsidR="009F14C8" w:rsidRDefault="00000000">
            <w:pPr>
              <w:spacing w:after="0"/>
            </w:pPr>
            <w:r>
              <w:rPr>
                <w:sz w:val="18"/>
              </w:rPr>
              <w:t>4,63</w:t>
            </w:r>
          </w:p>
        </w:tc>
      </w:tr>
      <w:tr w:rsidR="009F14C8" w14:paraId="71829AC8" w14:textId="77777777">
        <w:trPr>
          <w:jc w:val="center"/>
        </w:trPr>
        <w:tc>
          <w:tcPr>
            <w:tcW w:w="3173" w:type="dxa"/>
            <w:vAlign w:val="center"/>
          </w:tcPr>
          <w:p w14:paraId="58DD7DE0" w14:textId="77777777" w:rsidR="009F14C8" w:rsidRDefault="00000000">
            <w:pPr>
              <w:spacing w:after="0"/>
            </w:pPr>
            <w:r>
              <w:rPr>
                <w:sz w:val="18"/>
              </w:rPr>
              <w:t>M8</w:t>
            </w:r>
          </w:p>
        </w:tc>
        <w:tc>
          <w:tcPr>
            <w:tcW w:w="3173" w:type="dxa"/>
            <w:vAlign w:val="center"/>
          </w:tcPr>
          <w:p w14:paraId="4432E4D9" w14:textId="77777777" w:rsidR="009F14C8" w:rsidRDefault="00000000">
            <w:pPr>
              <w:spacing w:after="0"/>
            </w:pPr>
            <w:r>
              <w:rPr>
                <w:sz w:val="18"/>
              </w:rPr>
              <w:t>Ders bilgi paketlerini hazırlama ve dersimin AKTS değerini belirleme süreçlerinde kullanılan araç, rehber ve sistemlerin yeterli olduğunu düşünüyorum.</w:t>
            </w:r>
          </w:p>
        </w:tc>
        <w:tc>
          <w:tcPr>
            <w:tcW w:w="3173" w:type="dxa"/>
            <w:vAlign w:val="center"/>
          </w:tcPr>
          <w:p w14:paraId="6F8236F0" w14:textId="77777777" w:rsidR="009F14C8" w:rsidRDefault="00000000">
            <w:pPr>
              <w:spacing w:after="0"/>
            </w:pPr>
            <w:r>
              <w:rPr>
                <w:sz w:val="18"/>
              </w:rPr>
              <w:t>4,21</w:t>
            </w:r>
          </w:p>
        </w:tc>
      </w:tr>
      <w:tr w:rsidR="009F14C8" w14:paraId="635ACDFF" w14:textId="77777777">
        <w:trPr>
          <w:jc w:val="center"/>
        </w:trPr>
        <w:tc>
          <w:tcPr>
            <w:tcW w:w="3173" w:type="dxa"/>
            <w:vAlign w:val="center"/>
          </w:tcPr>
          <w:p w14:paraId="3A78E5C4" w14:textId="77777777" w:rsidR="009F14C8" w:rsidRDefault="00000000">
            <w:pPr>
              <w:spacing w:after="0"/>
            </w:pPr>
            <w:r>
              <w:rPr>
                <w:sz w:val="18"/>
              </w:rPr>
              <w:t>M9</w:t>
            </w:r>
          </w:p>
        </w:tc>
        <w:tc>
          <w:tcPr>
            <w:tcW w:w="3173" w:type="dxa"/>
            <w:vAlign w:val="center"/>
          </w:tcPr>
          <w:p w14:paraId="4B135476" w14:textId="77777777" w:rsidR="009F14C8" w:rsidRDefault="00000000">
            <w:pPr>
              <w:spacing w:after="0"/>
            </w:pPr>
            <w:r>
              <w:rPr>
                <w:sz w:val="18"/>
              </w:rPr>
              <w:t>Öğrencilerden gelen iş yükü geri bildirimlerinin, dersimi güncellerken bana yol gösterdiğini düşünüyorum.</w:t>
            </w:r>
          </w:p>
        </w:tc>
        <w:tc>
          <w:tcPr>
            <w:tcW w:w="3173" w:type="dxa"/>
            <w:vAlign w:val="center"/>
          </w:tcPr>
          <w:p w14:paraId="3F9C1EEA" w14:textId="77777777" w:rsidR="009F14C8" w:rsidRDefault="00000000">
            <w:pPr>
              <w:spacing w:after="0"/>
            </w:pPr>
            <w:r>
              <w:rPr>
                <w:sz w:val="18"/>
              </w:rPr>
              <w:t>4,14</w:t>
            </w:r>
          </w:p>
        </w:tc>
      </w:tr>
      <w:tr w:rsidR="009F14C8" w14:paraId="2B4026D6" w14:textId="77777777">
        <w:trPr>
          <w:jc w:val="center"/>
        </w:trPr>
        <w:tc>
          <w:tcPr>
            <w:tcW w:w="3173" w:type="dxa"/>
            <w:vAlign w:val="center"/>
          </w:tcPr>
          <w:p w14:paraId="2D9DAB6B" w14:textId="77777777" w:rsidR="009F14C8" w:rsidRDefault="00000000">
            <w:pPr>
              <w:spacing w:after="0"/>
            </w:pPr>
            <w:r>
              <w:rPr>
                <w:sz w:val="18"/>
              </w:rPr>
              <w:t>M10</w:t>
            </w:r>
          </w:p>
        </w:tc>
        <w:tc>
          <w:tcPr>
            <w:tcW w:w="3173" w:type="dxa"/>
            <w:vAlign w:val="center"/>
          </w:tcPr>
          <w:p w14:paraId="14C60469" w14:textId="77777777" w:rsidR="009F14C8" w:rsidRDefault="00000000">
            <w:pPr>
              <w:spacing w:after="0"/>
            </w:pPr>
            <w:r>
              <w:rPr>
                <w:sz w:val="18"/>
              </w:rPr>
              <w:t>Kendi derslerimle ilgili öğrenci anket sonuçlarına ve geri bildirimlerine şeffaf bir şekilde erişebiliyorum.</w:t>
            </w:r>
          </w:p>
        </w:tc>
        <w:tc>
          <w:tcPr>
            <w:tcW w:w="3173" w:type="dxa"/>
            <w:vAlign w:val="center"/>
          </w:tcPr>
          <w:p w14:paraId="0BA3F023" w14:textId="77777777" w:rsidR="009F14C8" w:rsidRDefault="00000000">
            <w:pPr>
              <w:spacing w:after="0"/>
            </w:pPr>
            <w:r>
              <w:rPr>
                <w:sz w:val="18"/>
              </w:rPr>
              <w:t>4,05</w:t>
            </w:r>
          </w:p>
        </w:tc>
      </w:tr>
      <w:tr w:rsidR="009F14C8" w14:paraId="4F061894" w14:textId="77777777">
        <w:trPr>
          <w:jc w:val="center"/>
        </w:trPr>
        <w:tc>
          <w:tcPr>
            <w:tcW w:w="3173" w:type="dxa"/>
            <w:vAlign w:val="center"/>
          </w:tcPr>
          <w:p w14:paraId="571EBB74" w14:textId="77777777" w:rsidR="009F14C8" w:rsidRDefault="00000000">
            <w:pPr>
              <w:spacing w:after="0"/>
            </w:pPr>
            <w:r>
              <w:rPr>
                <w:sz w:val="18"/>
              </w:rPr>
              <w:t>M11</w:t>
            </w:r>
          </w:p>
        </w:tc>
        <w:tc>
          <w:tcPr>
            <w:tcW w:w="3173" w:type="dxa"/>
            <w:vAlign w:val="center"/>
          </w:tcPr>
          <w:p w14:paraId="510A3791" w14:textId="77777777" w:rsidR="009F14C8" w:rsidRDefault="00000000">
            <w:pPr>
              <w:spacing w:after="0"/>
            </w:pPr>
            <w:r>
              <w:rPr>
                <w:sz w:val="18"/>
              </w:rPr>
              <w:t>Eğitim süreçlerindeki aksaklıkları bildirdiğimde, bu geri bildirimlerin program güncellemelerinde dikkate alındığını düşünüyorum.</w:t>
            </w:r>
          </w:p>
        </w:tc>
        <w:tc>
          <w:tcPr>
            <w:tcW w:w="3173" w:type="dxa"/>
            <w:vAlign w:val="center"/>
          </w:tcPr>
          <w:p w14:paraId="10029B22" w14:textId="77777777" w:rsidR="009F14C8" w:rsidRDefault="00000000">
            <w:pPr>
              <w:spacing w:after="0"/>
            </w:pPr>
            <w:r>
              <w:rPr>
                <w:sz w:val="18"/>
              </w:rPr>
              <w:t>3,98</w:t>
            </w:r>
          </w:p>
        </w:tc>
      </w:tr>
      <w:tr w:rsidR="009F14C8" w14:paraId="76C244B4" w14:textId="77777777">
        <w:trPr>
          <w:jc w:val="center"/>
        </w:trPr>
        <w:tc>
          <w:tcPr>
            <w:tcW w:w="3173" w:type="dxa"/>
            <w:vAlign w:val="center"/>
          </w:tcPr>
          <w:p w14:paraId="37E9CC91" w14:textId="77777777" w:rsidR="009F14C8" w:rsidRDefault="00000000">
            <w:pPr>
              <w:spacing w:after="0"/>
            </w:pPr>
            <w:r>
              <w:rPr>
                <w:sz w:val="18"/>
              </w:rPr>
              <w:t>M12</w:t>
            </w:r>
          </w:p>
        </w:tc>
        <w:tc>
          <w:tcPr>
            <w:tcW w:w="3173" w:type="dxa"/>
            <w:vAlign w:val="center"/>
          </w:tcPr>
          <w:p w14:paraId="1F59B89C" w14:textId="77777777" w:rsidR="009F14C8" w:rsidRDefault="00000000">
            <w:pPr>
              <w:spacing w:after="0"/>
            </w:pPr>
            <w:r>
              <w:rPr>
                <w:sz w:val="18"/>
              </w:rPr>
              <w:t>Fakülte yönetiminin (Dekanlık) eğitim-öğretimle ilgili aldığı kararlar (akademik takvim, sınav programları, klinik rotasyonları vb.) iş akışımı kolaylaştıracak şekilde zamanında duyurulmaktadır.</w:t>
            </w:r>
          </w:p>
        </w:tc>
        <w:tc>
          <w:tcPr>
            <w:tcW w:w="3173" w:type="dxa"/>
            <w:vAlign w:val="center"/>
          </w:tcPr>
          <w:p w14:paraId="500BFBA8" w14:textId="77777777" w:rsidR="009F14C8" w:rsidRDefault="00000000">
            <w:pPr>
              <w:spacing w:after="0"/>
            </w:pPr>
            <w:r>
              <w:rPr>
                <w:sz w:val="18"/>
              </w:rPr>
              <w:t>4,47</w:t>
            </w:r>
          </w:p>
        </w:tc>
      </w:tr>
      <w:tr w:rsidR="009F14C8" w14:paraId="6C5595D1" w14:textId="77777777">
        <w:trPr>
          <w:jc w:val="center"/>
        </w:trPr>
        <w:tc>
          <w:tcPr>
            <w:tcW w:w="3173" w:type="dxa"/>
            <w:vAlign w:val="center"/>
          </w:tcPr>
          <w:p w14:paraId="15D2A414" w14:textId="77777777" w:rsidR="009F14C8" w:rsidRDefault="00000000">
            <w:pPr>
              <w:spacing w:after="0"/>
            </w:pPr>
            <w:r>
              <w:rPr>
                <w:sz w:val="18"/>
              </w:rPr>
              <w:t>M13</w:t>
            </w:r>
          </w:p>
        </w:tc>
        <w:tc>
          <w:tcPr>
            <w:tcW w:w="3173" w:type="dxa"/>
            <w:vAlign w:val="center"/>
          </w:tcPr>
          <w:p w14:paraId="4CED6251" w14:textId="77777777" w:rsidR="009F14C8" w:rsidRDefault="00000000">
            <w:pPr>
              <w:spacing w:after="0"/>
            </w:pPr>
            <w:r>
              <w:rPr>
                <w:sz w:val="18"/>
              </w:rPr>
              <w:t>Eğitim ve klinik uygulama süreçlerini yönetirken ihtiyaç duyduğum idari desteğe hızlıca ulaşabiliyorum.</w:t>
            </w:r>
          </w:p>
        </w:tc>
        <w:tc>
          <w:tcPr>
            <w:tcW w:w="3173" w:type="dxa"/>
            <w:vAlign w:val="center"/>
          </w:tcPr>
          <w:p w14:paraId="49E1891A" w14:textId="77777777" w:rsidR="009F14C8" w:rsidRDefault="00000000">
            <w:pPr>
              <w:spacing w:after="0"/>
            </w:pPr>
            <w:r>
              <w:rPr>
                <w:sz w:val="18"/>
              </w:rPr>
              <w:t>4,26</w:t>
            </w:r>
          </w:p>
        </w:tc>
      </w:tr>
      <w:tr w:rsidR="009F14C8" w14:paraId="0F0389CB" w14:textId="77777777">
        <w:trPr>
          <w:jc w:val="center"/>
        </w:trPr>
        <w:tc>
          <w:tcPr>
            <w:tcW w:w="3173" w:type="dxa"/>
            <w:vAlign w:val="center"/>
          </w:tcPr>
          <w:p w14:paraId="2A6157EE" w14:textId="77777777" w:rsidR="009F14C8" w:rsidRDefault="00000000">
            <w:pPr>
              <w:spacing w:after="0"/>
            </w:pPr>
            <w:r>
              <w:rPr>
                <w:sz w:val="18"/>
              </w:rPr>
              <w:t>M14</w:t>
            </w:r>
          </w:p>
        </w:tc>
        <w:tc>
          <w:tcPr>
            <w:tcW w:w="3173" w:type="dxa"/>
            <w:vAlign w:val="center"/>
          </w:tcPr>
          <w:p w14:paraId="7377199A" w14:textId="77777777" w:rsidR="009F14C8" w:rsidRDefault="00000000">
            <w:pPr>
              <w:spacing w:after="0"/>
            </w:pPr>
            <w:r>
              <w:rPr>
                <w:sz w:val="18"/>
              </w:rPr>
              <w:t>Derslerimde klinik vaka analizi, probleme dayalı öğrenme, uygulamalı/proje temelli yaklaşımlar ve yeni nesil öğretim teknolojileri gibi yenilikçi öğretim yöntemlerini etkili şekilde kullanabilmem için gerekli teknik altyapı, teknolojik olanaklar ve kurumsal desteğin yeterli düzeyde sağlandığını düşünüyorum.</w:t>
            </w:r>
          </w:p>
        </w:tc>
        <w:tc>
          <w:tcPr>
            <w:tcW w:w="3173" w:type="dxa"/>
            <w:vAlign w:val="center"/>
          </w:tcPr>
          <w:p w14:paraId="3B1E2879" w14:textId="77777777" w:rsidR="009F14C8" w:rsidRDefault="00000000">
            <w:pPr>
              <w:spacing w:after="0"/>
            </w:pPr>
            <w:r>
              <w:rPr>
                <w:sz w:val="18"/>
              </w:rPr>
              <w:t>3,40</w:t>
            </w:r>
          </w:p>
        </w:tc>
      </w:tr>
      <w:tr w:rsidR="009F14C8" w14:paraId="5DFD49C3" w14:textId="77777777">
        <w:trPr>
          <w:jc w:val="center"/>
        </w:trPr>
        <w:tc>
          <w:tcPr>
            <w:tcW w:w="3173" w:type="dxa"/>
            <w:vAlign w:val="center"/>
          </w:tcPr>
          <w:p w14:paraId="15C9F070" w14:textId="77777777" w:rsidR="009F14C8" w:rsidRDefault="00000000">
            <w:pPr>
              <w:spacing w:after="0"/>
            </w:pPr>
            <w:r>
              <w:rPr>
                <w:sz w:val="18"/>
              </w:rPr>
              <w:t>M15</w:t>
            </w:r>
          </w:p>
        </w:tc>
        <w:tc>
          <w:tcPr>
            <w:tcW w:w="3173" w:type="dxa"/>
            <w:vAlign w:val="center"/>
          </w:tcPr>
          <w:p w14:paraId="7F19BB4C" w14:textId="77777777" w:rsidR="009F14C8" w:rsidRDefault="00000000">
            <w:pPr>
              <w:spacing w:after="0"/>
            </w:pPr>
            <w:r>
              <w:rPr>
                <w:sz w:val="18"/>
              </w:rPr>
              <w:t>Derslerimde kullandığım ölçme-değerlendirme yöntemlerinde (yazılı sınav, pratik/klinik sınav vb.) akademik özerkliğimin korunduğuna inanıyorum.</w:t>
            </w:r>
          </w:p>
        </w:tc>
        <w:tc>
          <w:tcPr>
            <w:tcW w:w="3173" w:type="dxa"/>
            <w:vAlign w:val="center"/>
          </w:tcPr>
          <w:p w14:paraId="19333ECF" w14:textId="77777777" w:rsidR="009F14C8" w:rsidRDefault="00000000">
            <w:pPr>
              <w:spacing w:after="0"/>
            </w:pPr>
            <w:r>
              <w:rPr>
                <w:sz w:val="18"/>
              </w:rPr>
              <w:t>4,51</w:t>
            </w:r>
          </w:p>
        </w:tc>
      </w:tr>
      <w:tr w:rsidR="009F14C8" w14:paraId="7968978B" w14:textId="77777777">
        <w:trPr>
          <w:jc w:val="center"/>
        </w:trPr>
        <w:tc>
          <w:tcPr>
            <w:tcW w:w="3173" w:type="dxa"/>
            <w:vAlign w:val="center"/>
          </w:tcPr>
          <w:p w14:paraId="5903B161" w14:textId="77777777" w:rsidR="009F14C8" w:rsidRDefault="00000000">
            <w:pPr>
              <w:spacing w:after="0"/>
            </w:pPr>
            <w:r>
              <w:rPr>
                <w:sz w:val="18"/>
              </w:rPr>
              <w:t>M16</w:t>
            </w:r>
          </w:p>
        </w:tc>
        <w:tc>
          <w:tcPr>
            <w:tcW w:w="3173" w:type="dxa"/>
            <w:vAlign w:val="center"/>
          </w:tcPr>
          <w:p w14:paraId="7DB8B385" w14:textId="77777777" w:rsidR="009F14C8" w:rsidRDefault="00000000">
            <w:pPr>
              <w:spacing w:after="0"/>
            </w:pPr>
            <w:r>
              <w:rPr>
                <w:sz w:val="18"/>
              </w:rPr>
              <w:t>Sınav sonuçlarını ilan etme ve itirazları değerlendirme süreçlerinde kullanılan otomasyon sisteminin (OBS vb.) her zaman aktif ve şeffaf bir şekilde erişime açık bulunmaktadır.</w:t>
            </w:r>
          </w:p>
        </w:tc>
        <w:tc>
          <w:tcPr>
            <w:tcW w:w="3173" w:type="dxa"/>
            <w:vAlign w:val="center"/>
          </w:tcPr>
          <w:p w14:paraId="31CBFAFD" w14:textId="77777777" w:rsidR="009F14C8" w:rsidRDefault="00000000">
            <w:pPr>
              <w:spacing w:after="0"/>
            </w:pPr>
            <w:r>
              <w:rPr>
                <w:sz w:val="18"/>
              </w:rPr>
              <w:t>4,37</w:t>
            </w:r>
          </w:p>
        </w:tc>
      </w:tr>
      <w:tr w:rsidR="009F14C8" w14:paraId="6697D515" w14:textId="77777777">
        <w:trPr>
          <w:jc w:val="center"/>
        </w:trPr>
        <w:tc>
          <w:tcPr>
            <w:tcW w:w="3173" w:type="dxa"/>
            <w:vAlign w:val="center"/>
          </w:tcPr>
          <w:p w14:paraId="3C8AB552" w14:textId="77777777" w:rsidR="009F14C8" w:rsidRDefault="00000000">
            <w:pPr>
              <w:spacing w:after="0"/>
            </w:pPr>
            <w:r>
              <w:rPr>
                <w:sz w:val="18"/>
              </w:rPr>
              <w:t>M17</w:t>
            </w:r>
          </w:p>
        </w:tc>
        <w:tc>
          <w:tcPr>
            <w:tcW w:w="3173" w:type="dxa"/>
            <w:vAlign w:val="center"/>
          </w:tcPr>
          <w:p w14:paraId="305ACE27" w14:textId="77777777" w:rsidR="009F14C8" w:rsidRDefault="00000000">
            <w:pPr>
              <w:spacing w:after="0"/>
            </w:pPr>
            <w:r>
              <w:rPr>
                <w:sz w:val="18"/>
              </w:rPr>
              <w:t>Ders kazanımlarına uygun, öğrenci merkezli ve dezavantajlı grupları da kapsayan çoklu ölçme-değerlendirme yöntemleri etkin bir şekilde planlanıp uygulanmaktadır.</w:t>
            </w:r>
          </w:p>
        </w:tc>
        <w:tc>
          <w:tcPr>
            <w:tcW w:w="3173" w:type="dxa"/>
            <w:vAlign w:val="center"/>
          </w:tcPr>
          <w:p w14:paraId="26A36CF6" w14:textId="77777777" w:rsidR="009F14C8" w:rsidRDefault="00000000">
            <w:pPr>
              <w:spacing w:after="0"/>
            </w:pPr>
            <w:r>
              <w:rPr>
                <w:sz w:val="18"/>
              </w:rPr>
              <w:t>4,37</w:t>
            </w:r>
          </w:p>
        </w:tc>
      </w:tr>
      <w:tr w:rsidR="009F14C8" w14:paraId="15C9FDA2" w14:textId="77777777">
        <w:trPr>
          <w:jc w:val="center"/>
        </w:trPr>
        <w:tc>
          <w:tcPr>
            <w:tcW w:w="3173" w:type="dxa"/>
            <w:vAlign w:val="center"/>
          </w:tcPr>
          <w:p w14:paraId="69D67DEA" w14:textId="77777777" w:rsidR="009F14C8" w:rsidRDefault="00000000">
            <w:pPr>
              <w:spacing w:after="0"/>
            </w:pPr>
            <w:r>
              <w:rPr>
                <w:sz w:val="18"/>
              </w:rPr>
              <w:t>M18</w:t>
            </w:r>
          </w:p>
        </w:tc>
        <w:tc>
          <w:tcPr>
            <w:tcW w:w="3173" w:type="dxa"/>
            <w:vAlign w:val="center"/>
          </w:tcPr>
          <w:p w14:paraId="64A95A70" w14:textId="77777777" w:rsidR="009F14C8" w:rsidRDefault="00000000">
            <w:pPr>
              <w:spacing w:after="0"/>
            </w:pPr>
            <w:r>
              <w:rPr>
                <w:sz w:val="18"/>
              </w:rPr>
              <w:t xml:space="preserve">Öğrencilerin akademik geçmişleri ve </w:t>
            </w:r>
            <w:r>
              <w:rPr>
                <w:sz w:val="18"/>
              </w:rPr>
              <w:lastRenderedPageBreak/>
              <w:t>önceki öğrenmelerinin tanınması ile muafiyet süreçlerinin, verilen klinik/mesleki derslerin seviyesine uygun ve ilgili yönetmeliklere uygun şekilde yürütüldüğünü düşünüyorum.</w:t>
            </w:r>
          </w:p>
        </w:tc>
        <w:tc>
          <w:tcPr>
            <w:tcW w:w="3173" w:type="dxa"/>
            <w:vAlign w:val="center"/>
          </w:tcPr>
          <w:p w14:paraId="4FFF721F" w14:textId="77777777" w:rsidR="009F14C8" w:rsidRDefault="00000000">
            <w:pPr>
              <w:spacing w:after="0"/>
            </w:pPr>
            <w:r>
              <w:rPr>
                <w:sz w:val="18"/>
              </w:rPr>
              <w:lastRenderedPageBreak/>
              <w:t>4,26</w:t>
            </w:r>
          </w:p>
        </w:tc>
      </w:tr>
      <w:tr w:rsidR="009F14C8" w14:paraId="5F5BA191" w14:textId="77777777">
        <w:trPr>
          <w:jc w:val="center"/>
        </w:trPr>
        <w:tc>
          <w:tcPr>
            <w:tcW w:w="3173" w:type="dxa"/>
            <w:vAlign w:val="center"/>
          </w:tcPr>
          <w:p w14:paraId="0113F8B0" w14:textId="77777777" w:rsidR="009F14C8" w:rsidRDefault="00000000">
            <w:pPr>
              <w:spacing w:after="0"/>
            </w:pPr>
            <w:r>
              <w:rPr>
                <w:sz w:val="18"/>
              </w:rPr>
              <w:t>M19</w:t>
            </w:r>
          </w:p>
        </w:tc>
        <w:tc>
          <w:tcPr>
            <w:tcW w:w="3173" w:type="dxa"/>
            <w:vAlign w:val="center"/>
          </w:tcPr>
          <w:p w14:paraId="76381A54" w14:textId="77777777" w:rsidR="009F14C8" w:rsidRDefault="00000000">
            <w:pPr>
              <w:spacing w:after="0"/>
            </w:pPr>
            <w:r>
              <w:rPr>
                <w:sz w:val="18"/>
              </w:rPr>
              <w:t>Mezun olan öğrencilerimize verilen diploma ve belgelerin, verdikleri emeği ve kazandıkları veteriner hekimlik yetkinliğini temsil ettiğine inanıyorum.</w:t>
            </w:r>
          </w:p>
        </w:tc>
        <w:tc>
          <w:tcPr>
            <w:tcW w:w="3173" w:type="dxa"/>
            <w:vAlign w:val="center"/>
          </w:tcPr>
          <w:p w14:paraId="6156F0AA" w14:textId="77777777" w:rsidR="009F14C8" w:rsidRDefault="00000000">
            <w:pPr>
              <w:spacing w:after="0"/>
            </w:pPr>
            <w:r>
              <w:rPr>
                <w:sz w:val="18"/>
              </w:rPr>
              <w:t>4,30</w:t>
            </w:r>
          </w:p>
        </w:tc>
      </w:tr>
      <w:tr w:rsidR="009F14C8" w14:paraId="3EEDD135" w14:textId="77777777">
        <w:trPr>
          <w:jc w:val="center"/>
        </w:trPr>
        <w:tc>
          <w:tcPr>
            <w:tcW w:w="3173" w:type="dxa"/>
            <w:vAlign w:val="center"/>
          </w:tcPr>
          <w:p w14:paraId="59522286" w14:textId="77777777" w:rsidR="009F14C8" w:rsidRDefault="00000000">
            <w:pPr>
              <w:spacing w:after="0"/>
            </w:pPr>
            <w:r>
              <w:rPr>
                <w:sz w:val="18"/>
              </w:rPr>
              <w:t>M20</w:t>
            </w:r>
          </w:p>
        </w:tc>
        <w:tc>
          <w:tcPr>
            <w:tcW w:w="3173" w:type="dxa"/>
            <w:vAlign w:val="center"/>
          </w:tcPr>
          <w:p w14:paraId="3F034945" w14:textId="77777777" w:rsidR="009F14C8" w:rsidRDefault="00000000">
            <w:pPr>
              <w:spacing w:after="0"/>
            </w:pPr>
            <w:r>
              <w:rPr>
                <w:sz w:val="18"/>
              </w:rPr>
              <w:t>Mezuniyet aşamasındaki öğrencilerin diploma ve diploma eki süreçlerinin hatasız, hızlı, şeffaf bir şekilde yürütüldüğünü düşünüyorum.</w:t>
            </w:r>
          </w:p>
        </w:tc>
        <w:tc>
          <w:tcPr>
            <w:tcW w:w="3173" w:type="dxa"/>
            <w:vAlign w:val="center"/>
          </w:tcPr>
          <w:p w14:paraId="7C1EA6B1" w14:textId="77777777" w:rsidR="009F14C8" w:rsidRDefault="00000000">
            <w:pPr>
              <w:spacing w:after="0"/>
            </w:pPr>
            <w:r>
              <w:rPr>
                <w:sz w:val="18"/>
              </w:rPr>
              <w:t>4,40</w:t>
            </w:r>
          </w:p>
        </w:tc>
      </w:tr>
      <w:tr w:rsidR="009F14C8" w14:paraId="7945FF0E" w14:textId="77777777">
        <w:trPr>
          <w:jc w:val="center"/>
        </w:trPr>
        <w:tc>
          <w:tcPr>
            <w:tcW w:w="3173" w:type="dxa"/>
            <w:vAlign w:val="center"/>
          </w:tcPr>
          <w:p w14:paraId="447FB04D" w14:textId="77777777" w:rsidR="009F14C8" w:rsidRDefault="00000000">
            <w:pPr>
              <w:spacing w:after="0"/>
            </w:pPr>
            <w:r>
              <w:rPr>
                <w:sz w:val="18"/>
              </w:rPr>
              <w:t>M21</w:t>
            </w:r>
          </w:p>
        </w:tc>
        <w:tc>
          <w:tcPr>
            <w:tcW w:w="3173" w:type="dxa"/>
            <w:vAlign w:val="center"/>
          </w:tcPr>
          <w:p w14:paraId="719B4FD6" w14:textId="77777777" w:rsidR="009F14C8" w:rsidRDefault="00000000">
            <w:pPr>
              <w:spacing w:after="0"/>
            </w:pPr>
            <w:r>
              <w:rPr>
                <w:sz w:val="18"/>
              </w:rPr>
              <w:t>Sertifikalandırma ve diploma süreçleri fakülte bünyesinde tanımlanan sürece uygun olarak yürütülmekte ve sürece ilişkin geri bildirimler sürekli olarak izlenip iyileştirilmektedir.</w:t>
            </w:r>
          </w:p>
        </w:tc>
        <w:tc>
          <w:tcPr>
            <w:tcW w:w="3173" w:type="dxa"/>
            <w:vAlign w:val="center"/>
          </w:tcPr>
          <w:p w14:paraId="6E52CB16" w14:textId="77777777" w:rsidR="009F14C8" w:rsidRDefault="00000000">
            <w:pPr>
              <w:spacing w:after="0"/>
            </w:pPr>
            <w:r>
              <w:rPr>
                <w:sz w:val="18"/>
              </w:rPr>
              <w:t>4,26</w:t>
            </w:r>
          </w:p>
        </w:tc>
      </w:tr>
      <w:tr w:rsidR="009F14C8" w14:paraId="400F00D6" w14:textId="77777777">
        <w:trPr>
          <w:jc w:val="center"/>
        </w:trPr>
        <w:tc>
          <w:tcPr>
            <w:tcW w:w="3173" w:type="dxa"/>
            <w:vAlign w:val="center"/>
          </w:tcPr>
          <w:p w14:paraId="0D56A3DD" w14:textId="77777777" w:rsidR="009F14C8" w:rsidRDefault="00000000">
            <w:pPr>
              <w:spacing w:after="0"/>
            </w:pPr>
            <w:r>
              <w:rPr>
                <w:sz w:val="18"/>
              </w:rPr>
              <w:t>M22</w:t>
            </w:r>
          </w:p>
        </w:tc>
        <w:tc>
          <w:tcPr>
            <w:tcW w:w="3173" w:type="dxa"/>
            <w:vAlign w:val="center"/>
          </w:tcPr>
          <w:p w14:paraId="4FD91ECA" w14:textId="77777777" w:rsidR="009F14C8" w:rsidRDefault="00000000">
            <w:pPr>
              <w:spacing w:after="0"/>
            </w:pPr>
            <w:r>
              <w:rPr>
                <w:sz w:val="18"/>
              </w:rPr>
              <w:t>Araştırmalarım ve derslerim için ihtiyaç duyduğum güncel literatüre (e-dergi, veteriner veri tabanı) kampüs dışından da kolayca erişebiliyorum.</w:t>
            </w:r>
          </w:p>
        </w:tc>
        <w:tc>
          <w:tcPr>
            <w:tcW w:w="3173" w:type="dxa"/>
            <w:vAlign w:val="center"/>
          </w:tcPr>
          <w:p w14:paraId="577F0C7D" w14:textId="77777777" w:rsidR="009F14C8" w:rsidRDefault="00000000">
            <w:pPr>
              <w:spacing w:after="0"/>
            </w:pPr>
            <w:r>
              <w:rPr>
                <w:sz w:val="18"/>
              </w:rPr>
              <w:t>3,81</w:t>
            </w:r>
          </w:p>
        </w:tc>
      </w:tr>
      <w:tr w:rsidR="009F14C8" w14:paraId="1A4700B4" w14:textId="77777777">
        <w:trPr>
          <w:jc w:val="center"/>
        </w:trPr>
        <w:tc>
          <w:tcPr>
            <w:tcW w:w="3173" w:type="dxa"/>
            <w:vAlign w:val="center"/>
          </w:tcPr>
          <w:p w14:paraId="1A9FDB06" w14:textId="77777777" w:rsidR="009F14C8" w:rsidRDefault="00000000">
            <w:pPr>
              <w:spacing w:after="0"/>
            </w:pPr>
            <w:r>
              <w:rPr>
                <w:sz w:val="18"/>
              </w:rPr>
              <w:t>M23</w:t>
            </w:r>
          </w:p>
        </w:tc>
        <w:tc>
          <w:tcPr>
            <w:tcW w:w="3173" w:type="dxa"/>
            <w:vAlign w:val="center"/>
          </w:tcPr>
          <w:p w14:paraId="01A24163" w14:textId="77777777" w:rsidR="009F14C8" w:rsidRDefault="00000000">
            <w:pPr>
              <w:spacing w:after="0"/>
            </w:pPr>
            <w:r>
              <w:rPr>
                <w:sz w:val="18"/>
              </w:rPr>
              <w:t>Ders anlattığım fiziksel ortamların, derslik ve laboratuvarların altyapısının kalitesinden memnunum.</w:t>
            </w:r>
          </w:p>
        </w:tc>
        <w:tc>
          <w:tcPr>
            <w:tcW w:w="3173" w:type="dxa"/>
            <w:vAlign w:val="center"/>
          </w:tcPr>
          <w:p w14:paraId="48B31C06" w14:textId="77777777" w:rsidR="009F14C8" w:rsidRDefault="00000000">
            <w:pPr>
              <w:spacing w:after="0"/>
            </w:pPr>
            <w:r>
              <w:rPr>
                <w:sz w:val="18"/>
              </w:rPr>
              <w:t>3,16</w:t>
            </w:r>
          </w:p>
        </w:tc>
      </w:tr>
      <w:tr w:rsidR="009F14C8" w14:paraId="365522A6" w14:textId="77777777">
        <w:trPr>
          <w:jc w:val="center"/>
        </w:trPr>
        <w:tc>
          <w:tcPr>
            <w:tcW w:w="3173" w:type="dxa"/>
            <w:vAlign w:val="center"/>
          </w:tcPr>
          <w:p w14:paraId="30F2B542" w14:textId="77777777" w:rsidR="009F14C8" w:rsidRDefault="00000000">
            <w:pPr>
              <w:spacing w:after="0"/>
            </w:pPr>
            <w:r>
              <w:rPr>
                <w:sz w:val="18"/>
              </w:rPr>
              <w:t>M24</w:t>
            </w:r>
          </w:p>
        </w:tc>
        <w:tc>
          <w:tcPr>
            <w:tcW w:w="3173" w:type="dxa"/>
            <w:vAlign w:val="center"/>
          </w:tcPr>
          <w:p w14:paraId="6A2083D5" w14:textId="77777777" w:rsidR="009F14C8" w:rsidRDefault="00000000">
            <w:pPr>
              <w:spacing w:after="0"/>
            </w:pPr>
            <w:r>
              <w:rPr>
                <w:sz w:val="18"/>
              </w:rPr>
              <w:t>Hayvan Hastanesi/klinik altyapısının kalitesinden memnunum.</w:t>
            </w:r>
          </w:p>
        </w:tc>
        <w:tc>
          <w:tcPr>
            <w:tcW w:w="3173" w:type="dxa"/>
            <w:vAlign w:val="center"/>
          </w:tcPr>
          <w:p w14:paraId="7C6E80EE" w14:textId="77777777" w:rsidR="009F14C8" w:rsidRDefault="00000000">
            <w:pPr>
              <w:spacing w:after="0"/>
            </w:pPr>
            <w:r>
              <w:rPr>
                <w:sz w:val="18"/>
              </w:rPr>
              <w:t>3,84</w:t>
            </w:r>
          </w:p>
        </w:tc>
      </w:tr>
      <w:tr w:rsidR="009F14C8" w14:paraId="151244D3" w14:textId="77777777">
        <w:trPr>
          <w:jc w:val="center"/>
        </w:trPr>
        <w:tc>
          <w:tcPr>
            <w:tcW w:w="3173" w:type="dxa"/>
            <w:vAlign w:val="center"/>
          </w:tcPr>
          <w:p w14:paraId="7B1EFB44" w14:textId="77777777" w:rsidR="009F14C8" w:rsidRDefault="00000000">
            <w:pPr>
              <w:spacing w:after="0"/>
            </w:pPr>
            <w:r>
              <w:rPr>
                <w:sz w:val="18"/>
              </w:rPr>
              <w:t>M25</w:t>
            </w:r>
          </w:p>
        </w:tc>
        <w:tc>
          <w:tcPr>
            <w:tcW w:w="3173" w:type="dxa"/>
            <w:vAlign w:val="center"/>
          </w:tcPr>
          <w:p w14:paraId="6E9A4C0C" w14:textId="77777777" w:rsidR="009F14C8" w:rsidRDefault="00000000">
            <w:pPr>
              <w:spacing w:after="0"/>
            </w:pPr>
            <w:r>
              <w:rPr>
                <w:sz w:val="18"/>
              </w:rPr>
              <w:t>Danışmanlık yaptığım öğrencilerin sayısı, onlara nitelikli zaman ayırmama engel olmayacak düzeydedir.</w:t>
            </w:r>
          </w:p>
        </w:tc>
        <w:tc>
          <w:tcPr>
            <w:tcW w:w="3173" w:type="dxa"/>
            <w:vAlign w:val="center"/>
          </w:tcPr>
          <w:p w14:paraId="30645B60" w14:textId="77777777" w:rsidR="009F14C8" w:rsidRDefault="00000000">
            <w:pPr>
              <w:spacing w:after="0"/>
            </w:pPr>
            <w:r>
              <w:rPr>
                <w:sz w:val="18"/>
              </w:rPr>
              <w:t>3,70</w:t>
            </w:r>
          </w:p>
        </w:tc>
      </w:tr>
      <w:tr w:rsidR="009F14C8" w14:paraId="49503A06" w14:textId="77777777">
        <w:trPr>
          <w:jc w:val="center"/>
        </w:trPr>
        <w:tc>
          <w:tcPr>
            <w:tcW w:w="3173" w:type="dxa"/>
            <w:vAlign w:val="center"/>
          </w:tcPr>
          <w:p w14:paraId="78E7090C" w14:textId="77777777" w:rsidR="009F14C8" w:rsidRDefault="00000000">
            <w:pPr>
              <w:spacing w:after="0"/>
            </w:pPr>
            <w:r>
              <w:rPr>
                <w:sz w:val="18"/>
              </w:rPr>
              <w:t>M26</w:t>
            </w:r>
          </w:p>
        </w:tc>
        <w:tc>
          <w:tcPr>
            <w:tcW w:w="3173" w:type="dxa"/>
            <w:vAlign w:val="center"/>
          </w:tcPr>
          <w:p w14:paraId="52530C9E" w14:textId="77777777" w:rsidR="009F14C8" w:rsidRDefault="00000000">
            <w:pPr>
              <w:spacing w:after="0"/>
            </w:pPr>
            <w:r>
              <w:rPr>
                <w:sz w:val="18"/>
              </w:rPr>
              <w:t>Danışmanlığını yürüttüğüm öğrencilerin kabul ve değerlendirme süreçlerinde liyakate dayalı bir sistemin işlediğini düşünüyorum.</w:t>
            </w:r>
          </w:p>
        </w:tc>
        <w:tc>
          <w:tcPr>
            <w:tcW w:w="3173" w:type="dxa"/>
            <w:vAlign w:val="center"/>
          </w:tcPr>
          <w:p w14:paraId="5717DB98" w14:textId="77777777" w:rsidR="009F14C8" w:rsidRDefault="00000000">
            <w:pPr>
              <w:spacing w:after="0"/>
            </w:pPr>
            <w:r>
              <w:rPr>
                <w:sz w:val="18"/>
              </w:rPr>
              <w:t>4,07</w:t>
            </w:r>
          </w:p>
        </w:tc>
      </w:tr>
      <w:tr w:rsidR="009F14C8" w14:paraId="21117806" w14:textId="77777777">
        <w:trPr>
          <w:jc w:val="center"/>
        </w:trPr>
        <w:tc>
          <w:tcPr>
            <w:tcW w:w="3173" w:type="dxa"/>
            <w:vAlign w:val="center"/>
          </w:tcPr>
          <w:p w14:paraId="25CECFEC" w14:textId="77777777" w:rsidR="009F14C8" w:rsidRDefault="00000000">
            <w:pPr>
              <w:spacing w:after="0"/>
            </w:pPr>
            <w:r>
              <w:rPr>
                <w:sz w:val="18"/>
              </w:rPr>
              <w:t>M27</w:t>
            </w:r>
          </w:p>
        </w:tc>
        <w:tc>
          <w:tcPr>
            <w:tcW w:w="3173" w:type="dxa"/>
            <w:vAlign w:val="center"/>
          </w:tcPr>
          <w:p w14:paraId="0A0B5F1D" w14:textId="77777777" w:rsidR="009F14C8" w:rsidRDefault="00000000">
            <w:pPr>
              <w:spacing w:after="0"/>
            </w:pPr>
            <w:r>
              <w:rPr>
                <w:sz w:val="18"/>
              </w:rPr>
              <w:t>Öğrencilerle ilgili disiplin veya rehberlik gerektiren durumlarda ilgili birimlerden hızlı destek alabiliyorum.</w:t>
            </w:r>
          </w:p>
        </w:tc>
        <w:tc>
          <w:tcPr>
            <w:tcW w:w="3173" w:type="dxa"/>
            <w:vAlign w:val="center"/>
          </w:tcPr>
          <w:p w14:paraId="714C8EDC" w14:textId="77777777" w:rsidR="009F14C8" w:rsidRDefault="00000000">
            <w:pPr>
              <w:spacing w:after="0"/>
            </w:pPr>
            <w:r>
              <w:rPr>
                <w:sz w:val="18"/>
              </w:rPr>
              <w:t>4,00</w:t>
            </w:r>
          </w:p>
        </w:tc>
      </w:tr>
      <w:tr w:rsidR="009F14C8" w14:paraId="608008F8" w14:textId="77777777">
        <w:trPr>
          <w:jc w:val="center"/>
        </w:trPr>
        <w:tc>
          <w:tcPr>
            <w:tcW w:w="3173" w:type="dxa"/>
            <w:vAlign w:val="center"/>
          </w:tcPr>
          <w:p w14:paraId="36363973" w14:textId="77777777" w:rsidR="009F14C8" w:rsidRDefault="00000000">
            <w:pPr>
              <w:spacing w:after="0"/>
            </w:pPr>
            <w:r>
              <w:rPr>
                <w:sz w:val="18"/>
              </w:rPr>
              <w:t>M28</w:t>
            </w:r>
          </w:p>
        </w:tc>
        <w:tc>
          <w:tcPr>
            <w:tcW w:w="3173" w:type="dxa"/>
            <w:vAlign w:val="center"/>
          </w:tcPr>
          <w:p w14:paraId="5946BE41" w14:textId="77777777" w:rsidR="009F14C8" w:rsidRDefault="00000000">
            <w:pPr>
              <w:spacing w:after="0"/>
            </w:pPr>
            <w:r>
              <w:rPr>
                <w:sz w:val="18"/>
              </w:rPr>
              <w:t>Öğrencilerin kariyer planlama ve mesleki gelişimleri konusunda Fakülte bünyesinde yeterli rehberlik hizmeti aldığını gözlemliyorum.</w:t>
            </w:r>
          </w:p>
        </w:tc>
        <w:tc>
          <w:tcPr>
            <w:tcW w:w="3173" w:type="dxa"/>
            <w:vAlign w:val="center"/>
          </w:tcPr>
          <w:p w14:paraId="09FD966A" w14:textId="77777777" w:rsidR="009F14C8" w:rsidRDefault="00000000">
            <w:pPr>
              <w:spacing w:after="0"/>
            </w:pPr>
            <w:r>
              <w:rPr>
                <w:sz w:val="18"/>
              </w:rPr>
              <w:t>3,91</w:t>
            </w:r>
          </w:p>
        </w:tc>
      </w:tr>
      <w:tr w:rsidR="009F14C8" w14:paraId="40135831" w14:textId="77777777">
        <w:trPr>
          <w:jc w:val="center"/>
        </w:trPr>
        <w:tc>
          <w:tcPr>
            <w:tcW w:w="3173" w:type="dxa"/>
            <w:vAlign w:val="center"/>
          </w:tcPr>
          <w:p w14:paraId="2AE4EF3B" w14:textId="77777777" w:rsidR="009F14C8" w:rsidRDefault="00000000">
            <w:pPr>
              <w:spacing w:after="0"/>
            </w:pPr>
            <w:r>
              <w:rPr>
                <w:sz w:val="18"/>
              </w:rPr>
              <w:t>M29</w:t>
            </w:r>
          </w:p>
        </w:tc>
        <w:tc>
          <w:tcPr>
            <w:tcW w:w="3173" w:type="dxa"/>
            <w:vAlign w:val="center"/>
          </w:tcPr>
          <w:p w14:paraId="2BBA7BCF" w14:textId="77777777" w:rsidR="009F14C8" w:rsidRDefault="00000000">
            <w:pPr>
              <w:spacing w:after="0"/>
            </w:pPr>
            <w:r>
              <w:rPr>
                <w:sz w:val="18"/>
              </w:rPr>
              <w:t>Danışmanı olduğum öğrencilerle iletişimde aksaklık yaşanmamakta, akademik rehberlik süreçleri ulaşılabilir bir zeminde gerçekleşmektedir.</w:t>
            </w:r>
          </w:p>
        </w:tc>
        <w:tc>
          <w:tcPr>
            <w:tcW w:w="3173" w:type="dxa"/>
            <w:vAlign w:val="center"/>
          </w:tcPr>
          <w:p w14:paraId="2C2C71B8" w14:textId="77777777" w:rsidR="009F14C8" w:rsidRDefault="00000000">
            <w:pPr>
              <w:spacing w:after="0"/>
            </w:pPr>
            <w:r>
              <w:rPr>
                <w:sz w:val="18"/>
              </w:rPr>
              <w:t>4,60</w:t>
            </w:r>
          </w:p>
        </w:tc>
      </w:tr>
      <w:tr w:rsidR="009F14C8" w14:paraId="28B801A1" w14:textId="77777777">
        <w:trPr>
          <w:jc w:val="center"/>
        </w:trPr>
        <w:tc>
          <w:tcPr>
            <w:tcW w:w="3173" w:type="dxa"/>
            <w:vAlign w:val="center"/>
          </w:tcPr>
          <w:p w14:paraId="412B1A0E" w14:textId="77777777" w:rsidR="009F14C8" w:rsidRDefault="00000000">
            <w:pPr>
              <w:spacing w:after="0"/>
            </w:pPr>
            <w:r>
              <w:rPr>
                <w:sz w:val="18"/>
              </w:rPr>
              <w:t>M30</w:t>
            </w:r>
          </w:p>
        </w:tc>
        <w:tc>
          <w:tcPr>
            <w:tcW w:w="3173" w:type="dxa"/>
            <w:vAlign w:val="center"/>
          </w:tcPr>
          <w:p w14:paraId="2D936527" w14:textId="77777777" w:rsidR="009F14C8" w:rsidRDefault="00000000">
            <w:pPr>
              <w:spacing w:after="0"/>
            </w:pPr>
            <w:r>
              <w:rPr>
                <w:sz w:val="18"/>
              </w:rPr>
              <w:t>Çalışma ofisim, laboratuvarlarım ve ortak kullanım alanları, akademik/klinik çalışmalarımı verimli bir şekilde yürütmem için uygun standartlardadır.</w:t>
            </w:r>
          </w:p>
        </w:tc>
        <w:tc>
          <w:tcPr>
            <w:tcW w:w="3173" w:type="dxa"/>
            <w:vAlign w:val="center"/>
          </w:tcPr>
          <w:p w14:paraId="0A9C4963" w14:textId="77777777" w:rsidR="009F14C8" w:rsidRDefault="00000000">
            <w:pPr>
              <w:spacing w:after="0"/>
            </w:pPr>
            <w:r>
              <w:rPr>
                <w:sz w:val="18"/>
              </w:rPr>
              <w:t>3,42</w:t>
            </w:r>
          </w:p>
        </w:tc>
      </w:tr>
      <w:tr w:rsidR="009F14C8" w14:paraId="1D97B3DC" w14:textId="77777777">
        <w:trPr>
          <w:jc w:val="center"/>
        </w:trPr>
        <w:tc>
          <w:tcPr>
            <w:tcW w:w="3173" w:type="dxa"/>
            <w:vAlign w:val="center"/>
          </w:tcPr>
          <w:p w14:paraId="36234CD7" w14:textId="77777777" w:rsidR="009F14C8" w:rsidRDefault="00000000">
            <w:pPr>
              <w:spacing w:after="0"/>
            </w:pPr>
            <w:r>
              <w:rPr>
                <w:sz w:val="18"/>
              </w:rPr>
              <w:t>M31</w:t>
            </w:r>
          </w:p>
        </w:tc>
        <w:tc>
          <w:tcPr>
            <w:tcW w:w="3173" w:type="dxa"/>
            <w:vAlign w:val="center"/>
          </w:tcPr>
          <w:p w14:paraId="0347954C" w14:textId="77777777" w:rsidR="009F14C8" w:rsidRDefault="00000000">
            <w:pPr>
              <w:spacing w:after="0"/>
            </w:pPr>
            <w:r>
              <w:rPr>
                <w:sz w:val="18"/>
              </w:rPr>
              <w:t>Fakülte bünyesindeki bilişim altyapısının (İnternet hızı, teknik destek) yeterli olduğunu düşünüyorum.</w:t>
            </w:r>
          </w:p>
        </w:tc>
        <w:tc>
          <w:tcPr>
            <w:tcW w:w="3173" w:type="dxa"/>
            <w:vAlign w:val="center"/>
          </w:tcPr>
          <w:p w14:paraId="6C373922" w14:textId="77777777" w:rsidR="009F14C8" w:rsidRDefault="00000000">
            <w:pPr>
              <w:spacing w:after="0"/>
            </w:pPr>
            <w:r>
              <w:rPr>
                <w:sz w:val="18"/>
              </w:rPr>
              <w:t>3,21</w:t>
            </w:r>
          </w:p>
        </w:tc>
      </w:tr>
      <w:tr w:rsidR="009F14C8" w14:paraId="3C073084" w14:textId="77777777">
        <w:trPr>
          <w:jc w:val="center"/>
        </w:trPr>
        <w:tc>
          <w:tcPr>
            <w:tcW w:w="3173" w:type="dxa"/>
            <w:vAlign w:val="center"/>
          </w:tcPr>
          <w:p w14:paraId="5FDBB5B1" w14:textId="77777777" w:rsidR="009F14C8" w:rsidRDefault="00000000">
            <w:pPr>
              <w:spacing w:after="0"/>
            </w:pPr>
            <w:r>
              <w:rPr>
                <w:sz w:val="18"/>
              </w:rPr>
              <w:t>M32</w:t>
            </w:r>
          </w:p>
        </w:tc>
        <w:tc>
          <w:tcPr>
            <w:tcW w:w="3173" w:type="dxa"/>
            <w:vAlign w:val="center"/>
          </w:tcPr>
          <w:p w14:paraId="0AD63F0A" w14:textId="77777777" w:rsidR="009F14C8" w:rsidRDefault="00000000">
            <w:pPr>
              <w:spacing w:after="0"/>
            </w:pPr>
            <w:r>
              <w:rPr>
                <w:sz w:val="18"/>
              </w:rPr>
              <w:t>Üniversite kampüsündeki genel tesislerin (yemekhane, dinlenme alanları vb.) kalitesinden memnunum.</w:t>
            </w:r>
          </w:p>
        </w:tc>
        <w:tc>
          <w:tcPr>
            <w:tcW w:w="3173" w:type="dxa"/>
            <w:vAlign w:val="center"/>
          </w:tcPr>
          <w:p w14:paraId="583D2026" w14:textId="77777777" w:rsidR="009F14C8" w:rsidRDefault="00000000">
            <w:pPr>
              <w:spacing w:after="0"/>
            </w:pPr>
            <w:r>
              <w:rPr>
                <w:sz w:val="18"/>
              </w:rPr>
              <w:t>2,88</w:t>
            </w:r>
          </w:p>
        </w:tc>
      </w:tr>
      <w:tr w:rsidR="009F14C8" w14:paraId="72BAC221" w14:textId="77777777">
        <w:trPr>
          <w:jc w:val="center"/>
        </w:trPr>
        <w:tc>
          <w:tcPr>
            <w:tcW w:w="3173" w:type="dxa"/>
            <w:vAlign w:val="center"/>
          </w:tcPr>
          <w:p w14:paraId="7ADD0234" w14:textId="77777777" w:rsidR="009F14C8" w:rsidRDefault="00000000">
            <w:pPr>
              <w:spacing w:after="0"/>
            </w:pPr>
            <w:r>
              <w:rPr>
                <w:sz w:val="18"/>
              </w:rPr>
              <w:lastRenderedPageBreak/>
              <w:t>M33</w:t>
            </w:r>
          </w:p>
        </w:tc>
        <w:tc>
          <w:tcPr>
            <w:tcW w:w="3173" w:type="dxa"/>
            <w:vAlign w:val="center"/>
          </w:tcPr>
          <w:p w14:paraId="0BAA8552" w14:textId="77777777" w:rsidR="009F14C8" w:rsidRDefault="00000000">
            <w:pPr>
              <w:spacing w:after="0"/>
            </w:pPr>
            <w:r>
              <w:rPr>
                <w:sz w:val="18"/>
              </w:rPr>
              <w:t>Engelli veya özel gereksinimi olan öğrencilerime eğitim verirken kullanabileceğim uygun materyal ve fiziksel imkanlara sahibim.</w:t>
            </w:r>
          </w:p>
        </w:tc>
        <w:tc>
          <w:tcPr>
            <w:tcW w:w="3173" w:type="dxa"/>
            <w:vAlign w:val="center"/>
          </w:tcPr>
          <w:p w14:paraId="27C95B27" w14:textId="77777777" w:rsidR="009F14C8" w:rsidRDefault="00000000">
            <w:pPr>
              <w:spacing w:after="0"/>
            </w:pPr>
            <w:r>
              <w:rPr>
                <w:sz w:val="18"/>
              </w:rPr>
              <w:t>3,26</w:t>
            </w:r>
          </w:p>
        </w:tc>
      </w:tr>
      <w:tr w:rsidR="009F14C8" w14:paraId="1166CEC3" w14:textId="77777777">
        <w:trPr>
          <w:jc w:val="center"/>
        </w:trPr>
        <w:tc>
          <w:tcPr>
            <w:tcW w:w="3173" w:type="dxa"/>
            <w:vAlign w:val="center"/>
          </w:tcPr>
          <w:p w14:paraId="01B65976" w14:textId="77777777" w:rsidR="009F14C8" w:rsidRDefault="00000000">
            <w:pPr>
              <w:spacing w:after="0"/>
            </w:pPr>
            <w:r>
              <w:rPr>
                <w:sz w:val="18"/>
              </w:rPr>
              <w:t>M34</w:t>
            </w:r>
          </w:p>
        </w:tc>
        <w:tc>
          <w:tcPr>
            <w:tcW w:w="3173" w:type="dxa"/>
            <w:vAlign w:val="center"/>
          </w:tcPr>
          <w:p w14:paraId="4B92C5E1" w14:textId="77777777" w:rsidR="009F14C8" w:rsidRDefault="00000000">
            <w:pPr>
              <w:spacing w:after="0"/>
            </w:pPr>
            <w:r>
              <w:rPr>
                <w:sz w:val="18"/>
              </w:rPr>
              <w:t>Kurumumun dezavantajlı gruplara yönelik sergilediği kapsayıcı tutumun bir parçası olmaktan memnunum.</w:t>
            </w:r>
          </w:p>
        </w:tc>
        <w:tc>
          <w:tcPr>
            <w:tcW w:w="3173" w:type="dxa"/>
            <w:vAlign w:val="center"/>
          </w:tcPr>
          <w:p w14:paraId="58BE238D" w14:textId="77777777" w:rsidR="009F14C8" w:rsidRDefault="00000000">
            <w:pPr>
              <w:spacing w:after="0"/>
            </w:pPr>
            <w:r>
              <w:rPr>
                <w:sz w:val="18"/>
              </w:rPr>
              <w:t>3,77</w:t>
            </w:r>
          </w:p>
        </w:tc>
      </w:tr>
      <w:tr w:rsidR="009F14C8" w14:paraId="5B725429" w14:textId="77777777">
        <w:trPr>
          <w:jc w:val="center"/>
        </w:trPr>
        <w:tc>
          <w:tcPr>
            <w:tcW w:w="3173" w:type="dxa"/>
            <w:vAlign w:val="center"/>
          </w:tcPr>
          <w:p w14:paraId="3016CFF4" w14:textId="77777777" w:rsidR="009F14C8" w:rsidRDefault="00000000">
            <w:pPr>
              <w:spacing w:after="0"/>
            </w:pPr>
            <w:r>
              <w:rPr>
                <w:sz w:val="18"/>
              </w:rPr>
              <w:t>M35</w:t>
            </w:r>
          </w:p>
        </w:tc>
        <w:tc>
          <w:tcPr>
            <w:tcW w:w="3173" w:type="dxa"/>
            <w:vAlign w:val="center"/>
          </w:tcPr>
          <w:p w14:paraId="7634978F" w14:textId="77777777" w:rsidR="009F14C8" w:rsidRDefault="00000000">
            <w:pPr>
              <w:spacing w:after="0"/>
            </w:pPr>
            <w:r>
              <w:rPr>
                <w:sz w:val="18"/>
              </w:rPr>
              <w:t>Dezavantajlı grupların ihtiyaçlarına yönelik sunulan desteklerin yeterli olduğuna inanıyorum.</w:t>
            </w:r>
          </w:p>
        </w:tc>
        <w:tc>
          <w:tcPr>
            <w:tcW w:w="3173" w:type="dxa"/>
            <w:vAlign w:val="center"/>
          </w:tcPr>
          <w:p w14:paraId="5AA73392" w14:textId="77777777" w:rsidR="009F14C8" w:rsidRDefault="00000000">
            <w:pPr>
              <w:spacing w:after="0"/>
            </w:pPr>
            <w:r>
              <w:rPr>
                <w:sz w:val="18"/>
              </w:rPr>
              <w:t>3,44</w:t>
            </w:r>
          </w:p>
        </w:tc>
      </w:tr>
      <w:tr w:rsidR="009F14C8" w14:paraId="570AE46C" w14:textId="77777777">
        <w:trPr>
          <w:jc w:val="center"/>
        </w:trPr>
        <w:tc>
          <w:tcPr>
            <w:tcW w:w="3173" w:type="dxa"/>
            <w:vAlign w:val="center"/>
          </w:tcPr>
          <w:p w14:paraId="4C1386DB" w14:textId="77777777" w:rsidR="009F14C8" w:rsidRDefault="00000000">
            <w:pPr>
              <w:spacing w:after="0"/>
            </w:pPr>
            <w:r>
              <w:rPr>
                <w:sz w:val="18"/>
              </w:rPr>
              <w:t>M36</w:t>
            </w:r>
          </w:p>
        </w:tc>
        <w:tc>
          <w:tcPr>
            <w:tcW w:w="3173" w:type="dxa"/>
            <w:vAlign w:val="center"/>
          </w:tcPr>
          <w:p w14:paraId="242950DC" w14:textId="77777777" w:rsidR="009F14C8" w:rsidRDefault="00000000">
            <w:pPr>
              <w:spacing w:after="0"/>
            </w:pPr>
            <w:r>
              <w:rPr>
                <w:sz w:val="18"/>
              </w:rPr>
              <w:t>Akademik personele yönelik sosyal ve kültürel etkinlikler ile sunulan sosyal imkânların iş-özel hayat dengeme olumlu katkı sağladığını düşünüyorum.</w:t>
            </w:r>
          </w:p>
        </w:tc>
        <w:tc>
          <w:tcPr>
            <w:tcW w:w="3173" w:type="dxa"/>
            <w:vAlign w:val="center"/>
          </w:tcPr>
          <w:p w14:paraId="600FBE78" w14:textId="77777777" w:rsidR="009F14C8" w:rsidRDefault="00000000">
            <w:pPr>
              <w:spacing w:after="0"/>
            </w:pPr>
            <w:r>
              <w:rPr>
                <w:sz w:val="18"/>
              </w:rPr>
              <w:t>3,28</w:t>
            </w:r>
          </w:p>
        </w:tc>
      </w:tr>
      <w:tr w:rsidR="009F14C8" w14:paraId="37401199" w14:textId="77777777">
        <w:trPr>
          <w:jc w:val="center"/>
        </w:trPr>
        <w:tc>
          <w:tcPr>
            <w:tcW w:w="3173" w:type="dxa"/>
            <w:vAlign w:val="center"/>
          </w:tcPr>
          <w:p w14:paraId="57E9F37A" w14:textId="77777777" w:rsidR="009F14C8" w:rsidRDefault="00000000">
            <w:pPr>
              <w:spacing w:after="0"/>
            </w:pPr>
            <w:r>
              <w:rPr>
                <w:sz w:val="18"/>
              </w:rPr>
              <w:t>M37</w:t>
            </w:r>
          </w:p>
        </w:tc>
        <w:tc>
          <w:tcPr>
            <w:tcW w:w="3173" w:type="dxa"/>
            <w:vAlign w:val="center"/>
          </w:tcPr>
          <w:p w14:paraId="452E6CE8" w14:textId="77777777" w:rsidR="009F14C8" w:rsidRDefault="00000000">
            <w:pPr>
              <w:spacing w:after="0"/>
            </w:pPr>
            <w:r>
              <w:rPr>
                <w:sz w:val="18"/>
              </w:rPr>
              <w:t>Sosyal, kültürel ve sportif faaliyetleri yürüten idari yapılanmanın mevcut olduğunu ve gerçekleştirilen faaliyetlerin ihtiyaçlar doğrultusunda izlenip geliştirildiğini düşünüyorum</w:t>
            </w:r>
          </w:p>
        </w:tc>
        <w:tc>
          <w:tcPr>
            <w:tcW w:w="3173" w:type="dxa"/>
            <w:vAlign w:val="center"/>
          </w:tcPr>
          <w:p w14:paraId="2114D51A" w14:textId="77777777" w:rsidR="009F14C8" w:rsidRDefault="00000000">
            <w:pPr>
              <w:spacing w:after="0"/>
            </w:pPr>
            <w:r>
              <w:rPr>
                <w:sz w:val="18"/>
              </w:rPr>
              <w:t>3,47</w:t>
            </w:r>
          </w:p>
        </w:tc>
      </w:tr>
      <w:tr w:rsidR="009F14C8" w14:paraId="7B2724F8" w14:textId="77777777">
        <w:trPr>
          <w:jc w:val="center"/>
        </w:trPr>
        <w:tc>
          <w:tcPr>
            <w:tcW w:w="3173" w:type="dxa"/>
            <w:vAlign w:val="center"/>
          </w:tcPr>
          <w:p w14:paraId="2FEFFB8A" w14:textId="77777777" w:rsidR="009F14C8" w:rsidRDefault="00000000">
            <w:pPr>
              <w:spacing w:after="0"/>
            </w:pPr>
            <w:r>
              <w:rPr>
                <w:sz w:val="18"/>
              </w:rPr>
              <w:t>M38</w:t>
            </w:r>
          </w:p>
        </w:tc>
        <w:tc>
          <w:tcPr>
            <w:tcW w:w="3173" w:type="dxa"/>
            <w:vAlign w:val="center"/>
          </w:tcPr>
          <w:p w14:paraId="2491B89F" w14:textId="77777777" w:rsidR="009F14C8" w:rsidRDefault="00000000">
            <w:pPr>
              <w:spacing w:after="0"/>
            </w:pPr>
            <w:r>
              <w:rPr>
                <w:sz w:val="18"/>
              </w:rPr>
              <w:t>Öğretim elemanı atama, yükseltme ve görevlendirme süreçleri ile akademik yükselme kriterlerine ilişkin bilgilendirmelerin açık, net ve erişilebilir olduğunu düşünüyorum.</w:t>
            </w:r>
          </w:p>
        </w:tc>
        <w:tc>
          <w:tcPr>
            <w:tcW w:w="3173" w:type="dxa"/>
            <w:vAlign w:val="center"/>
          </w:tcPr>
          <w:p w14:paraId="05647D4A" w14:textId="77777777" w:rsidR="009F14C8" w:rsidRDefault="00000000">
            <w:pPr>
              <w:spacing w:after="0"/>
            </w:pPr>
            <w:r>
              <w:rPr>
                <w:sz w:val="18"/>
              </w:rPr>
              <w:t>4,19</w:t>
            </w:r>
          </w:p>
        </w:tc>
      </w:tr>
      <w:tr w:rsidR="009F14C8" w14:paraId="0E6A8DBF" w14:textId="77777777">
        <w:trPr>
          <w:jc w:val="center"/>
        </w:trPr>
        <w:tc>
          <w:tcPr>
            <w:tcW w:w="3173" w:type="dxa"/>
            <w:vAlign w:val="center"/>
          </w:tcPr>
          <w:p w14:paraId="27C23AED" w14:textId="77777777" w:rsidR="009F14C8" w:rsidRDefault="00000000">
            <w:pPr>
              <w:spacing w:after="0"/>
            </w:pPr>
            <w:r>
              <w:rPr>
                <w:sz w:val="18"/>
              </w:rPr>
              <w:t>M39</w:t>
            </w:r>
          </w:p>
        </w:tc>
        <w:tc>
          <w:tcPr>
            <w:tcW w:w="3173" w:type="dxa"/>
            <w:vAlign w:val="center"/>
          </w:tcPr>
          <w:p w14:paraId="615B6140" w14:textId="77777777" w:rsidR="009F14C8" w:rsidRDefault="00000000">
            <w:pPr>
              <w:spacing w:after="0"/>
            </w:pPr>
            <w:r>
              <w:rPr>
                <w:sz w:val="18"/>
              </w:rPr>
              <w:t>Birim içi görevlendirmelerin (komisyon üyelikleri, klinik nöbetleri, idari görevler vb.) adil bir iş yükü dağılımı gözetilerek yapıldığına inanıyorum.</w:t>
            </w:r>
          </w:p>
        </w:tc>
        <w:tc>
          <w:tcPr>
            <w:tcW w:w="3173" w:type="dxa"/>
            <w:vAlign w:val="center"/>
          </w:tcPr>
          <w:p w14:paraId="09AEB536" w14:textId="77777777" w:rsidR="009F14C8" w:rsidRDefault="00000000">
            <w:pPr>
              <w:spacing w:after="0"/>
            </w:pPr>
            <w:r>
              <w:rPr>
                <w:sz w:val="18"/>
              </w:rPr>
              <w:t>3,33</w:t>
            </w:r>
          </w:p>
        </w:tc>
      </w:tr>
      <w:tr w:rsidR="009F14C8" w14:paraId="2480D869" w14:textId="77777777">
        <w:trPr>
          <w:jc w:val="center"/>
        </w:trPr>
        <w:tc>
          <w:tcPr>
            <w:tcW w:w="3173" w:type="dxa"/>
            <w:vAlign w:val="center"/>
          </w:tcPr>
          <w:p w14:paraId="28CC838C" w14:textId="77777777" w:rsidR="009F14C8" w:rsidRDefault="00000000">
            <w:pPr>
              <w:spacing w:after="0"/>
            </w:pPr>
            <w:r>
              <w:rPr>
                <w:sz w:val="18"/>
              </w:rPr>
              <w:t>M40</w:t>
            </w:r>
          </w:p>
        </w:tc>
        <w:tc>
          <w:tcPr>
            <w:tcW w:w="3173" w:type="dxa"/>
            <w:vAlign w:val="center"/>
          </w:tcPr>
          <w:p w14:paraId="48DF5D50" w14:textId="77777777" w:rsidR="009F14C8" w:rsidRDefault="00000000">
            <w:pPr>
              <w:spacing w:after="0"/>
            </w:pPr>
            <w:r>
              <w:rPr>
                <w:sz w:val="18"/>
              </w:rPr>
              <w:t>Eğitim-öğretim becerilerimi geliştirmeye yönelik sunulan eğitimleri (Proje yazımı, veri analizi vb.) yararlı buluyorum.</w:t>
            </w:r>
          </w:p>
        </w:tc>
        <w:tc>
          <w:tcPr>
            <w:tcW w:w="3173" w:type="dxa"/>
            <w:vAlign w:val="center"/>
          </w:tcPr>
          <w:p w14:paraId="3C0B9C88" w14:textId="77777777" w:rsidR="009F14C8" w:rsidRDefault="00000000">
            <w:pPr>
              <w:spacing w:after="0"/>
            </w:pPr>
            <w:r>
              <w:rPr>
                <w:sz w:val="18"/>
              </w:rPr>
              <w:t>4,16</w:t>
            </w:r>
          </w:p>
        </w:tc>
      </w:tr>
      <w:tr w:rsidR="009F14C8" w14:paraId="1997BEF2" w14:textId="77777777">
        <w:trPr>
          <w:jc w:val="center"/>
        </w:trPr>
        <w:tc>
          <w:tcPr>
            <w:tcW w:w="3173" w:type="dxa"/>
            <w:vAlign w:val="center"/>
          </w:tcPr>
          <w:p w14:paraId="7DFB0729" w14:textId="77777777" w:rsidR="009F14C8" w:rsidRDefault="00000000">
            <w:pPr>
              <w:spacing w:after="0"/>
            </w:pPr>
            <w:r>
              <w:rPr>
                <w:sz w:val="18"/>
              </w:rPr>
              <w:t>M41</w:t>
            </w:r>
          </w:p>
        </w:tc>
        <w:tc>
          <w:tcPr>
            <w:tcW w:w="3173" w:type="dxa"/>
            <w:vAlign w:val="center"/>
          </w:tcPr>
          <w:p w14:paraId="224EB9FD" w14:textId="77777777" w:rsidR="009F14C8" w:rsidRDefault="00000000">
            <w:pPr>
              <w:spacing w:after="0"/>
            </w:pPr>
            <w:r>
              <w:rPr>
                <w:sz w:val="18"/>
              </w:rPr>
              <w:t>İzleme ve değerlendirme sonuçlarına bağlı kalarak süreç konusundaki talepler incelenmekte ve gerekli iyileştirmeler yapılmaktadır.</w:t>
            </w:r>
          </w:p>
        </w:tc>
        <w:tc>
          <w:tcPr>
            <w:tcW w:w="3173" w:type="dxa"/>
            <w:vAlign w:val="center"/>
          </w:tcPr>
          <w:p w14:paraId="4141EFC2" w14:textId="77777777" w:rsidR="009F14C8" w:rsidRDefault="00000000">
            <w:pPr>
              <w:spacing w:after="0"/>
            </w:pPr>
            <w:r>
              <w:rPr>
                <w:sz w:val="18"/>
              </w:rPr>
              <w:t>3,79</w:t>
            </w:r>
          </w:p>
        </w:tc>
      </w:tr>
      <w:tr w:rsidR="009F14C8" w14:paraId="1CACE1FC" w14:textId="77777777">
        <w:trPr>
          <w:jc w:val="center"/>
        </w:trPr>
        <w:tc>
          <w:tcPr>
            <w:tcW w:w="3173" w:type="dxa"/>
            <w:vAlign w:val="center"/>
          </w:tcPr>
          <w:p w14:paraId="6D84F8BE" w14:textId="77777777" w:rsidR="009F14C8" w:rsidRDefault="00000000">
            <w:pPr>
              <w:spacing w:after="0"/>
            </w:pPr>
            <w:r>
              <w:rPr>
                <w:sz w:val="18"/>
              </w:rPr>
              <w:t>M42</w:t>
            </w:r>
          </w:p>
        </w:tc>
        <w:tc>
          <w:tcPr>
            <w:tcW w:w="3173" w:type="dxa"/>
            <w:vAlign w:val="center"/>
          </w:tcPr>
          <w:p w14:paraId="21477F05" w14:textId="77777777" w:rsidR="009F14C8" w:rsidRDefault="00000000">
            <w:pPr>
              <w:spacing w:after="0"/>
            </w:pPr>
            <w:r>
              <w:rPr>
                <w:sz w:val="18"/>
              </w:rPr>
              <w:t>Yurt içi veya yurt dışı akademik değişim programlarına katılım konusunda yönetim tarafından destekleniyorum.</w:t>
            </w:r>
          </w:p>
        </w:tc>
        <w:tc>
          <w:tcPr>
            <w:tcW w:w="3173" w:type="dxa"/>
            <w:vAlign w:val="center"/>
          </w:tcPr>
          <w:p w14:paraId="4EE0AF2B" w14:textId="77777777" w:rsidR="009F14C8" w:rsidRDefault="00000000">
            <w:pPr>
              <w:spacing w:after="0"/>
            </w:pPr>
            <w:r>
              <w:rPr>
                <w:sz w:val="18"/>
              </w:rPr>
              <w:t>3,26</w:t>
            </w:r>
          </w:p>
        </w:tc>
      </w:tr>
      <w:tr w:rsidR="009F14C8" w14:paraId="683EF160" w14:textId="77777777">
        <w:trPr>
          <w:jc w:val="center"/>
        </w:trPr>
        <w:tc>
          <w:tcPr>
            <w:tcW w:w="3173" w:type="dxa"/>
            <w:vAlign w:val="center"/>
          </w:tcPr>
          <w:p w14:paraId="2F664076" w14:textId="77777777" w:rsidR="009F14C8" w:rsidRDefault="00000000">
            <w:pPr>
              <w:spacing w:after="0"/>
            </w:pPr>
            <w:r>
              <w:rPr>
                <w:sz w:val="18"/>
              </w:rPr>
              <w:t>M43</w:t>
            </w:r>
          </w:p>
        </w:tc>
        <w:tc>
          <w:tcPr>
            <w:tcW w:w="3173" w:type="dxa"/>
            <w:vAlign w:val="center"/>
          </w:tcPr>
          <w:p w14:paraId="00C3C663" w14:textId="77777777" w:rsidR="009F14C8" w:rsidRDefault="00000000">
            <w:pPr>
              <w:spacing w:after="0"/>
            </w:pPr>
            <w:r>
              <w:rPr>
                <w:sz w:val="18"/>
              </w:rPr>
              <w:t>Eğitim kalitesini artırmaya yönelik çalışmalarımın, eğitim-öğretim ve klinik faaliyetlerde gösterdiğim performansın kurum tarafından takdir edilip ödüllendirildiğini; akademik teşvik ve ödüllendirme süreçlerinin motivasyonumu olumlu yönde etkilediğini düşünüyorum.</w:t>
            </w:r>
          </w:p>
        </w:tc>
        <w:tc>
          <w:tcPr>
            <w:tcW w:w="3173" w:type="dxa"/>
            <w:vAlign w:val="center"/>
          </w:tcPr>
          <w:p w14:paraId="719E7D6F" w14:textId="77777777" w:rsidR="009F14C8" w:rsidRDefault="00000000">
            <w:pPr>
              <w:spacing w:after="0"/>
            </w:pPr>
            <w:r>
              <w:rPr>
                <w:sz w:val="18"/>
              </w:rPr>
              <w:t>3,47</w:t>
            </w:r>
          </w:p>
        </w:tc>
      </w:tr>
      <w:tr w:rsidR="009F14C8" w14:paraId="6872AC5B" w14:textId="77777777">
        <w:trPr>
          <w:jc w:val="center"/>
        </w:trPr>
        <w:tc>
          <w:tcPr>
            <w:tcW w:w="3173" w:type="dxa"/>
            <w:vAlign w:val="center"/>
          </w:tcPr>
          <w:p w14:paraId="51BEE463" w14:textId="77777777" w:rsidR="009F14C8" w:rsidRDefault="00000000">
            <w:pPr>
              <w:spacing w:after="0"/>
            </w:pPr>
            <w:r>
              <w:rPr>
                <w:sz w:val="18"/>
              </w:rPr>
              <w:t>M44</w:t>
            </w:r>
          </w:p>
        </w:tc>
        <w:tc>
          <w:tcPr>
            <w:tcW w:w="3173" w:type="dxa"/>
            <w:vAlign w:val="center"/>
          </w:tcPr>
          <w:p w14:paraId="234C951D" w14:textId="77777777" w:rsidR="009F14C8" w:rsidRDefault="00000000">
            <w:pPr>
              <w:spacing w:after="0"/>
            </w:pPr>
            <w:r>
              <w:rPr>
                <w:sz w:val="18"/>
              </w:rPr>
              <w:t>Fakültenin araştırma stratejilerinin ve öncelikli alanlarının belirlenmesi süreçlerine dahil edildiğimi veya görüşlerimin alındığını düşünüyorum.</w:t>
            </w:r>
          </w:p>
        </w:tc>
        <w:tc>
          <w:tcPr>
            <w:tcW w:w="3173" w:type="dxa"/>
            <w:vAlign w:val="center"/>
          </w:tcPr>
          <w:p w14:paraId="4C0149A2" w14:textId="77777777" w:rsidR="009F14C8" w:rsidRDefault="00000000">
            <w:pPr>
              <w:spacing w:after="0"/>
            </w:pPr>
            <w:r>
              <w:rPr>
                <w:sz w:val="18"/>
              </w:rPr>
              <w:t>3,37</w:t>
            </w:r>
          </w:p>
        </w:tc>
      </w:tr>
      <w:tr w:rsidR="009F14C8" w14:paraId="7B22AB0A" w14:textId="77777777">
        <w:trPr>
          <w:jc w:val="center"/>
        </w:trPr>
        <w:tc>
          <w:tcPr>
            <w:tcW w:w="3173" w:type="dxa"/>
            <w:vAlign w:val="center"/>
          </w:tcPr>
          <w:p w14:paraId="124B1D77" w14:textId="77777777" w:rsidR="009F14C8" w:rsidRDefault="00000000">
            <w:pPr>
              <w:spacing w:after="0"/>
            </w:pPr>
            <w:r>
              <w:rPr>
                <w:sz w:val="18"/>
              </w:rPr>
              <w:t>M45</w:t>
            </w:r>
          </w:p>
        </w:tc>
        <w:tc>
          <w:tcPr>
            <w:tcW w:w="3173" w:type="dxa"/>
            <w:vAlign w:val="center"/>
          </w:tcPr>
          <w:p w14:paraId="66B6221D" w14:textId="77777777" w:rsidR="009F14C8" w:rsidRDefault="00000000">
            <w:pPr>
              <w:spacing w:after="0"/>
            </w:pPr>
            <w:r>
              <w:rPr>
                <w:sz w:val="18"/>
              </w:rPr>
              <w:t>Araştırma, yayın ve etik kurul (DEHAM vb.) süreçlerinde karşılaştığım idari engellerin çözümü için yönetimin yapıcı bir yaklaşım sergilediğine inanıyorum.</w:t>
            </w:r>
          </w:p>
        </w:tc>
        <w:tc>
          <w:tcPr>
            <w:tcW w:w="3173" w:type="dxa"/>
            <w:vAlign w:val="center"/>
          </w:tcPr>
          <w:p w14:paraId="7447A21A" w14:textId="77777777" w:rsidR="009F14C8" w:rsidRDefault="00000000">
            <w:pPr>
              <w:spacing w:after="0"/>
            </w:pPr>
            <w:r>
              <w:rPr>
                <w:sz w:val="18"/>
              </w:rPr>
              <w:t>3,81</w:t>
            </w:r>
          </w:p>
        </w:tc>
      </w:tr>
      <w:tr w:rsidR="009F14C8" w14:paraId="4A107E95" w14:textId="77777777">
        <w:trPr>
          <w:jc w:val="center"/>
        </w:trPr>
        <w:tc>
          <w:tcPr>
            <w:tcW w:w="3173" w:type="dxa"/>
            <w:vAlign w:val="center"/>
          </w:tcPr>
          <w:p w14:paraId="7C08988A" w14:textId="77777777" w:rsidR="009F14C8" w:rsidRDefault="00000000">
            <w:pPr>
              <w:spacing w:after="0"/>
            </w:pPr>
            <w:r>
              <w:rPr>
                <w:sz w:val="18"/>
              </w:rPr>
              <w:lastRenderedPageBreak/>
              <w:t>M46</w:t>
            </w:r>
          </w:p>
        </w:tc>
        <w:tc>
          <w:tcPr>
            <w:tcW w:w="3173" w:type="dxa"/>
            <w:vAlign w:val="center"/>
          </w:tcPr>
          <w:p w14:paraId="70D0D45A" w14:textId="77777777" w:rsidR="009F14C8" w:rsidRDefault="00000000">
            <w:pPr>
              <w:spacing w:after="0"/>
            </w:pPr>
            <w:r>
              <w:rPr>
                <w:sz w:val="18"/>
              </w:rPr>
              <w:t>Üniversitemizin BAP birimi tarafından sağlanan iç kaynakların ve bütçelerin yeterli ve adil dağıtıldığını düşünüyorum.</w:t>
            </w:r>
          </w:p>
        </w:tc>
        <w:tc>
          <w:tcPr>
            <w:tcW w:w="3173" w:type="dxa"/>
            <w:vAlign w:val="center"/>
          </w:tcPr>
          <w:p w14:paraId="166F6208" w14:textId="77777777" w:rsidR="009F14C8" w:rsidRDefault="00000000">
            <w:pPr>
              <w:spacing w:after="0"/>
            </w:pPr>
            <w:r>
              <w:rPr>
                <w:sz w:val="18"/>
              </w:rPr>
              <w:t>3,09</w:t>
            </w:r>
          </w:p>
        </w:tc>
      </w:tr>
      <w:tr w:rsidR="009F14C8" w14:paraId="09A33BB9" w14:textId="77777777">
        <w:trPr>
          <w:jc w:val="center"/>
        </w:trPr>
        <w:tc>
          <w:tcPr>
            <w:tcW w:w="3173" w:type="dxa"/>
            <w:vAlign w:val="center"/>
          </w:tcPr>
          <w:p w14:paraId="75D50460" w14:textId="77777777" w:rsidR="009F14C8" w:rsidRDefault="00000000">
            <w:pPr>
              <w:spacing w:after="0"/>
            </w:pPr>
            <w:r>
              <w:rPr>
                <w:sz w:val="18"/>
              </w:rPr>
              <w:t>M47</w:t>
            </w:r>
          </w:p>
        </w:tc>
        <w:tc>
          <w:tcPr>
            <w:tcW w:w="3173" w:type="dxa"/>
            <w:vAlign w:val="center"/>
          </w:tcPr>
          <w:p w14:paraId="0815C672" w14:textId="77777777" w:rsidR="009F14C8" w:rsidRDefault="00000000">
            <w:pPr>
              <w:spacing w:after="0"/>
            </w:pPr>
            <w:r>
              <w:rPr>
                <w:sz w:val="18"/>
              </w:rPr>
              <w:t>TÜBİTAK, AB veya Kalkınma Ajansı vb. dış kaynaklı proje başvurularımda kurumumun sunduğu teknik destekten memnunum.</w:t>
            </w:r>
          </w:p>
        </w:tc>
        <w:tc>
          <w:tcPr>
            <w:tcW w:w="3173" w:type="dxa"/>
            <w:vAlign w:val="center"/>
          </w:tcPr>
          <w:p w14:paraId="466AC8B9" w14:textId="77777777" w:rsidR="009F14C8" w:rsidRDefault="00000000">
            <w:pPr>
              <w:spacing w:after="0"/>
            </w:pPr>
            <w:r>
              <w:rPr>
                <w:sz w:val="18"/>
              </w:rPr>
              <w:t>3,65</w:t>
            </w:r>
          </w:p>
        </w:tc>
      </w:tr>
      <w:tr w:rsidR="009F14C8" w14:paraId="6E80E9D0" w14:textId="77777777">
        <w:trPr>
          <w:jc w:val="center"/>
        </w:trPr>
        <w:tc>
          <w:tcPr>
            <w:tcW w:w="3173" w:type="dxa"/>
            <w:vAlign w:val="center"/>
          </w:tcPr>
          <w:p w14:paraId="5636EBDE" w14:textId="77777777" w:rsidR="009F14C8" w:rsidRDefault="00000000">
            <w:pPr>
              <w:spacing w:after="0"/>
            </w:pPr>
            <w:r>
              <w:rPr>
                <w:sz w:val="18"/>
              </w:rPr>
              <w:t>M48</w:t>
            </w:r>
          </w:p>
        </w:tc>
        <w:tc>
          <w:tcPr>
            <w:tcW w:w="3173" w:type="dxa"/>
            <w:vAlign w:val="center"/>
          </w:tcPr>
          <w:p w14:paraId="14037E51" w14:textId="77777777" w:rsidR="009F14C8" w:rsidRDefault="00000000">
            <w:pPr>
              <w:spacing w:after="0"/>
            </w:pPr>
            <w:r>
              <w:rPr>
                <w:sz w:val="18"/>
              </w:rPr>
              <w:t>Fakültemiz bünyesindeki programların araştırma odaklı bir yapıya sahip olduğunu ve bilimsel üretime doğrudan katkı sağladığını düşünüyorum.</w:t>
            </w:r>
          </w:p>
        </w:tc>
        <w:tc>
          <w:tcPr>
            <w:tcW w:w="3173" w:type="dxa"/>
            <w:vAlign w:val="center"/>
          </w:tcPr>
          <w:p w14:paraId="651194A8" w14:textId="77777777" w:rsidR="009F14C8" w:rsidRDefault="00000000">
            <w:pPr>
              <w:spacing w:after="0"/>
            </w:pPr>
            <w:r>
              <w:rPr>
                <w:sz w:val="18"/>
              </w:rPr>
              <w:t>3,74</w:t>
            </w:r>
          </w:p>
        </w:tc>
      </w:tr>
      <w:tr w:rsidR="009F14C8" w14:paraId="7C3B850A" w14:textId="77777777">
        <w:trPr>
          <w:jc w:val="center"/>
        </w:trPr>
        <w:tc>
          <w:tcPr>
            <w:tcW w:w="3173" w:type="dxa"/>
            <w:vAlign w:val="center"/>
          </w:tcPr>
          <w:p w14:paraId="6296C945" w14:textId="77777777" w:rsidR="009F14C8" w:rsidRDefault="00000000">
            <w:pPr>
              <w:spacing w:after="0"/>
            </w:pPr>
            <w:r>
              <w:rPr>
                <w:sz w:val="18"/>
              </w:rPr>
              <w:t>M49</w:t>
            </w:r>
          </w:p>
        </w:tc>
        <w:tc>
          <w:tcPr>
            <w:tcW w:w="3173" w:type="dxa"/>
            <w:vAlign w:val="center"/>
          </w:tcPr>
          <w:p w14:paraId="4DB44DE2" w14:textId="77777777" w:rsidR="009F14C8" w:rsidRDefault="00000000">
            <w:pPr>
              <w:spacing w:after="0"/>
            </w:pPr>
            <w:r>
              <w:rPr>
                <w:sz w:val="18"/>
              </w:rPr>
              <w:t>Genç araştırmacılar ve akademik çalışmalar için sunulan imkanların (kadro, çalışma alanı, laboratuvar izni vb.) yeterli olduğunu düşünüyorum.</w:t>
            </w:r>
          </w:p>
        </w:tc>
        <w:tc>
          <w:tcPr>
            <w:tcW w:w="3173" w:type="dxa"/>
            <w:vAlign w:val="center"/>
          </w:tcPr>
          <w:p w14:paraId="191CAD92" w14:textId="77777777" w:rsidR="009F14C8" w:rsidRDefault="00000000">
            <w:pPr>
              <w:spacing w:after="0"/>
            </w:pPr>
            <w:r>
              <w:rPr>
                <w:sz w:val="18"/>
              </w:rPr>
              <w:t>3,58</w:t>
            </w:r>
          </w:p>
        </w:tc>
      </w:tr>
      <w:tr w:rsidR="009F14C8" w14:paraId="69B0FD53" w14:textId="77777777">
        <w:trPr>
          <w:jc w:val="center"/>
        </w:trPr>
        <w:tc>
          <w:tcPr>
            <w:tcW w:w="3173" w:type="dxa"/>
            <w:vAlign w:val="center"/>
          </w:tcPr>
          <w:p w14:paraId="126BCA05" w14:textId="77777777" w:rsidR="009F14C8" w:rsidRDefault="00000000">
            <w:pPr>
              <w:spacing w:after="0"/>
            </w:pPr>
            <w:r>
              <w:rPr>
                <w:sz w:val="18"/>
              </w:rPr>
              <w:t>M50</w:t>
            </w:r>
          </w:p>
        </w:tc>
        <w:tc>
          <w:tcPr>
            <w:tcW w:w="3173" w:type="dxa"/>
            <w:vAlign w:val="center"/>
          </w:tcPr>
          <w:p w14:paraId="4C31DF2F" w14:textId="77777777" w:rsidR="009F14C8" w:rsidRDefault="00000000">
            <w:pPr>
              <w:spacing w:after="0"/>
            </w:pPr>
            <w:r>
              <w:rPr>
                <w:sz w:val="18"/>
              </w:rPr>
              <w:t>Kurumun, araştırma yetkinliklerimi geliştirmem için sunduğu imkanlardan memnunum.</w:t>
            </w:r>
          </w:p>
        </w:tc>
        <w:tc>
          <w:tcPr>
            <w:tcW w:w="3173" w:type="dxa"/>
            <w:vAlign w:val="center"/>
          </w:tcPr>
          <w:p w14:paraId="304BDED9" w14:textId="77777777" w:rsidR="009F14C8" w:rsidRDefault="00000000">
            <w:pPr>
              <w:spacing w:after="0"/>
            </w:pPr>
            <w:r>
              <w:rPr>
                <w:sz w:val="18"/>
              </w:rPr>
              <w:t>3,40</w:t>
            </w:r>
          </w:p>
        </w:tc>
      </w:tr>
      <w:tr w:rsidR="009F14C8" w14:paraId="24A7E0F6" w14:textId="77777777">
        <w:trPr>
          <w:jc w:val="center"/>
        </w:trPr>
        <w:tc>
          <w:tcPr>
            <w:tcW w:w="3173" w:type="dxa"/>
            <w:vAlign w:val="center"/>
          </w:tcPr>
          <w:p w14:paraId="45F358D5" w14:textId="77777777" w:rsidR="009F14C8" w:rsidRDefault="00000000">
            <w:pPr>
              <w:spacing w:after="0"/>
            </w:pPr>
            <w:r>
              <w:rPr>
                <w:sz w:val="18"/>
              </w:rPr>
              <w:t>M51</w:t>
            </w:r>
          </w:p>
        </w:tc>
        <w:tc>
          <w:tcPr>
            <w:tcW w:w="3173" w:type="dxa"/>
            <w:vAlign w:val="center"/>
          </w:tcPr>
          <w:p w14:paraId="23A3AAA3" w14:textId="77777777" w:rsidR="009F14C8" w:rsidRDefault="00000000">
            <w:pPr>
              <w:spacing w:after="0"/>
            </w:pPr>
            <w:r>
              <w:rPr>
                <w:sz w:val="18"/>
              </w:rPr>
              <w:t>Araştırma faaliyetlerimin bir parçası olarak ulusal/uluslararası kongre ve sempozyumlara katılımım konusunda yeterli mali ve idari destek alabiliyorum.</w:t>
            </w:r>
          </w:p>
        </w:tc>
        <w:tc>
          <w:tcPr>
            <w:tcW w:w="3173" w:type="dxa"/>
            <w:vAlign w:val="center"/>
          </w:tcPr>
          <w:p w14:paraId="58D5FF16" w14:textId="77777777" w:rsidR="009F14C8" w:rsidRDefault="00000000">
            <w:pPr>
              <w:spacing w:after="0"/>
            </w:pPr>
            <w:r>
              <w:rPr>
                <w:sz w:val="18"/>
              </w:rPr>
              <w:t>2,47</w:t>
            </w:r>
          </w:p>
        </w:tc>
      </w:tr>
      <w:tr w:rsidR="009F14C8" w14:paraId="628BDC68" w14:textId="77777777">
        <w:trPr>
          <w:jc w:val="center"/>
        </w:trPr>
        <w:tc>
          <w:tcPr>
            <w:tcW w:w="3173" w:type="dxa"/>
            <w:vAlign w:val="center"/>
          </w:tcPr>
          <w:p w14:paraId="576DFB68" w14:textId="77777777" w:rsidR="009F14C8" w:rsidRDefault="00000000">
            <w:pPr>
              <w:spacing w:after="0"/>
            </w:pPr>
            <w:r>
              <w:rPr>
                <w:sz w:val="18"/>
              </w:rPr>
              <w:t>M52</w:t>
            </w:r>
          </w:p>
        </w:tc>
        <w:tc>
          <w:tcPr>
            <w:tcW w:w="3173" w:type="dxa"/>
            <w:vAlign w:val="center"/>
          </w:tcPr>
          <w:p w14:paraId="3152ADE8" w14:textId="77777777" w:rsidR="009F14C8" w:rsidRDefault="00000000">
            <w:pPr>
              <w:spacing w:after="0"/>
            </w:pPr>
            <w:r>
              <w:rPr>
                <w:sz w:val="18"/>
              </w:rPr>
              <w:t>Yürütülen Ar-Ge süreçlerinin düzenli aralıklarla değerlendirildiğini ve bu süreçlere görüşlerimle dahil olabildiğimi düşünüyorum.</w:t>
            </w:r>
          </w:p>
        </w:tc>
        <w:tc>
          <w:tcPr>
            <w:tcW w:w="3173" w:type="dxa"/>
            <w:vAlign w:val="center"/>
          </w:tcPr>
          <w:p w14:paraId="4BE6710D" w14:textId="77777777" w:rsidR="009F14C8" w:rsidRDefault="00000000">
            <w:pPr>
              <w:spacing w:after="0"/>
            </w:pPr>
            <w:r>
              <w:rPr>
                <w:sz w:val="18"/>
              </w:rPr>
              <w:t>3,14</w:t>
            </w:r>
          </w:p>
        </w:tc>
      </w:tr>
      <w:tr w:rsidR="009F14C8" w14:paraId="4EE9D56E" w14:textId="77777777">
        <w:trPr>
          <w:jc w:val="center"/>
        </w:trPr>
        <w:tc>
          <w:tcPr>
            <w:tcW w:w="3173" w:type="dxa"/>
            <w:vAlign w:val="center"/>
          </w:tcPr>
          <w:p w14:paraId="2A937612" w14:textId="77777777" w:rsidR="009F14C8" w:rsidRDefault="00000000">
            <w:pPr>
              <w:spacing w:after="0"/>
            </w:pPr>
            <w:r>
              <w:rPr>
                <w:sz w:val="18"/>
              </w:rPr>
              <w:t>M53</w:t>
            </w:r>
          </w:p>
        </w:tc>
        <w:tc>
          <w:tcPr>
            <w:tcW w:w="3173" w:type="dxa"/>
            <w:vAlign w:val="center"/>
          </w:tcPr>
          <w:p w14:paraId="762566C7" w14:textId="77777777" w:rsidR="009F14C8" w:rsidRDefault="00000000">
            <w:pPr>
              <w:spacing w:after="0"/>
            </w:pPr>
            <w:r>
              <w:rPr>
                <w:sz w:val="18"/>
              </w:rPr>
              <w:t>Anabilim Dalı düzeyinde araştırma performansının izlenmesine yönelik kullanılan kriterlerin nesnel ve bilimsel standartlara uygun olduğuna inanıyorum.</w:t>
            </w:r>
          </w:p>
        </w:tc>
        <w:tc>
          <w:tcPr>
            <w:tcW w:w="3173" w:type="dxa"/>
            <w:vAlign w:val="center"/>
          </w:tcPr>
          <w:p w14:paraId="13E4E31F" w14:textId="77777777" w:rsidR="009F14C8" w:rsidRDefault="00000000">
            <w:pPr>
              <w:spacing w:after="0"/>
            </w:pPr>
            <w:r>
              <w:rPr>
                <w:sz w:val="18"/>
              </w:rPr>
              <w:t>3,65</w:t>
            </w:r>
          </w:p>
        </w:tc>
      </w:tr>
      <w:tr w:rsidR="009F14C8" w14:paraId="25AEC2EA" w14:textId="77777777">
        <w:trPr>
          <w:jc w:val="center"/>
        </w:trPr>
        <w:tc>
          <w:tcPr>
            <w:tcW w:w="3173" w:type="dxa"/>
            <w:vAlign w:val="center"/>
          </w:tcPr>
          <w:p w14:paraId="7BADCD80" w14:textId="77777777" w:rsidR="009F14C8" w:rsidRDefault="00000000">
            <w:pPr>
              <w:spacing w:after="0"/>
            </w:pPr>
            <w:r>
              <w:rPr>
                <w:sz w:val="18"/>
              </w:rPr>
              <w:t>M54</w:t>
            </w:r>
          </w:p>
        </w:tc>
        <w:tc>
          <w:tcPr>
            <w:tcW w:w="3173" w:type="dxa"/>
            <w:vAlign w:val="center"/>
          </w:tcPr>
          <w:p w14:paraId="55B1A0F5" w14:textId="77777777" w:rsidR="009F14C8" w:rsidRDefault="00000000">
            <w:pPr>
              <w:spacing w:after="0"/>
            </w:pPr>
            <w:r>
              <w:rPr>
                <w:sz w:val="18"/>
              </w:rPr>
              <w:t>Bireysel araştırma performansımın değerlendirilmesi süreçlerinde kullanılan kriterlerin şeffaf ve teşvik edici olduğunu düşünüyorum.</w:t>
            </w:r>
          </w:p>
        </w:tc>
        <w:tc>
          <w:tcPr>
            <w:tcW w:w="3173" w:type="dxa"/>
            <w:vAlign w:val="center"/>
          </w:tcPr>
          <w:p w14:paraId="1A78C1C8" w14:textId="77777777" w:rsidR="009F14C8" w:rsidRDefault="00000000">
            <w:pPr>
              <w:spacing w:after="0"/>
            </w:pPr>
            <w:r>
              <w:rPr>
                <w:sz w:val="18"/>
              </w:rPr>
              <w:t>3,72</w:t>
            </w:r>
          </w:p>
        </w:tc>
      </w:tr>
      <w:tr w:rsidR="009F14C8" w14:paraId="760D5DE7" w14:textId="77777777">
        <w:trPr>
          <w:jc w:val="center"/>
        </w:trPr>
        <w:tc>
          <w:tcPr>
            <w:tcW w:w="3173" w:type="dxa"/>
            <w:vAlign w:val="center"/>
          </w:tcPr>
          <w:p w14:paraId="3C7859C2" w14:textId="77777777" w:rsidR="009F14C8" w:rsidRDefault="00000000">
            <w:pPr>
              <w:spacing w:after="0"/>
            </w:pPr>
            <w:r>
              <w:rPr>
                <w:sz w:val="18"/>
              </w:rPr>
              <w:t>M55</w:t>
            </w:r>
          </w:p>
        </w:tc>
        <w:tc>
          <w:tcPr>
            <w:tcW w:w="3173" w:type="dxa"/>
            <w:vAlign w:val="center"/>
          </w:tcPr>
          <w:p w14:paraId="70183DA4" w14:textId="77777777" w:rsidR="009F14C8" w:rsidRDefault="00000000">
            <w:pPr>
              <w:spacing w:after="0"/>
            </w:pPr>
            <w:r>
              <w:rPr>
                <w:sz w:val="18"/>
              </w:rPr>
              <w:t>Yüksek performans gösteren araştırmacıların ödüllendirilmesi konusundaki kurumsal uygulamaları yeterli buluyorum.</w:t>
            </w:r>
          </w:p>
        </w:tc>
        <w:tc>
          <w:tcPr>
            <w:tcW w:w="3173" w:type="dxa"/>
            <w:vAlign w:val="center"/>
          </w:tcPr>
          <w:p w14:paraId="6D01B86F" w14:textId="77777777" w:rsidR="009F14C8" w:rsidRDefault="00000000">
            <w:pPr>
              <w:spacing w:after="0"/>
            </w:pPr>
            <w:r>
              <w:rPr>
                <w:sz w:val="18"/>
              </w:rPr>
              <w:t>3,58</w:t>
            </w:r>
          </w:p>
        </w:tc>
      </w:tr>
    </w:tbl>
    <w:p w14:paraId="79D85030" w14:textId="77777777" w:rsidR="009F14C8" w:rsidRDefault="00000000">
      <w:pPr>
        <w:pStyle w:val="Balk2"/>
      </w:pPr>
      <w:bookmarkStart w:id="72" w:name="_Toc232111775"/>
      <w:r>
        <w:t>Ek 3. Akademik Personel Memnuniyet Anketi</w:t>
      </w:r>
      <w:bookmarkEnd w:id="72"/>
    </w:p>
    <w:p w14:paraId="7A894994" w14:textId="77777777" w:rsidR="009F14C8" w:rsidRDefault="00000000">
      <w:r>
        <w:t>Aşağıda değerlendirmeye alınan anket maddeleri sıralanmıştır.</w:t>
      </w:r>
    </w:p>
    <w:p w14:paraId="7FD8B49D" w14:textId="77777777" w:rsidR="009F14C8" w:rsidRDefault="00000000">
      <w:r>
        <w:t>1. Uzmanı olduğum derslerin müfredata eklenmesi veya güncellenmesi ile eğitim programlarının tasarım ve onay süreçlerinde akademik personelin görüş ve önerilerinin yeterince dikkate alındığını düşünüyorum.</w:t>
      </w:r>
    </w:p>
    <w:p w14:paraId="3795E2FF" w14:textId="77777777" w:rsidR="009F14C8" w:rsidRDefault="00000000">
      <w:r>
        <w:t>2. Bölüm/Anabilim dalı kurullarında program tasarımıyla ilgili aldığım kararların üst yönetimce desteklendiğini düşünüyorum.</w:t>
      </w:r>
    </w:p>
    <w:p w14:paraId="0C322323" w14:textId="77777777" w:rsidR="009F14C8" w:rsidRDefault="00000000">
      <w:r>
        <w:t>3. Programın amaç ve çıktıları hazırlanırken/güncellenirken paydaş (öğrenci, mezun, işveren, meslek odaları vb.) görüşlerinin sisteme entegre edildiğine inanıyorum.</w:t>
      </w:r>
    </w:p>
    <w:p w14:paraId="7A7AA8AA" w14:textId="77777777" w:rsidR="009F14C8" w:rsidRDefault="00000000">
      <w:r>
        <w:t>4. Üzerimdeki ders yükünün (teorik, laboratuvar ve klinik uygulamalar), akademik araştırma ve idari görevlerimle dengeli bir şekilde dağıtıldığını düşünüyorum.</w:t>
      </w:r>
    </w:p>
    <w:p w14:paraId="4EA56F61" w14:textId="77777777" w:rsidR="009F14C8" w:rsidRDefault="00000000">
      <w:r>
        <w:lastRenderedPageBreak/>
        <w:t>5. Programdaki ders dağılımının, uzmanlık alanımla örtüşecek şekilde adil bir planlamayla yapıldığına inanıyorum.</w:t>
      </w:r>
    </w:p>
    <w:p w14:paraId="3BAEAC30" w14:textId="77777777" w:rsidR="009F14C8" w:rsidRDefault="00000000">
      <w:r>
        <w:t>6. Programlardaki zorunlu ve seçmeli derslerin dağılımı ile alan içi/alan dışı dengesinin mesleki ve akademik derinlik açısından uygun olduğunu düşünüyorum.</w:t>
      </w:r>
    </w:p>
    <w:p w14:paraId="37108002" w14:textId="77777777" w:rsidR="009F14C8" w:rsidRDefault="00000000">
      <w:r>
        <w:t>7. Kendi verdiğim derslerin çıktılarını, programın genel hedefleriyle uyumlu hale getirme konusunda yeterli akademik özgürlüğe sahibim.</w:t>
      </w:r>
    </w:p>
    <w:p w14:paraId="0F0BAD03" w14:textId="77777777" w:rsidR="009F14C8" w:rsidRDefault="00000000">
      <w:r>
        <w:t>8. Ders bilgi paketlerini hazırlama ve dersimin AKTS değerini belirleme süreçlerinde kullanılan araç, rehber ve sistemlerin yeterli olduğunu düşünüyorum.</w:t>
      </w:r>
    </w:p>
    <w:p w14:paraId="4DF90F3A" w14:textId="77777777" w:rsidR="009F14C8" w:rsidRDefault="00000000">
      <w:r>
        <w:t>9. Öğrencilerden gelen iş yükü geri bildirimlerinin, dersimi güncellerken bana yol gösterdiğini düşünüyorum.</w:t>
      </w:r>
    </w:p>
    <w:p w14:paraId="66C9F451" w14:textId="77777777" w:rsidR="009F14C8" w:rsidRDefault="00000000">
      <w:r>
        <w:t>10. Kendi derslerimle ilgili öğrenci anket sonuçlarına ve geri bildirimlerine şeffaf bir şekilde erişebiliyorum.</w:t>
      </w:r>
    </w:p>
    <w:p w14:paraId="6CAEB5DE" w14:textId="77777777" w:rsidR="009F14C8" w:rsidRDefault="00000000">
      <w:r>
        <w:t>11. Eğitim süreçlerindeki aksaklıkları bildirdiğimde, bu geri bildirimlerin program güncellemelerinde dikkate alındığını düşünüyorum.</w:t>
      </w:r>
    </w:p>
    <w:p w14:paraId="0583FBD0" w14:textId="77777777" w:rsidR="009F14C8" w:rsidRDefault="00000000">
      <w:r>
        <w:t>12. Fakülte yönetiminin (Dekanlık) eğitim-öğretimle ilgili aldığı kararlar (akademik takvim, sınav programları, klinik rotasyonları vb.) iş akışımı kolaylaştıracak şekilde zamanında duyurulmaktadır.</w:t>
      </w:r>
    </w:p>
    <w:p w14:paraId="33601F46" w14:textId="77777777" w:rsidR="009F14C8" w:rsidRDefault="00000000">
      <w:r>
        <w:t>13. Eğitim ve klinik uygulama süreçlerini yönetirken ihtiyaç duyduğum idari desteğe hızlıca ulaşabiliyorum.</w:t>
      </w:r>
    </w:p>
    <w:p w14:paraId="099C8990" w14:textId="77777777" w:rsidR="009F14C8" w:rsidRDefault="00000000">
      <w:r>
        <w:t>14. Derslerimde klinik vaka analizi, probleme dayalı öğrenme, uygulamalı/proje temelli yaklaşımlar ve yeni nesil öğretim teknolojileri gibi yenilikçi öğretim yöntemlerini etkili şekilde kullanabilmem için gerekli teknik altyapı, teknolojik olanaklar ve kurumsal desteğin yeterli düzeyde sağlandığını düşünüyorum.</w:t>
      </w:r>
    </w:p>
    <w:p w14:paraId="55561794" w14:textId="77777777" w:rsidR="009F14C8" w:rsidRDefault="00000000">
      <w:r>
        <w:t>15. Derslerimde kullandığım ölçme-değerlendirme yöntemlerinde (yazılı sınav, pratik/klinik sınav vb.) akademik özerkliğimin korunduğuna inanıyorum.</w:t>
      </w:r>
    </w:p>
    <w:p w14:paraId="62D3606E" w14:textId="77777777" w:rsidR="009F14C8" w:rsidRDefault="00000000">
      <w:r>
        <w:t>16. Sınav sonuçlarını ilan etme ve itirazları değerlendirme süreçlerinde kullanılan otomasyon sisteminin (OBS vb.) her zaman aktif ve şeffaf bir şekilde erişime açık bulunmaktadır.</w:t>
      </w:r>
    </w:p>
    <w:p w14:paraId="622749BB" w14:textId="77777777" w:rsidR="009F14C8" w:rsidRDefault="00000000">
      <w:r>
        <w:t>17. Ders kazanımlarına uygun, öğrenci merkezli ve dezavantajlı grupları da kapsayan çoklu ölçme-değerlendirme yöntemleri etkin bir şekilde planlanıp uygulanmaktadır.</w:t>
      </w:r>
    </w:p>
    <w:p w14:paraId="184468BF" w14:textId="77777777" w:rsidR="009F14C8" w:rsidRDefault="00000000">
      <w:r>
        <w:t>18. Öğrencilerin akademik geçmişleri ve önceki öğrenmelerinin tanınması ile muafiyet süreçlerinin, verilen klinik/mesleki derslerin seviyesine uygun ve ilgili yönetmeliklere uygun şekilde yürütüldüğünü düşünüyorum.</w:t>
      </w:r>
    </w:p>
    <w:p w14:paraId="13732AC0" w14:textId="77777777" w:rsidR="009F14C8" w:rsidRDefault="00000000">
      <w:r>
        <w:t>19. Mezun olan öğrencilerimize verilen diploma ve belgelerin, verdikleri emeği ve kazandıkları veteriner hekimlik yetkinliğini temsil ettiğine inanıyorum.</w:t>
      </w:r>
    </w:p>
    <w:p w14:paraId="443BC68A" w14:textId="77777777" w:rsidR="009F14C8" w:rsidRDefault="00000000">
      <w:r>
        <w:t>20. Mezuniyet aşamasındaki öğrencilerin diploma ve diploma eki süreçlerinin hatasız, hızlı, şeffaf bir şekilde yürütüldüğünü düşünüyorum.</w:t>
      </w:r>
    </w:p>
    <w:p w14:paraId="443C7E37" w14:textId="77777777" w:rsidR="009F14C8" w:rsidRDefault="00000000">
      <w:r>
        <w:t>21. Sertifikalandırma ve diploma süreçleri fakülte bünyesinde tanımlanan sürece uygun olarak yürütülmekte ve sürece ilişkin geri bildirimler sürekli olarak izlenip iyileştirilmektedir.</w:t>
      </w:r>
    </w:p>
    <w:p w14:paraId="5FC2D4E7" w14:textId="77777777" w:rsidR="009F14C8" w:rsidRDefault="00000000">
      <w:r>
        <w:t>22. Araştırmalarım ve derslerim için ihtiyaç duyduğum güncel literatüre (e-dergi, veteriner veri tabanı) kampüs dışından da kolayca erişebiliyorum.</w:t>
      </w:r>
    </w:p>
    <w:p w14:paraId="506E825A" w14:textId="77777777" w:rsidR="009F14C8" w:rsidRDefault="00000000">
      <w:r>
        <w:lastRenderedPageBreak/>
        <w:t>23. Ders anlattığım fiziksel ortamların, derslik ve laboratuvarların altyapısının kalitesinden memnunum.</w:t>
      </w:r>
    </w:p>
    <w:p w14:paraId="3A8B87C5" w14:textId="77777777" w:rsidR="009F14C8" w:rsidRDefault="00000000">
      <w:r>
        <w:t>24. Hayvan Hastanesi/klinik altyapısının kalitesinden memnunum.</w:t>
      </w:r>
    </w:p>
    <w:p w14:paraId="15E45893" w14:textId="77777777" w:rsidR="009F14C8" w:rsidRDefault="00000000">
      <w:r>
        <w:t>25. Danışmanlık yaptığım öğrencilerin sayısı, onlara nitelikli zaman ayırmama engel olmayacak düzeydedir.</w:t>
      </w:r>
    </w:p>
    <w:p w14:paraId="7426C83B" w14:textId="77777777" w:rsidR="009F14C8" w:rsidRDefault="00000000">
      <w:r>
        <w:t>26. Danışmanlığını yürüttüğüm öğrencilerin kabul ve değerlendirme süreçlerinde liyakate dayalı bir sistemin işlediğini düşünüyorum.</w:t>
      </w:r>
    </w:p>
    <w:p w14:paraId="0EDC6E8E" w14:textId="77777777" w:rsidR="009F14C8" w:rsidRDefault="00000000">
      <w:r>
        <w:t>27. Öğrencilerle ilgili disiplin veya rehberlik gerektiren durumlarda ilgili birimlerden hızlı destek alabiliyorum.</w:t>
      </w:r>
    </w:p>
    <w:p w14:paraId="3989FF73" w14:textId="77777777" w:rsidR="009F14C8" w:rsidRDefault="00000000">
      <w:r>
        <w:t>28. Öğrencilerin kariyer planlama ve mesleki gelişimleri konusunda Fakülte bünyesinde yeterli rehberlik hizmeti aldığını gözlemliyorum.</w:t>
      </w:r>
    </w:p>
    <w:p w14:paraId="7E19ABA6" w14:textId="77777777" w:rsidR="009F14C8" w:rsidRDefault="00000000">
      <w:r>
        <w:t>29. Danışmanı olduğum öğrencilerle iletişimde aksaklık yaşanmamakta, akademik rehberlik süreçleri ulaşılabilir bir zeminde gerçekleşmektedir.</w:t>
      </w:r>
    </w:p>
    <w:p w14:paraId="39DB0D72" w14:textId="77777777" w:rsidR="009F14C8" w:rsidRDefault="00000000">
      <w:r>
        <w:t>30. Çalışma ofisim, laboratuvarlarım ve ortak kullanım alanları, akademik/klinik çalışmalarımı verimli bir şekilde yürütmem için uygun standartlardadır.</w:t>
      </w:r>
    </w:p>
    <w:p w14:paraId="239F97EC" w14:textId="77777777" w:rsidR="009F14C8" w:rsidRDefault="00000000">
      <w:r>
        <w:t>31. Fakülte bünyesindeki bilişim altyapısının (İnternet hızı, teknik destek) yeterli olduğunu düşünüyorum.</w:t>
      </w:r>
    </w:p>
    <w:p w14:paraId="3C93F37B" w14:textId="77777777" w:rsidR="009F14C8" w:rsidRDefault="00000000">
      <w:r>
        <w:t>32. Üniversite kampüsündeki genel tesislerin (yemekhane, dinlenme alanları vb.) kalitesinden memnunum.</w:t>
      </w:r>
    </w:p>
    <w:p w14:paraId="12F078BF" w14:textId="77777777" w:rsidR="009F14C8" w:rsidRDefault="00000000">
      <w:r>
        <w:t>33. Engelli veya özel gereksinimi olan öğrencilerime eğitim verirken kullanabileceğim uygun materyal ve fiziksel imkanlara sahibim.</w:t>
      </w:r>
    </w:p>
    <w:p w14:paraId="2E5500AB" w14:textId="77777777" w:rsidR="009F14C8" w:rsidRDefault="00000000">
      <w:r>
        <w:t>34. Kurumumun dezavantajlı gruplara yönelik sergilediği kapsayıcı tutumun bir parçası olmaktan memnunum.</w:t>
      </w:r>
    </w:p>
    <w:p w14:paraId="0E076C54" w14:textId="77777777" w:rsidR="009F14C8" w:rsidRDefault="00000000">
      <w:r>
        <w:t>35. Dezavantajlı grupların ihtiyaçlarına yönelik sunulan desteklerin yeterli olduğuna inanıyorum.</w:t>
      </w:r>
    </w:p>
    <w:p w14:paraId="4DD37B93" w14:textId="77777777" w:rsidR="009F14C8" w:rsidRDefault="00000000">
      <w:r>
        <w:t>36. Akademik personele yönelik sosyal ve kültürel etkinlikler ile sunulan sosyal imkânların iş-özel hayat dengeme olumlu katkı sağladığını düşünüyorum.</w:t>
      </w:r>
    </w:p>
    <w:p w14:paraId="4538A4EC" w14:textId="77777777" w:rsidR="009F14C8" w:rsidRDefault="00000000">
      <w:r>
        <w:t>37. Sosyal, kültürel ve sportif faaliyetleri yürüten idari yapılanmanın mevcut olduğunu ve gerçekleştirilen faaliyetlerin ihtiyaçlar doğrultusunda izlenip geliştirildiğini düşünüyorum</w:t>
      </w:r>
    </w:p>
    <w:p w14:paraId="291BC881" w14:textId="77777777" w:rsidR="009F14C8" w:rsidRDefault="00000000">
      <w:r>
        <w:t>38. Öğretim elemanı atama, yükseltme ve görevlendirme süreçleri ile akademik yükselme kriterlerine ilişkin bilgilendirmelerin açık, net ve erişilebilir olduğunu düşünüyorum.</w:t>
      </w:r>
    </w:p>
    <w:p w14:paraId="29E7BD61" w14:textId="77777777" w:rsidR="009F14C8" w:rsidRDefault="00000000">
      <w:r>
        <w:t>39. Birim içi görevlendirmelerin (komisyon üyelikleri, klinik nöbetleri, idari görevler vb.) adil bir iş yükü dağılımı gözetilerek yapıldığına inanıyorum.</w:t>
      </w:r>
    </w:p>
    <w:p w14:paraId="3A58F4C6" w14:textId="77777777" w:rsidR="009F14C8" w:rsidRDefault="00000000">
      <w:r>
        <w:t>40. Eğitim-öğretim becerilerimi geliştirmeye yönelik sunulan eğitimleri (Proje yazımı, veri analizi vb.) yararlı buluyorum.</w:t>
      </w:r>
    </w:p>
    <w:p w14:paraId="01B33529" w14:textId="77777777" w:rsidR="009F14C8" w:rsidRDefault="00000000">
      <w:r>
        <w:t>41. İzleme ve değerlendirme sonuçlarına bağlı kalarak süreç konusundaki talepler incelenmekte ve gerekli iyileştirmeler yapılmaktadır.</w:t>
      </w:r>
    </w:p>
    <w:p w14:paraId="530B2894" w14:textId="77777777" w:rsidR="009F14C8" w:rsidRDefault="00000000">
      <w:r>
        <w:t>42. Yurt içi veya yurt dışı akademik değişim programlarına katılım konusunda yönetim tarafından destekleniyorum.</w:t>
      </w:r>
    </w:p>
    <w:p w14:paraId="6E20A8EE" w14:textId="77777777" w:rsidR="009F14C8" w:rsidRDefault="00000000">
      <w:r>
        <w:t>43. Eğitim kalitesini artırmaya yönelik çalışmalarımın, eğitim-öğretim ve klinik faaliyetlerde gösterdiğim performansın kurum tarafından takdir edilip ödüllendirildiğini; akademik teşvik ve ödüllendirme süreçlerinin motivasyonumu olumlu yönde etkilediğini düşünüyorum.</w:t>
      </w:r>
    </w:p>
    <w:p w14:paraId="75FDAA45" w14:textId="77777777" w:rsidR="009F14C8" w:rsidRDefault="00000000">
      <w:r>
        <w:lastRenderedPageBreak/>
        <w:t>44. Fakültenin araştırma stratejilerinin ve öncelikli alanlarının belirlenmesi süreçlerine dahil edildiğimi veya görüşlerimin alındığını düşünüyorum.</w:t>
      </w:r>
    </w:p>
    <w:p w14:paraId="1F7A03FE" w14:textId="77777777" w:rsidR="009F14C8" w:rsidRDefault="00000000">
      <w:r>
        <w:t>45. Araştırma, yayın ve etik kurul (DEHAM vb.) süreçlerinde karşılaştığım idari engellerin çözümü için yönetimin yapıcı bir yaklaşım sergilediğine inanıyorum.</w:t>
      </w:r>
    </w:p>
    <w:p w14:paraId="26F7E28B" w14:textId="77777777" w:rsidR="009F14C8" w:rsidRDefault="00000000">
      <w:r>
        <w:t>46. Üniversitemizin BAP birimi tarafından sağlanan iç kaynakların ve bütçelerin yeterli ve adil dağıtıldığını düşünüyorum.</w:t>
      </w:r>
    </w:p>
    <w:p w14:paraId="0EBABBFA" w14:textId="77777777" w:rsidR="009F14C8" w:rsidRDefault="00000000">
      <w:r>
        <w:t>47. TÜBİTAK, AB veya Kalkınma Ajansı vb. dış kaynaklı proje başvurularımda kurumumun sunduğu teknik destekten memnunum.</w:t>
      </w:r>
    </w:p>
    <w:p w14:paraId="2CCA1241" w14:textId="77777777" w:rsidR="009F14C8" w:rsidRDefault="00000000">
      <w:r>
        <w:t>48. Fakültemiz bünyesindeki programların araştırma odaklı bir yapıya sahip olduğunu ve bilimsel üretime doğrudan katkı sağladığını düşünüyorum.</w:t>
      </w:r>
    </w:p>
    <w:p w14:paraId="5F2B1670" w14:textId="77777777" w:rsidR="009F14C8" w:rsidRDefault="00000000">
      <w:r>
        <w:t>49. Genç araştırmacılar ve akademik çalışmalar için sunulan imkanların (kadro, çalışma alanı, laboratuvar izni vb.) yeterli olduğunu düşünüyorum.</w:t>
      </w:r>
    </w:p>
    <w:p w14:paraId="1308A3D4" w14:textId="77777777" w:rsidR="009F14C8" w:rsidRDefault="00000000">
      <w:r>
        <w:t>50. Kurumun, araştırma yetkinliklerimi geliştirmem için sunduğu imkanlardan memnunum.</w:t>
      </w:r>
    </w:p>
    <w:p w14:paraId="4D81A706" w14:textId="77777777" w:rsidR="009F14C8" w:rsidRDefault="00000000">
      <w:r>
        <w:t>51. Araştırma faaliyetlerimin bir parçası olarak ulusal/uluslararası kongre ve sempozyumlara katılımım konusunda yeterli mali ve idari destek alabiliyorum.</w:t>
      </w:r>
    </w:p>
    <w:p w14:paraId="01F17510" w14:textId="77777777" w:rsidR="009F14C8" w:rsidRDefault="00000000">
      <w:r>
        <w:t>52. Yürütülen Ar-Ge süreçlerinin düzenli aralıklarla değerlendirildiğini ve bu süreçlere görüşlerimle dahil olabildiğimi düşünüyorum.</w:t>
      </w:r>
    </w:p>
    <w:p w14:paraId="27249F29" w14:textId="77777777" w:rsidR="009F14C8" w:rsidRDefault="00000000">
      <w:r>
        <w:t>53. Anabilim Dalı düzeyinde araştırma performansının izlenmesine yönelik kullanılan kriterlerin nesnel ve bilimsel standartlara uygun olduğuna inanıyorum.</w:t>
      </w:r>
    </w:p>
    <w:p w14:paraId="42FAB227" w14:textId="77777777" w:rsidR="009F14C8" w:rsidRDefault="00000000">
      <w:r>
        <w:t>54. Bireysel araştırma performansımın değerlendirilmesi süreçlerinde kullanılan kriterlerin şeffaf ve teşvik edici olduğunu düşünüyorum.</w:t>
      </w:r>
    </w:p>
    <w:p w14:paraId="26914CE0" w14:textId="77777777" w:rsidR="009F14C8" w:rsidRDefault="00000000">
      <w:r>
        <w:t>55. Yüksek performans gösteren araştırmacıların ödüllendirilmesi konusundaki kurumsal uygulamaları yeterli buluyorum.</w:t>
      </w:r>
    </w:p>
    <w:p w14:paraId="2F3EE486" w14:textId="77777777" w:rsidR="009F14C8" w:rsidRDefault="00000000">
      <w:r>
        <w:t>Açık uçlu soru: Görüş ve önerileriniz.</w:t>
      </w:r>
    </w:p>
    <w:sectPr w:rsidR="009F14C8" w:rsidSect="00034616">
      <w:footerReference w:type="default" r:id="rId66"/>
      <w:pgSz w:w="12240" w:h="15840"/>
      <w:pgMar w:top="1247" w:right="1361" w:bottom="1134" w:left="136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4B2D33" w14:textId="77777777" w:rsidR="00FE5A47" w:rsidRDefault="00FE5A47">
      <w:pPr>
        <w:spacing w:after="0" w:line="240" w:lineRule="auto"/>
      </w:pPr>
      <w:r>
        <w:separator/>
      </w:r>
    </w:p>
  </w:endnote>
  <w:endnote w:type="continuationSeparator" w:id="0">
    <w:p w14:paraId="1D131EC2" w14:textId="77777777" w:rsidR="00FE5A47" w:rsidRDefault="00FE5A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A2"/>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778DB" w14:textId="77777777" w:rsidR="009F14C8" w:rsidRDefault="00000000">
    <w:pPr>
      <w:pStyle w:val="AltBilgi"/>
      <w:jc w:val="center"/>
    </w:pPr>
    <w:r>
      <w:fldChar w:fldCharType="begin"/>
    </w:r>
    <w:r>
      <w:instrText>PAGE</w:instrText>
    </w:r>
    <w:r w:rsidR="00474FA9">
      <w:fldChar w:fldCharType="separate"/>
    </w:r>
    <w:r w:rsidR="00474FA9">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976316" w14:textId="77777777" w:rsidR="00FE5A47" w:rsidRDefault="00FE5A47">
      <w:pPr>
        <w:spacing w:after="0" w:line="240" w:lineRule="auto"/>
      </w:pPr>
      <w:r>
        <w:separator/>
      </w:r>
    </w:p>
  </w:footnote>
  <w:footnote w:type="continuationSeparator" w:id="0">
    <w:p w14:paraId="3093960F" w14:textId="77777777" w:rsidR="00FE5A47" w:rsidRDefault="00FE5A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16cid:durableId="1028332116">
    <w:abstractNumId w:val="8"/>
  </w:num>
  <w:num w:numId="2" w16cid:durableId="2045445820">
    <w:abstractNumId w:val="6"/>
  </w:num>
  <w:num w:numId="3" w16cid:durableId="1483156516">
    <w:abstractNumId w:val="5"/>
  </w:num>
  <w:num w:numId="4" w16cid:durableId="1993412222">
    <w:abstractNumId w:val="4"/>
  </w:num>
  <w:num w:numId="5" w16cid:durableId="1871604904">
    <w:abstractNumId w:val="7"/>
  </w:num>
  <w:num w:numId="6" w16cid:durableId="1749383063">
    <w:abstractNumId w:val="3"/>
  </w:num>
  <w:num w:numId="7" w16cid:durableId="1867909073">
    <w:abstractNumId w:val="2"/>
  </w:num>
  <w:num w:numId="8" w16cid:durableId="1148521405">
    <w:abstractNumId w:val="1"/>
  </w:num>
  <w:num w:numId="9" w16cid:durableId="5464569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474FA9"/>
    <w:rsid w:val="00575E8B"/>
    <w:rsid w:val="009F14C8"/>
    <w:rsid w:val="00AA1D8D"/>
    <w:rsid w:val="00B47730"/>
    <w:rsid w:val="00CB0664"/>
    <w:rsid w:val="00FC693F"/>
    <w:rsid w:val="00FE5A4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6AA6E67"/>
  <w14:defaultImageDpi w14:val="300"/>
  <w15:docId w15:val="{904C6260-168F-4C90-B56B-B85C60716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pPr>
    <w:rPr>
      <w:rFonts w:ascii="Times New Roman" w:eastAsia="Times New Roman" w:hAnsi="Times New Roman"/>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000000"/>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000000"/>
      <w:sz w:val="24"/>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000000"/>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ind w:left="360"/>
      <w:contextualSpacing/>
    </w:pPr>
  </w:style>
  <w:style w:type="paragraph" w:styleId="ListeDevam2">
    <w:name w:val="List Continue 2"/>
    <w:basedOn w:val="Normal"/>
    <w:uiPriority w:val="99"/>
    <w:unhideWhenUsed/>
    <w:rsid w:val="0029639D"/>
    <w:pPr>
      <w:ind w:left="720"/>
      <w:contextualSpacing/>
    </w:pPr>
  </w:style>
  <w:style w:type="paragraph" w:styleId="ListeDevam3">
    <w:name w:val="List Continue 3"/>
    <w:basedOn w:val="Normal"/>
    <w:uiPriority w:val="99"/>
    <w:unhideWhenUsed/>
    <w:rsid w:val="0029639D"/>
    <w:pPr>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1">
    <w:name w:val="toc 1"/>
    <w:basedOn w:val="Normal"/>
    <w:next w:val="Normal"/>
    <w:autoRedefine/>
    <w:uiPriority w:val="39"/>
    <w:unhideWhenUsed/>
    <w:rsid w:val="00474FA9"/>
    <w:pPr>
      <w:spacing w:after="100"/>
    </w:pPr>
  </w:style>
  <w:style w:type="paragraph" w:styleId="T2">
    <w:name w:val="toc 2"/>
    <w:basedOn w:val="Normal"/>
    <w:next w:val="Normal"/>
    <w:autoRedefine/>
    <w:uiPriority w:val="39"/>
    <w:unhideWhenUsed/>
    <w:rsid w:val="00474FA9"/>
    <w:pPr>
      <w:spacing w:after="100"/>
      <w:ind w:left="220"/>
    </w:pPr>
  </w:style>
  <w:style w:type="paragraph" w:styleId="T3">
    <w:name w:val="toc 3"/>
    <w:basedOn w:val="Normal"/>
    <w:next w:val="Normal"/>
    <w:autoRedefine/>
    <w:uiPriority w:val="39"/>
    <w:unhideWhenUsed/>
    <w:rsid w:val="00474FA9"/>
    <w:pPr>
      <w:spacing w:after="100"/>
      <w:ind w:left="440"/>
    </w:pPr>
  </w:style>
  <w:style w:type="character" w:styleId="Kpr">
    <w:name w:val="Hyperlink"/>
    <w:basedOn w:val="VarsaylanParagrafYazTipi"/>
    <w:uiPriority w:val="99"/>
    <w:unhideWhenUsed/>
    <w:rsid w:val="00474FA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63" Type="http://schemas.openxmlformats.org/officeDocument/2006/relationships/image" Target="media/image56.png"/><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image" Target="media/image54.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55</Pages>
  <Words>12436</Words>
  <Characters>70891</Characters>
  <Application>Microsoft Office Word</Application>
  <DocSecurity>0</DocSecurity>
  <Lines>590</Lines>
  <Paragraphs>166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83161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a19977</cp:lastModifiedBy>
  <cp:revision>2</cp:revision>
  <dcterms:created xsi:type="dcterms:W3CDTF">2013-12-23T23:15:00Z</dcterms:created>
  <dcterms:modified xsi:type="dcterms:W3CDTF">2026-06-11T20:08:00Z</dcterms:modified>
  <cp:category/>
</cp:coreProperties>
</file>