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104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954"/>
        <w:gridCol w:w="1094"/>
        <w:gridCol w:w="1032"/>
        <w:gridCol w:w="1549"/>
      </w:tblGrid>
      <w:tr w:rsidR="00D45F1C" w14:paraId="6CB0A813" w14:textId="77777777" w:rsidTr="00D45F1C">
        <w:trPr>
          <w:trHeight w:val="275"/>
        </w:trPr>
        <w:tc>
          <w:tcPr>
            <w:tcW w:w="1418" w:type="dxa"/>
            <w:vMerge w:val="restart"/>
          </w:tcPr>
          <w:p w14:paraId="7C715941" w14:textId="77777777" w:rsidR="00D45F1C" w:rsidRDefault="00D45F1C" w:rsidP="004A1F8C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308DAAE9" wp14:editId="45E26763">
                  <wp:extent cx="589960" cy="590426"/>
                  <wp:effectExtent l="0" t="0" r="635" b="0"/>
                  <wp:docPr id="1606495274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57" cy="603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vMerge w:val="restart"/>
            <w:vAlign w:val="center"/>
          </w:tcPr>
          <w:p w14:paraId="7058079B" w14:textId="77777777" w:rsidR="00D45F1C" w:rsidRPr="00D45F1C" w:rsidRDefault="00D45F1C" w:rsidP="00D45F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F1C">
              <w:rPr>
                <w:rFonts w:ascii="Times New Roman" w:hAnsi="Times New Roman" w:cs="Times New Roman"/>
                <w:b/>
                <w:sz w:val="24"/>
                <w:szCs w:val="24"/>
              </w:rPr>
              <w:t>VETERİNER FAKÜLTESİ</w:t>
            </w:r>
            <w:r w:rsidRPr="00D45F1C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SINAV YOKLAMA VE EVRAK TESLİM FORMU</w:t>
            </w:r>
          </w:p>
          <w:p w14:paraId="1DAC4830" w14:textId="77777777" w:rsidR="00D45F1C" w:rsidRPr="000B6E5B" w:rsidRDefault="00D45F1C" w:rsidP="004A1F8C">
            <w:pPr>
              <w:pStyle w:val="TableParagraph"/>
              <w:ind w:left="583" w:right="480" w:firstLine="751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755A2902" w14:textId="77777777" w:rsidR="00D45F1C" w:rsidRPr="00100439" w:rsidRDefault="00D45F1C" w:rsidP="004A1F8C">
            <w:pPr>
              <w:pStyle w:val="TableParagraph"/>
              <w:spacing w:before="2"/>
              <w:ind w:left="108"/>
              <w:rPr>
                <w:sz w:val="18"/>
              </w:rPr>
            </w:pPr>
            <w:r w:rsidRPr="00100439">
              <w:rPr>
                <w:sz w:val="18"/>
              </w:rPr>
              <w:t>Doküman</w:t>
            </w:r>
            <w:r w:rsidRPr="00100439">
              <w:rPr>
                <w:spacing w:val="1"/>
                <w:sz w:val="18"/>
              </w:rPr>
              <w:t xml:space="preserve"> </w:t>
            </w:r>
            <w:r w:rsidRPr="00100439">
              <w:rPr>
                <w:spacing w:val="-5"/>
                <w:sz w:val="18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1EE42E2F" w14:textId="77777777" w:rsidR="00D45F1C" w:rsidRPr="00100439" w:rsidRDefault="00D45F1C" w:rsidP="004A1F8C">
            <w:pPr>
              <w:pStyle w:val="TableParagraph"/>
              <w:spacing w:before="2"/>
              <w:ind w:left="15"/>
              <w:rPr>
                <w:sz w:val="18"/>
              </w:rPr>
            </w:pPr>
          </w:p>
        </w:tc>
        <w:tc>
          <w:tcPr>
            <w:tcW w:w="1549" w:type="dxa"/>
          </w:tcPr>
          <w:p w14:paraId="32CC8FAD" w14:textId="551A647D" w:rsidR="00D45F1C" w:rsidRDefault="00B67B83" w:rsidP="004A1F8C">
            <w:pPr>
              <w:pStyle w:val="TableParagraph"/>
              <w:rPr>
                <w:sz w:val="20"/>
              </w:rPr>
            </w:pPr>
            <w:bookmarkStart w:id="0" w:name="_GoBack"/>
            <w:bookmarkEnd w:id="0"/>
            <w:r w:rsidRPr="00B67B83">
              <w:rPr>
                <w:sz w:val="20"/>
              </w:rPr>
              <w:t>SİÜ. FR-1675</w:t>
            </w:r>
          </w:p>
        </w:tc>
      </w:tr>
      <w:tr w:rsidR="00D45F1C" w14:paraId="22F89D82" w14:textId="77777777" w:rsidTr="00D45F1C">
        <w:trPr>
          <w:trHeight w:val="206"/>
        </w:trPr>
        <w:tc>
          <w:tcPr>
            <w:tcW w:w="1418" w:type="dxa"/>
            <w:vMerge/>
            <w:tcBorders>
              <w:top w:val="nil"/>
            </w:tcBorders>
          </w:tcPr>
          <w:p w14:paraId="502CE500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655A13D4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4BB79C42" w14:textId="77777777" w:rsidR="00D45F1C" w:rsidRPr="00100439" w:rsidRDefault="00D45F1C" w:rsidP="004A1F8C">
            <w:pPr>
              <w:pStyle w:val="TableParagraph"/>
              <w:spacing w:line="186" w:lineRule="exact"/>
              <w:ind w:left="108"/>
              <w:rPr>
                <w:sz w:val="18"/>
              </w:rPr>
            </w:pPr>
            <w:r w:rsidRPr="00100439">
              <w:rPr>
                <w:sz w:val="18"/>
              </w:rPr>
              <w:t>Yayın</w:t>
            </w:r>
            <w:r w:rsidRPr="00100439"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5DF26D8F" w14:textId="77777777" w:rsidR="00D45F1C" w:rsidRPr="00100439" w:rsidRDefault="00D45F1C" w:rsidP="004A1F8C">
            <w:pPr>
              <w:pStyle w:val="TableParagraph"/>
              <w:spacing w:line="186" w:lineRule="exact"/>
              <w:ind w:left="15"/>
              <w:rPr>
                <w:sz w:val="18"/>
              </w:rPr>
            </w:pPr>
          </w:p>
        </w:tc>
        <w:tc>
          <w:tcPr>
            <w:tcW w:w="1549" w:type="dxa"/>
          </w:tcPr>
          <w:p w14:paraId="38620222" w14:textId="57A9C4DE" w:rsidR="00D45F1C" w:rsidRPr="008D645D" w:rsidRDefault="00B67B83" w:rsidP="004A1F8C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15.05.2026</w:t>
            </w:r>
          </w:p>
        </w:tc>
      </w:tr>
      <w:tr w:rsidR="00D45F1C" w14:paraId="67986AA0" w14:textId="77777777" w:rsidTr="00D45F1C">
        <w:trPr>
          <w:trHeight w:val="208"/>
        </w:trPr>
        <w:tc>
          <w:tcPr>
            <w:tcW w:w="1418" w:type="dxa"/>
            <w:vMerge/>
            <w:tcBorders>
              <w:top w:val="nil"/>
            </w:tcBorders>
          </w:tcPr>
          <w:p w14:paraId="36BF3ED2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61D9D9C6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7D8478D0" w14:textId="77777777" w:rsidR="00D45F1C" w:rsidRPr="00100439" w:rsidRDefault="00D45F1C" w:rsidP="004A1F8C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 w:rsidRPr="00100439">
              <w:rPr>
                <w:sz w:val="18"/>
              </w:rPr>
              <w:t>Revizyon</w:t>
            </w:r>
            <w:r w:rsidRPr="00100439">
              <w:rPr>
                <w:spacing w:val="-2"/>
                <w:sz w:val="18"/>
              </w:rPr>
              <w:t xml:space="preserve"> </w:t>
            </w:r>
            <w:r w:rsidRPr="00100439">
              <w:rPr>
                <w:spacing w:val="-5"/>
                <w:sz w:val="18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5E1BB561" w14:textId="77777777" w:rsidR="00D45F1C" w:rsidRPr="00100439" w:rsidRDefault="00D45F1C" w:rsidP="004A1F8C">
            <w:pPr>
              <w:pStyle w:val="TableParagraph"/>
              <w:spacing w:line="188" w:lineRule="exact"/>
              <w:ind w:left="15"/>
              <w:rPr>
                <w:sz w:val="18"/>
              </w:rPr>
            </w:pPr>
          </w:p>
        </w:tc>
        <w:tc>
          <w:tcPr>
            <w:tcW w:w="1549" w:type="dxa"/>
          </w:tcPr>
          <w:p w14:paraId="680A20C7" w14:textId="77777777" w:rsidR="00D45F1C" w:rsidRDefault="00D45F1C" w:rsidP="004A1F8C">
            <w:pPr>
              <w:pStyle w:val="TableParagraph"/>
              <w:rPr>
                <w:sz w:val="14"/>
              </w:rPr>
            </w:pPr>
          </w:p>
        </w:tc>
      </w:tr>
      <w:tr w:rsidR="00D45F1C" w14:paraId="18F3C78E" w14:textId="77777777" w:rsidTr="00D45F1C">
        <w:trPr>
          <w:trHeight w:val="205"/>
        </w:trPr>
        <w:tc>
          <w:tcPr>
            <w:tcW w:w="1418" w:type="dxa"/>
            <w:vMerge/>
            <w:tcBorders>
              <w:top w:val="nil"/>
            </w:tcBorders>
          </w:tcPr>
          <w:p w14:paraId="5D3F7163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65EDC711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6DFACACA" w14:textId="77777777" w:rsidR="00D45F1C" w:rsidRPr="00100439" w:rsidRDefault="00D45F1C" w:rsidP="004A1F8C">
            <w:pPr>
              <w:pStyle w:val="TableParagraph"/>
              <w:spacing w:line="186" w:lineRule="exact"/>
              <w:ind w:left="15"/>
              <w:rPr>
                <w:sz w:val="18"/>
              </w:rPr>
            </w:pPr>
            <w:r w:rsidRPr="00100439">
              <w:rPr>
                <w:sz w:val="18"/>
              </w:rPr>
              <w:t xml:space="preserve">  Revizyon </w:t>
            </w:r>
            <w:r w:rsidRPr="00100439">
              <w:rPr>
                <w:spacing w:val="-2"/>
                <w:sz w:val="18"/>
              </w:rPr>
              <w:t>Tarihi</w:t>
            </w:r>
          </w:p>
        </w:tc>
        <w:tc>
          <w:tcPr>
            <w:tcW w:w="1549" w:type="dxa"/>
          </w:tcPr>
          <w:p w14:paraId="49428BA3" w14:textId="77777777" w:rsidR="00D45F1C" w:rsidRDefault="00D45F1C" w:rsidP="004A1F8C">
            <w:pPr>
              <w:pStyle w:val="TableParagraph"/>
              <w:rPr>
                <w:sz w:val="14"/>
              </w:rPr>
            </w:pPr>
          </w:p>
        </w:tc>
      </w:tr>
      <w:tr w:rsidR="00D45F1C" w14:paraId="5774A292" w14:textId="77777777" w:rsidTr="00D45F1C">
        <w:trPr>
          <w:trHeight w:val="265"/>
        </w:trPr>
        <w:tc>
          <w:tcPr>
            <w:tcW w:w="1418" w:type="dxa"/>
            <w:vMerge/>
            <w:tcBorders>
              <w:top w:val="nil"/>
            </w:tcBorders>
          </w:tcPr>
          <w:p w14:paraId="5B3B562C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0E65A9AF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6D2B4DED" w14:textId="77777777" w:rsidR="00D45F1C" w:rsidRPr="00100439" w:rsidRDefault="00D45F1C" w:rsidP="004A1F8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 w:rsidRPr="00100439">
              <w:rPr>
                <w:sz w:val="18"/>
              </w:rPr>
              <w:t>Sayfa</w:t>
            </w:r>
            <w:r w:rsidRPr="00100439">
              <w:rPr>
                <w:spacing w:val="-1"/>
                <w:sz w:val="18"/>
              </w:rPr>
              <w:t xml:space="preserve"> </w:t>
            </w:r>
            <w:r w:rsidRPr="00100439">
              <w:rPr>
                <w:spacing w:val="-5"/>
                <w:sz w:val="18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31597582" w14:textId="77777777" w:rsidR="00D45F1C" w:rsidRPr="00100439" w:rsidRDefault="00D45F1C" w:rsidP="004A1F8C">
            <w:pPr>
              <w:pStyle w:val="TableParagraph"/>
              <w:spacing w:line="207" w:lineRule="exact"/>
              <w:ind w:left="15"/>
              <w:rPr>
                <w:sz w:val="18"/>
              </w:rPr>
            </w:pPr>
          </w:p>
        </w:tc>
        <w:tc>
          <w:tcPr>
            <w:tcW w:w="1549" w:type="dxa"/>
            <w:vAlign w:val="center"/>
          </w:tcPr>
          <w:p w14:paraId="4FFDD22B" w14:textId="77777777" w:rsidR="00D45F1C" w:rsidRPr="00743853" w:rsidRDefault="00D45F1C" w:rsidP="004A1F8C">
            <w:pPr>
              <w:pStyle w:val="TableParagraph"/>
              <w:spacing w:line="207" w:lineRule="exact"/>
              <w:ind w:left="110"/>
              <w:rPr>
                <w:b/>
                <w:bCs/>
                <w:sz w:val="18"/>
              </w:rPr>
            </w:pPr>
          </w:p>
        </w:tc>
      </w:tr>
    </w:tbl>
    <w:p w14:paraId="75303F65" w14:textId="77777777" w:rsidR="00965DE3" w:rsidRPr="00D45F1C" w:rsidRDefault="00BB4AD3">
      <w:pPr>
        <w:jc w:val="center"/>
        <w:rPr>
          <w:rFonts w:ascii="Times New Roman" w:hAnsi="Times New Roman" w:cs="Times New Roman"/>
          <w:sz w:val="24"/>
          <w:szCs w:val="24"/>
        </w:rPr>
      </w:pPr>
      <w:r w:rsidRPr="00D45F1C">
        <w:rPr>
          <w:rFonts w:ascii="Times New Roman" w:hAnsi="Times New Roman" w:cs="Times New Roman"/>
          <w:b/>
          <w:sz w:val="24"/>
          <w:szCs w:val="24"/>
        </w:rPr>
        <w:t>T.C.</w:t>
      </w:r>
      <w:r w:rsidRPr="00D45F1C">
        <w:rPr>
          <w:rFonts w:ascii="Times New Roman" w:hAnsi="Times New Roman" w:cs="Times New Roman"/>
          <w:b/>
          <w:sz w:val="24"/>
          <w:szCs w:val="24"/>
        </w:rPr>
        <w:br/>
        <w:t>SİİRT ÜNİVERSİTESİ</w:t>
      </w:r>
      <w:r w:rsidRPr="00D45F1C">
        <w:rPr>
          <w:rFonts w:ascii="Times New Roman" w:hAnsi="Times New Roman" w:cs="Times New Roman"/>
          <w:b/>
          <w:sz w:val="24"/>
          <w:szCs w:val="24"/>
        </w:rPr>
        <w:br/>
        <w:t>VETERİNER FAKÜLTESİ</w:t>
      </w:r>
      <w:r w:rsidRPr="00D45F1C">
        <w:rPr>
          <w:rFonts w:ascii="Times New Roman" w:hAnsi="Times New Roman" w:cs="Times New Roman"/>
          <w:b/>
          <w:sz w:val="24"/>
          <w:szCs w:val="24"/>
        </w:rPr>
        <w:br/>
        <w:t>SINAV YOKLAMA VE EVRAK TESLİM FORMU</w:t>
      </w:r>
    </w:p>
    <w:tbl>
      <w:tblPr>
        <w:tblStyle w:val="TabloKlavuzu"/>
        <w:tblW w:w="9684" w:type="dxa"/>
        <w:jc w:val="center"/>
        <w:tblLook w:val="04A0" w:firstRow="1" w:lastRow="0" w:firstColumn="1" w:lastColumn="0" w:noHBand="0" w:noVBand="1"/>
      </w:tblPr>
      <w:tblGrid>
        <w:gridCol w:w="4535"/>
        <w:gridCol w:w="1274"/>
        <w:gridCol w:w="1882"/>
        <w:gridCol w:w="1993"/>
      </w:tblGrid>
      <w:tr w:rsidR="00965DE3" w14:paraId="7D167F9B" w14:textId="77777777" w:rsidTr="00D45F1C">
        <w:trPr>
          <w:trHeight w:val="869"/>
          <w:jc w:val="center"/>
        </w:trPr>
        <w:tc>
          <w:tcPr>
            <w:tcW w:w="4535" w:type="dxa"/>
            <w:tcBorders>
              <w:right w:val="nil"/>
            </w:tcBorders>
            <w:vAlign w:val="center"/>
          </w:tcPr>
          <w:p w14:paraId="56FCF422" w14:textId="77777777" w:rsidR="00965DE3" w:rsidRPr="00786C92" w:rsidRDefault="00BB4AD3">
            <w:pPr>
              <w:rPr>
                <w:b/>
                <w:bCs/>
              </w:rPr>
            </w:pPr>
            <w:r w:rsidRPr="00786C92">
              <w:rPr>
                <w:b/>
                <w:bCs/>
                <w:sz w:val="20"/>
              </w:rPr>
              <w:t>Dersin Adı</w:t>
            </w:r>
          </w:p>
        </w:tc>
        <w:tc>
          <w:tcPr>
            <w:tcW w:w="1274" w:type="dxa"/>
            <w:tcBorders>
              <w:left w:val="nil"/>
              <w:bottom w:val="single" w:sz="4" w:space="0" w:color="auto"/>
            </w:tcBorders>
            <w:vAlign w:val="center"/>
          </w:tcPr>
          <w:p w14:paraId="412EB2AA" w14:textId="77777777" w:rsidR="00965DE3" w:rsidRDefault="00965DE3"/>
        </w:tc>
        <w:tc>
          <w:tcPr>
            <w:tcW w:w="1882" w:type="dxa"/>
            <w:vAlign w:val="center"/>
          </w:tcPr>
          <w:p w14:paraId="3788F654" w14:textId="77777777" w:rsidR="00965DE3" w:rsidRDefault="00BB4AD3">
            <w:r>
              <w:rPr>
                <w:sz w:val="20"/>
              </w:rPr>
              <w:t>Sınav Türü</w:t>
            </w:r>
          </w:p>
        </w:tc>
        <w:tc>
          <w:tcPr>
            <w:tcW w:w="1993" w:type="dxa"/>
            <w:vAlign w:val="center"/>
          </w:tcPr>
          <w:p w14:paraId="604C4C64" w14:textId="77777777" w:rsidR="00D45F1C" w:rsidRDefault="00BB4AD3">
            <w:pPr>
              <w:rPr>
                <w:sz w:val="20"/>
              </w:rPr>
            </w:pPr>
            <w:r>
              <w:rPr>
                <w:sz w:val="20"/>
              </w:rPr>
              <w:t xml:space="preserve">☐ Ara Sınav </w:t>
            </w:r>
          </w:p>
          <w:p w14:paraId="3A2B6AF7" w14:textId="77777777" w:rsidR="00D45F1C" w:rsidRDefault="00BB4AD3">
            <w:pPr>
              <w:rPr>
                <w:sz w:val="20"/>
              </w:rPr>
            </w:pPr>
            <w:r>
              <w:rPr>
                <w:sz w:val="20"/>
              </w:rPr>
              <w:t xml:space="preserve">☐ Final </w:t>
            </w:r>
          </w:p>
          <w:p w14:paraId="61D5CE4A" w14:textId="6A1B7383" w:rsidR="00D45F1C" w:rsidRDefault="00BB4AD3">
            <w:pPr>
              <w:rPr>
                <w:sz w:val="20"/>
              </w:rPr>
            </w:pPr>
            <w:r>
              <w:rPr>
                <w:sz w:val="20"/>
              </w:rPr>
              <w:t xml:space="preserve">☐ Bütünleme </w:t>
            </w:r>
          </w:p>
          <w:p w14:paraId="1C5ED4CD" w14:textId="14A38FF1" w:rsidR="00965DE3" w:rsidRDefault="00BB4AD3">
            <w:r>
              <w:rPr>
                <w:sz w:val="20"/>
              </w:rPr>
              <w:t>☐ Diğer: ______</w:t>
            </w:r>
          </w:p>
        </w:tc>
      </w:tr>
      <w:tr w:rsidR="00965DE3" w14:paraId="0E4AFC9F" w14:textId="77777777" w:rsidTr="00D45F1C">
        <w:trPr>
          <w:trHeight w:val="281"/>
          <w:jc w:val="center"/>
        </w:trPr>
        <w:tc>
          <w:tcPr>
            <w:tcW w:w="4535" w:type="dxa"/>
            <w:tcBorders>
              <w:right w:val="nil"/>
            </w:tcBorders>
            <w:vAlign w:val="center"/>
          </w:tcPr>
          <w:p w14:paraId="632A53EB" w14:textId="77777777" w:rsidR="00965DE3" w:rsidRDefault="00BB4AD3">
            <w:r>
              <w:rPr>
                <w:sz w:val="20"/>
              </w:rPr>
              <w:t>Sınav Tarihi</w:t>
            </w:r>
          </w:p>
        </w:tc>
        <w:tc>
          <w:tcPr>
            <w:tcW w:w="1274" w:type="dxa"/>
            <w:tcBorders>
              <w:left w:val="nil"/>
              <w:bottom w:val="single" w:sz="4" w:space="0" w:color="auto"/>
            </w:tcBorders>
            <w:vAlign w:val="center"/>
          </w:tcPr>
          <w:p w14:paraId="69E24CE3" w14:textId="77777777" w:rsidR="00965DE3" w:rsidRDefault="00965DE3"/>
        </w:tc>
        <w:tc>
          <w:tcPr>
            <w:tcW w:w="1882" w:type="dxa"/>
            <w:vAlign w:val="center"/>
          </w:tcPr>
          <w:p w14:paraId="29AC9D99" w14:textId="77777777" w:rsidR="00965DE3" w:rsidRDefault="00BB4AD3">
            <w:r>
              <w:rPr>
                <w:sz w:val="20"/>
              </w:rPr>
              <w:t>Sınav Saati</w:t>
            </w:r>
          </w:p>
        </w:tc>
        <w:tc>
          <w:tcPr>
            <w:tcW w:w="1993" w:type="dxa"/>
            <w:vAlign w:val="center"/>
          </w:tcPr>
          <w:p w14:paraId="5E26B718" w14:textId="77777777" w:rsidR="00965DE3" w:rsidRDefault="00965DE3"/>
        </w:tc>
      </w:tr>
      <w:tr w:rsidR="00965DE3" w14:paraId="1A3B223E" w14:textId="77777777" w:rsidTr="00D45F1C">
        <w:trPr>
          <w:trHeight w:val="802"/>
          <w:jc w:val="center"/>
        </w:trPr>
        <w:tc>
          <w:tcPr>
            <w:tcW w:w="4535" w:type="dxa"/>
            <w:tcBorders>
              <w:right w:val="nil"/>
            </w:tcBorders>
            <w:vAlign w:val="center"/>
          </w:tcPr>
          <w:p w14:paraId="6DCA1EA0" w14:textId="77777777" w:rsidR="00965DE3" w:rsidRDefault="00BB4AD3">
            <w:r>
              <w:rPr>
                <w:sz w:val="20"/>
              </w:rPr>
              <w:t>Derslik</w:t>
            </w:r>
          </w:p>
        </w:tc>
        <w:tc>
          <w:tcPr>
            <w:tcW w:w="1274" w:type="dxa"/>
            <w:tcBorders>
              <w:left w:val="nil"/>
              <w:bottom w:val="single" w:sz="4" w:space="0" w:color="auto"/>
            </w:tcBorders>
            <w:vAlign w:val="center"/>
          </w:tcPr>
          <w:p w14:paraId="7E05C92C" w14:textId="77777777" w:rsidR="00965DE3" w:rsidRDefault="00965DE3"/>
        </w:tc>
        <w:tc>
          <w:tcPr>
            <w:tcW w:w="1882" w:type="dxa"/>
            <w:vAlign w:val="center"/>
          </w:tcPr>
          <w:p w14:paraId="3F03904D" w14:textId="77777777" w:rsidR="00965DE3" w:rsidRDefault="00BB4AD3">
            <w:r>
              <w:rPr>
                <w:sz w:val="20"/>
              </w:rPr>
              <w:t>Sorumlu Öğretim Elemanı</w:t>
            </w:r>
          </w:p>
        </w:tc>
        <w:tc>
          <w:tcPr>
            <w:tcW w:w="1993" w:type="dxa"/>
            <w:vAlign w:val="center"/>
          </w:tcPr>
          <w:p w14:paraId="06C3A26F" w14:textId="77777777" w:rsidR="00965DE3" w:rsidRDefault="00965DE3"/>
        </w:tc>
      </w:tr>
      <w:tr w:rsidR="00965DE3" w14:paraId="774A73B9" w14:textId="77777777" w:rsidTr="00D45F1C">
        <w:trPr>
          <w:trHeight w:val="292"/>
          <w:jc w:val="center"/>
        </w:trPr>
        <w:tc>
          <w:tcPr>
            <w:tcW w:w="4535" w:type="dxa"/>
            <w:tcBorders>
              <w:right w:val="nil"/>
            </w:tcBorders>
            <w:vAlign w:val="center"/>
          </w:tcPr>
          <w:p w14:paraId="699D548D" w14:textId="77777777" w:rsidR="00965DE3" w:rsidRDefault="00BB4AD3">
            <w:r>
              <w:rPr>
                <w:sz w:val="20"/>
              </w:rPr>
              <w:t>Gözetmen(ler)</w:t>
            </w:r>
          </w:p>
        </w:tc>
        <w:tc>
          <w:tcPr>
            <w:tcW w:w="1274" w:type="dxa"/>
            <w:tcBorders>
              <w:left w:val="nil"/>
            </w:tcBorders>
            <w:vAlign w:val="center"/>
          </w:tcPr>
          <w:p w14:paraId="53C18F9F" w14:textId="77777777" w:rsidR="00965DE3" w:rsidRDefault="00965DE3"/>
        </w:tc>
        <w:tc>
          <w:tcPr>
            <w:tcW w:w="1882" w:type="dxa"/>
            <w:vAlign w:val="center"/>
          </w:tcPr>
          <w:p w14:paraId="43AF9DE7" w14:textId="77777777" w:rsidR="00965DE3" w:rsidRDefault="00965DE3"/>
        </w:tc>
        <w:tc>
          <w:tcPr>
            <w:tcW w:w="1993" w:type="dxa"/>
            <w:vAlign w:val="center"/>
          </w:tcPr>
          <w:p w14:paraId="43498A46" w14:textId="77777777" w:rsidR="00965DE3" w:rsidRDefault="00965DE3"/>
        </w:tc>
      </w:tr>
      <w:tr w:rsidR="00965DE3" w14:paraId="6DF61923" w14:textId="77777777" w:rsidTr="00D45F1C">
        <w:trPr>
          <w:trHeight w:val="281"/>
          <w:jc w:val="center"/>
        </w:trPr>
        <w:tc>
          <w:tcPr>
            <w:tcW w:w="9684" w:type="dxa"/>
            <w:gridSpan w:val="4"/>
          </w:tcPr>
          <w:p w14:paraId="7E46674E" w14:textId="77777777" w:rsidR="00965DE3" w:rsidRDefault="00BB4AD3">
            <w:pPr>
              <w:jc w:val="center"/>
            </w:pPr>
            <w:r>
              <w:rPr>
                <w:b/>
              </w:rPr>
              <w:t>ÖĞRENCİ VE EVRAK BİLGİLERİ</w:t>
            </w:r>
          </w:p>
        </w:tc>
      </w:tr>
      <w:tr w:rsidR="00965DE3" w14:paraId="255D9668" w14:textId="77777777" w:rsidTr="00D45F1C">
        <w:trPr>
          <w:trHeight w:val="270"/>
          <w:jc w:val="center"/>
        </w:trPr>
        <w:tc>
          <w:tcPr>
            <w:tcW w:w="4535" w:type="dxa"/>
            <w:vAlign w:val="center"/>
          </w:tcPr>
          <w:p w14:paraId="152F5305" w14:textId="77777777" w:rsidR="00965DE3" w:rsidRDefault="00BB4AD3">
            <w:r>
              <w:rPr>
                <w:b/>
                <w:sz w:val="20"/>
              </w:rPr>
              <w:t>Açıklama</w:t>
            </w:r>
          </w:p>
        </w:tc>
        <w:tc>
          <w:tcPr>
            <w:tcW w:w="1274" w:type="dxa"/>
            <w:vAlign w:val="center"/>
          </w:tcPr>
          <w:p w14:paraId="5390B1AB" w14:textId="77777777" w:rsidR="00965DE3" w:rsidRDefault="00BB4AD3">
            <w:r>
              <w:rPr>
                <w:b/>
                <w:sz w:val="20"/>
              </w:rPr>
              <w:t>Sayı</w:t>
            </w:r>
          </w:p>
        </w:tc>
        <w:tc>
          <w:tcPr>
            <w:tcW w:w="1882" w:type="dxa"/>
            <w:vAlign w:val="center"/>
          </w:tcPr>
          <w:p w14:paraId="70FCD891" w14:textId="77777777" w:rsidR="00965DE3" w:rsidRDefault="00BB4AD3">
            <w:r>
              <w:rPr>
                <w:b/>
                <w:sz w:val="20"/>
              </w:rPr>
              <w:t>Açıklama</w:t>
            </w:r>
          </w:p>
        </w:tc>
        <w:tc>
          <w:tcPr>
            <w:tcW w:w="1993" w:type="dxa"/>
            <w:vAlign w:val="center"/>
          </w:tcPr>
          <w:p w14:paraId="2F0D1EA6" w14:textId="77777777" w:rsidR="00965DE3" w:rsidRDefault="00BB4AD3">
            <w:r>
              <w:rPr>
                <w:b/>
                <w:sz w:val="20"/>
              </w:rPr>
              <w:t>Sayı</w:t>
            </w:r>
          </w:p>
        </w:tc>
      </w:tr>
      <w:tr w:rsidR="00965DE3" w14:paraId="30DC74E3" w14:textId="77777777" w:rsidTr="00D45F1C">
        <w:trPr>
          <w:trHeight w:val="790"/>
          <w:jc w:val="center"/>
        </w:trPr>
        <w:tc>
          <w:tcPr>
            <w:tcW w:w="4535" w:type="dxa"/>
            <w:vAlign w:val="center"/>
          </w:tcPr>
          <w:p w14:paraId="125FCDEE" w14:textId="77777777" w:rsidR="00965DE3" w:rsidRDefault="00BB4AD3">
            <w:r>
              <w:rPr>
                <w:sz w:val="20"/>
              </w:rPr>
              <w:t>Sınava Giren Öğrenci Sayısı</w:t>
            </w:r>
          </w:p>
        </w:tc>
        <w:tc>
          <w:tcPr>
            <w:tcW w:w="1274" w:type="dxa"/>
            <w:vAlign w:val="center"/>
          </w:tcPr>
          <w:p w14:paraId="006BD525" w14:textId="77777777" w:rsidR="00965DE3" w:rsidRDefault="00965DE3"/>
        </w:tc>
        <w:tc>
          <w:tcPr>
            <w:tcW w:w="1882" w:type="dxa"/>
            <w:vAlign w:val="center"/>
          </w:tcPr>
          <w:p w14:paraId="43DC89F7" w14:textId="77777777" w:rsidR="00965DE3" w:rsidRDefault="00BB4AD3">
            <w:r>
              <w:rPr>
                <w:sz w:val="20"/>
              </w:rPr>
              <w:t>Teslim Alınan Sınav Kağıdı Sayısı</w:t>
            </w:r>
          </w:p>
        </w:tc>
        <w:tc>
          <w:tcPr>
            <w:tcW w:w="1993" w:type="dxa"/>
            <w:vAlign w:val="center"/>
          </w:tcPr>
          <w:p w14:paraId="7EA591EF" w14:textId="77777777" w:rsidR="00965DE3" w:rsidRDefault="00965DE3"/>
        </w:tc>
      </w:tr>
      <w:tr w:rsidR="00965DE3" w14:paraId="7BB0BA44" w14:textId="77777777" w:rsidTr="00D45F1C">
        <w:trPr>
          <w:trHeight w:val="530"/>
          <w:jc w:val="center"/>
        </w:trPr>
        <w:tc>
          <w:tcPr>
            <w:tcW w:w="4535" w:type="dxa"/>
            <w:vAlign w:val="center"/>
          </w:tcPr>
          <w:p w14:paraId="147CF412" w14:textId="77777777" w:rsidR="00965DE3" w:rsidRDefault="00BB4AD3">
            <w:r>
              <w:rPr>
                <w:sz w:val="20"/>
              </w:rPr>
              <w:t>Kullanılmayan Sınav Kağıdı Sayısı</w:t>
            </w:r>
          </w:p>
        </w:tc>
        <w:tc>
          <w:tcPr>
            <w:tcW w:w="1274" w:type="dxa"/>
            <w:vAlign w:val="center"/>
          </w:tcPr>
          <w:p w14:paraId="18AC1495" w14:textId="77777777" w:rsidR="00965DE3" w:rsidRDefault="00965DE3"/>
        </w:tc>
        <w:tc>
          <w:tcPr>
            <w:tcW w:w="1882" w:type="dxa"/>
            <w:vAlign w:val="center"/>
          </w:tcPr>
          <w:p w14:paraId="1C9E5AE4" w14:textId="77777777" w:rsidR="00965DE3" w:rsidRDefault="00BB4AD3">
            <w:r>
              <w:rPr>
                <w:sz w:val="20"/>
              </w:rPr>
              <w:t>Tutulan Tutanak Sayısı</w:t>
            </w:r>
          </w:p>
        </w:tc>
        <w:tc>
          <w:tcPr>
            <w:tcW w:w="1993" w:type="dxa"/>
            <w:vAlign w:val="center"/>
          </w:tcPr>
          <w:p w14:paraId="0211B09A" w14:textId="77777777" w:rsidR="00965DE3" w:rsidRDefault="00965DE3"/>
        </w:tc>
      </w:tr>
      <w:tr w:rsidR="00965DE3" w14:paraId="3F071B98" w14:textId="77777777" w:rsidTr="00D45F1C">
        <w:trPr>
          <w:trHeight w:val="292"/>
          <w:jc w:val="center"/>
        </w:trPr>
        <w:tc>
          <w:tcPr>
            <w:tcW w:w="9684" w:type="dxa"/>
            <w:gridSpan w:val="4"/>
          </w:tcPr>
          <w:p w14:paraId="45E6B6FF" w14:textId="77777777" w:rsidR="00965DE3" w:rsidRDefault="00BB4AD3">
            <w:pPr>
              <w:jc w:val="center"/>
            </w:pPr>
            <w:r>
              <w:rPr>
                <w:b/>
              </w:rPr>
              <w:t>SINAV SÜRECİ KONTROLÜ</w:t>
            </w:r>
          </w:p>
        </w:tc>
      </w:tr>
      <w:tr w:rsidR="00965DE3" w14:paraId="4965B79A" w14:textId="77777777" w:rsidTr="00BD1745">
        <w:trPr>
          <w:trHeight w:val="292"/>
          <w:jc w:val="center"/>
        </w:trPr>
        <w:tc>
          <w:tcPr>
            <w:tcW w:w="4535" w:type="dxa"/>
            <w:vAlign w:val="center"/>
          </w:tcPr>
          <w:p w14:paraId="0EBA7096" w14:textId="77777777" w:rsidR="00965DE3" w:rsidRDefault="00BB4AD3">
            <w:r>
              <w:rPr>
                <w:b/>
                <w:sz w:val="20"/>
              </w:rPr>
              <w:t>Kontrol Maddesi</w:t>
            </w:r>
          </w:p>
        </w:tc>
        <w:tc>
          <w:tcPr>
            <w:tcW w:w="1274" w:type="dxa"/>
            <w:vAlign w:val="center"/>
          </w:tcPr>
          <w:p w14:paraId="217DE038" w14:textId="77777777" w:rsidR="00965DE3" w:rsidRDefault="00BB4AD3">
            <w:r>
              <w:rPr>
                <w:b/>
                <w:sz w:val="20"/>
              </w:rPr>
              <w:t>Evet</w:t>
            </w:r>
          </w:p>
        </w:tc>
        <w:tc>
          <w:tcPr>
            <w:tcW w:w="1882" w:type="dxa"/>
            <w:tcBorders>
              <w:right w:val="single" w:sz="4" w:space="0" w:color="auto"/>
            </w:tcBorders>
            <w:vAlign w:val="center"/>
          </w:tcPr>
          <w:p w14:paraId="750F80E2" w14:textId="77777777" w:rsidR="00965DE3" w:rsidRDefault="00BB4AD3">
            <w:r>
              <w:rPr>
                <w:b/>
                <w:sz w:val="20"/>
              </w:rPr>
              <w:t>Hayır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D0554F" w14:textId="77777777" w:rsidR="00965DE3" w:rsidRDefault="00965DE3"/>
        </w:tc>
      </w:tr>
      <w:tr w:rsidR="00965DE3" w14:paraId="0E9EA59B" w14:textId="77777777" w:rsidTr="00BD1745">
        <w:trPr>
          <w:trHeight w:val="292"/>
          <w:jc w:val="center"/>
        </w:trPr>
        <w:tc>
          <w:tcPr>
            <w:tcW w:w="4535" w:type="dxa"/>
            <w:vAlign w:val="center"/>
          </w:tcPr>
          <w:p w14:paraId="5E416B2E" w14:textId="77777777" w:rsidR="00965DE3" w:rsidRDefault="00BB4AD3">
            <w:r>
              <w:rPr>
                <w:sz w:val="20"/>
              </w:rPr>
              <w:t>Öğrenci kimlik kontrolleri yapıldı</w:t>
            </w:r>
          </w:p>
        </w:tc>
        <w:tc>
          <w:tcPr>
            <w:tcW w:w="1274" w:type="dxa"/>
            <w:vAlign w:val="center"/>
          </w:tcPr>
          <w:p w14:paraId="0EB9B48E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882" w:type="dxa"/>
            <w:tcBorders>
              <w:right w:val="single" w:sz="4" w:space="0" w:color="auto"/>
            </w:tcBorders>
            <w:vAlign w:val="center"/>
          </w:tcPr>
          <w:p w14:paraId="05507432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865603" w14:textId="77777777" w:rsidR="00965DE3" w:rsidRDefault="00965DE3"/>
        </w:tc>
      </w:tr>
      <w:tr w:rsidR="00965DE3" w14:paraId="4150112F" w14:textId="77777777" w:rsidTr="00BD1745">
        <w:trPr>
          <w:trHeight w:val="304"/>
          <w:jc w:val="center"/>
        </w:trPr>
        <w:tc>
          <w:tcPr>
            <w:tcW w:w="4535" w:type="dxa"/>
            <w:vAlign w:val="center"/>
          </w:tcPr>
          <w:p w14:paraId="7743F02A" w14:textId="77777777" w:rsidR="00965DE3" w:rsidRDefault="00BB4AD3">
            <w:r>
              <w:rPr>
                <w:sz w:val="20"/>
              </w:rPr>
              <w:t>Yoklama listesi imzalatıldı</w:t>
            </w:r>
          </w:p>
        </w:tc>
        <w:tc>
          <w:tcPr>
            <w:tcW w:w="1274" w:type="dxa"/>
            <w:vAlign w:val="center"/>
          </w:tcPr>
          <w:p w14:paraId="046178B1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882" w:type="dxa"/>
            <w:tcBorders>
              <w:right w:val="single" w:sz="4" w:space="0" w:color="auto"/>
            </w:tcBorders>
            <w:vAlign w:val="center"/>
          </w:tcPr>
          <w:p w14:paraId="2A5FD47A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670C4F" w14:textId="77777777" w:rsidR="00965DE3" w:rsidRDefault="00965DE3"/>
        </w:tc>
      </w:tr>
      <w:tr w:rsidR="00965DE3" w14:paraId="3642DCB4" w14:textId="77777777" w:rsidTr="00BD1745">
        <w:trPr>
          <w:trHeight w:val="292"/>
          <w:jc w:val="center"/>
        </w:trPr>
        <w:tc>
          <w:tcPr>
            <w:tcW w:w="4535" w:type="dxa"/>
            <w:vAlign w:val="center"/>
          </w:tcPr>
          <w:p w14:paraId="37B013CA" w14:textId="77777777" w:rsidR="00965DE3" w:rsidRDefault="00BB4AD3">
            <w:r>
              <w:rPr>
                <w:sz w:val="20"/>
              </w:rPr>
              <w:t>Sınav kurallarına aykırı durum yaşandı</w:t>
            </w:r>
          </w:p>
        </w:tc>
        <w:tc>
          <w:tcPr>
            <w:tcW w:w="1274" w:type="dxa"/>
            <w:vAlign w:val="center"/>
          </w:tcPr>
          <w:p w14:paraId="78F3EC71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882" w:type="dxa"/>
            <w:tcBorders>
              <w:right w:val="single" w:sz="4" w:space="0" w:color="auto"/>
            </w:tcBorders>
            <w:vAlign w:val="center"/>
          </w:tcPr>
          <w:p w14:paraId="40C2B6DE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EE3A65" w14:textId="77777777" w:rsidR="00965DE3" w:rsidRDefault="00965DE3"/>
        </w:tc>
      </w:tr>
      <w:tr w:rsidR="00965DE3" w14:paraId="2EEB5C00" w14:textId="77777777" w:rsidTr="00BD1745">
        <w:trPr>
          <w:trHeight w:val="304"/>
          <w:jc w:val="center"/>
        </w:trPr>
        <w:tc>
          <w:tcPr>
            <w:tcW w:w="4535" w:type="dxa"/>
            <w:vAlign w:val="center"/>
          </w:tcPr>
          <w:p w14:paraId="3E19BF15" w14:textId="77777777" w:rsidR="00965DE3" w:rsidRDefault="00BB4AD3">
            <w:r>
              <w:rPr>
                <w:sz w:val="20"/>
              </w:rPr>
              <w:t>Kopya / disiplin tutanağı tutuldu</w:t>
            </w:r>
          </w:p>
        </w:tc>
        <w:tc>
          <w:tcPr>
            <w:tcW w:w="1274" w:type="dxa"/>
            <w:vAlign w:val="center"/>
          </w:tcPr>
          <w:p w14:paraId="7CC44C5C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882" w:type="dxa"/>
            <w:tcBorders>
              <w:right w:val="single" w:sz="4" w:space="0" w:color="auto"/>
            </w:tcBorders>
            <w:vAlign w:val="center"/>
          </w:tcPr>
          <w:p w14:paraId="11B26D6B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1C6F6D" w14:textId="77777777" w:rsidR="00965DE3" w:rsidRDefault="00965DE3"/>
        </w:tc>
      </w:tr>
      <w:tr w:rsidR="00965DE3" w14:paraId="4461E3B0" w14:textId="77777777" w:rsidTr="00BD1745">
        <w:trPr>
          <w:trHeight w:val="304"/>
          <w:jc w:val="center"/>
        </w:trPr>
        <w:tc>
          <w:tcPr>
            <w:tcW w:w="4535" w:type="dxa"/>
            <w:tcBorders>
              <w:bottom w:val="single" w:sz="4" w:space="0" w:color="auto"/>
            </w:tcBorders>
            <w:vAlign w:val="center"/>
          </w:tcPr>
          <w:p w14:paraId="163536B5" w14:textId="77777777" w:rsidR="00965DE3" w:rsidRDefault="00BB4AD3">
            <w:r>
              <w:rPr>
                <w:sz w:val="20"/>
              </w:rPr>
              <w:t>Sınav evrakları eksiksiz teslim edildi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vAlign w:val="center"/>
          </w:tcPr>
          <w:p w14:paraId="128074E7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88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5118FC4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C547D7" w14:textId="77777777" w:rsidR="00965DE3" w:rsidRDefault="00965DE3"/>
        </w:tc>
      </w:tr>
      <w:tr w:rsidR="00965DE3" w14:paraId="1E1BCAEA" w14:textId="77777777" w:rsidTr="00D45F1C">
        <w:trPr>
          <w:trHeight w:val="281"/>
          <w:jc w:val="center"/>
        </w:trPr>
        <w:tc>
          <w:tcPr>
            <w:tcW w:w="9684" w:type="dxa"/>
            <w:gridSpan w:val="4"/>
            <w:tcBorders>
              <w:bottom w:val="single" w:sz="4" w:space="0" w:color="auto"/>
            </w:tcBorders>
          </w:tcPr>
          <w:p w14:paraId="7A68B605" w14:textId="77777777" w:rsidR="00965DE3" w:rsidRDefault="00BB4AD3">
            <w:pPr>
              <w:jc w:val="center"/>
            </w:pPr>
            <w:r>
              <w:rPr>
                <w:b/>
              </w:rPr>
              <w:t>AÇIKLAMALAR / TUTANAK BİLGİLERİ</w:t>
            </w:r>
          </w:p>
        </w:tc>
      </w:tr>
      <w:tr w:rsidR="00786C92" w14:paraId="7C3361B2" w14:textId="77777777" w:rsidTr="00D45F1C">
        <w:trPr>
          <w:trHeight w:val="1338"/>
          <w:jc w:val="center"/>
        </w:trPr>
        <w:tc>
          <w:tcPr>
            <w:tcW w:w="9684" w:type="dxa"/>
            <w:gridSpan w:val="4"/>
            <w:tcBorders>
              <w:bottom w:val="single" w:sz="4" w:space="0" w:color="auto"/>
            </w:tcBorders>
          </w:tcPr>
          <w:p w14:paraId="55000101" w14:textId="77777777" w:rsidR="00786C92" w:rsidRDefault="00786C92">
            <w:pPr>
              <w:jc w:val="center"/>
              <w:rPr>
                <w:b/>
              </w:rPr>
            </w:pPr>
          </w:p>
        </w:tc>
      </w:tr>
      <w:tr w:rsidR="00D45F1C" w14:paraId="25F0B87F" w14:textId="77777777" w:rsidTr="00D45F1C">
        <w:trPr>
          <w:trHeight w:val="790"/>
          <w:jc w:val="center"/>
        </w:trPr>
        <w:tc>
          <w:tcPr>
            <w:tcW w:w="4535" w:type="dxa"/>
            <w:gridSpan w:val="2"/>
            <w:tcBorders>
              <w:top w:val="nil"/>
            </w:tcBorders>
            <w:vAlign w:val="center"/>
          </w:tcPr>
          <w:p w14:paraId="31A5475C" w14:textId="77777777" w:rsidR="00D45F1C" w:rsidRPr="00786C92" w:rsidRDefault="00D45F1C">
            <w:pPr>
              <w:rPr>
                <w:b/>
                <w:bCs/>
              </w:rPr>
            </w:pPr>
            <w:r w:rsidRPr="00786C92">
              <w:rPr>
                <w:b/>
                <w:bCs/>
                <w:sz w:val="20"/>
              </w:rPr>
              <w:t>Gözetmen Adı Soyadı</w:t>
            </w:r>
          </w:p>
        </w:tc>
        <w:tc>
          <w:tcPr>
            <w:tcW w:w="1274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2CAF7348" w14:textId="77777777" w:rsidR="00D45F1C" w:rsidRPr="00786C92" w:rsidRDefault="00D45F1C">
            <w:pPr>
              <w:rPr>
                <w:b/>
                <w:bCs/>
              </w:rPr>
            </w:pPr>
            <w:r w:rsidRPr="00786C92">
              <w:rPr>
                <w:b/>
                <w:bCs/>
                <w:sz w:val="20"/>
              </w:rPr>
              <w:t>İmza</w:t>
            </w:r>
          </w:p>
        </w:tc>
      </w:tr>
      <w:tr w:rsidR="00D45F1C" w14:paraId="6002C917" w14:textId="77777777" w:rsidTr="00D45F1C">
        <w:trPr>
          <w:trHeight w:val="824"/>
          <w:jc w:val="center"/>
        </w:trPr>
        <w:tc>
          <w:tcPr>
            <w:tcW w:w="4535" w:type="dxa"/>
            <w:gridSpan w:val="2"/>
            <w:vAlign w:val="center"/>
          </w:tcPr>
          <w:p w14:paraId="1EE2A61F" w14:textId="77777777" w:rsidR="00D45F1C" w:rsidRDefault="00D45F1C">
            <w:r>
              <w:rPr>
                <w:sz w:val="20"/>
              </w:rPr>
              <w:br/>
            </w:r>
            <w:r>
              <w:rPr>
                <w:sz w:val="20"/>
              </w:rPr>
              <w:br/>
            </w:r>
          </w:p>
        </w:tc>
        <w:tc>
          <w:tcPr>
            <w:tcW w:w="1274" w:type="dxa"/>
            <w:gridSpan w:val="2"/>
            <w:tcBorders>
              <w:right w:val="single" w:sz="4" w:space="0" w:color="auto"/>
            </w:tcBorders>
            <w:vAlign w:val="center"/>
          </w:tcPr>
          <w:p w14:paraId="780BBFC3" w14:textId="77777777" w:rsidR="00D45F1C" w:rsidRDefault="00D45F1C"/>
        </w:tc>
      </w:tr>
    </w:tbl>
    <w:p w14:paraId="65E9571D" w14:textId="77777777" w:rsidR="0035542B" w:rsidRDefault="0035542B"/>
    <w:sectPr w:rsidR="0035542B" w:rsidSect="00034616">
      <w:pgSz w:w="12240" w:h="15840"/>
      <w:pgMar w:top="850" w:right="850" w:bottom="850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900E5E" w14:textId="77777777" w:rsidR="00E70ADF" w:rsidRDefault="00E70ADF" w:rsidP="00786C92">
      <w:pPr>
        <w:spacing w:after="0" w:line="240" w:lineRule="auto"/>
      </w:pPr>
      <w:r>
        <w:separator/>
      </w:r>
    </w:p>
  </w:endnote>
  <w:endnote w:type="continuationSeparator" w:id="0">
    <w:p w14:paraId="5EBC9F17" w14:textId="77777777" w:rsidR="00E70ADF" w:rsidRDefault="00E70ADF" w:rsidP="00786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2FD9BC" w14:textId="77777777" w:rsidR="00E70ADF" w:rsidRDefault="00E70ADF" w:rsidP="00786C92">
      <w:pPr>
        <w:spacing w:after="0" w:line="240" w:lineRule="auto"/>
      </w:pPr>
      <w:r>
        <w:separator/>
      </w:r>
    </w:p>
  </w:footnote>
  <w:footnote w:type="continuationSeparator" w:id="0">
    <w:p w14:paraId="2F94E904" w14:textId="77777777" w:rsidR="00E70ADF" w:rsidRDefault="00E70ADF" w:rsidP="00786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5542B"/>
    <w:rsid w:val="00786C92"/>
    <w:rsid w:val="009505E4"/>
    <w:rsid w:val="00965DE3"/>
    <w:rsid w:val="00AA1D8D"/>
    <w:rsid w:val="00B47730"/>
    <w:rsid w:val="00B67B83"/>
    <w:rsid w:val="00B830BE"/>
    <w:rsid w:val="00BB4AD3"/>
    <w:rsid w:val="00BD1745"/>
    <w:rsid w:val="00CB0664"/>
    <w:rsid w:val="00D45F1C"/>
    <w:rsid w:val="00E70AD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5D2CAC"/>
  <w14:defaultImageDpi w14:val="300"/>
  <w15:docId w15:val="{51D0B7EE-7E1E-49C1-8449-9F06FDFD2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leNormal">
    <w:name w:val="Table Normal"/>
    <w:uiPriority w:val="2"/>
    <w:semiHidden/>
    <w:unhideWhenUsed/>
    <w:qFormat/>
    <w:rsid w:val="00786C92"/>
    <w:pPr>
      <w:widowControl w:val="0"/>
      <w:autoSpaceDE w:val="0"/>
      <w:autoSpaceDN w:val="0"/>
      <w:spacing w:after="0" w:line="240" w:lineRule="auto"/>
    </w:pPr>
    <w:rPr>
      <w:rFonts w:eastAsia="Calibri"/>
      <w14:ligatures w14:val="standardContextua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45F1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tr-T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2716226-245A-4FCF-8355-71F034071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Bilgisayar</cp:lastModifiedBy>
  <cp:revision>6</cp:revision>
  <dcterms:created xsi:type="dcterms:W3CDTF">2013-12-23T23:15:00Z</dcterms:created>
  <dcterms:modified xsi:type="dcterms:W3CDTF">2026-05-15T08:00:00Z</dcterms:modified>
  <cp:category/>
</cp:coreProperties>
</file>