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D00B8" w14:textId="77777777" w:rsidR="008D22FA" w:rsidRDefault="008D22FA"/>
    <w:p w14:paraId="6BD13DB3" w14:textId="77777777" w:rsidR="008D22FA" w:rsidRDefault="008D22FA"/>
    <w:p w14:paraId="5538F855" w14:textId="77777777" w:rsidR="008D22FA" w:rsidRDefault="008D22FA"/>
    <w:p w14:paraId="059BBBE9" w14:textId="77777777" w:rsidR="008D22FA" w:rsidRDefault="00000000">
      <w:pPr>
        <w:jc w:val="center"/>
      </w:pPr>
      <w:r>
        <w:rPr>
          <w:b/>
          <w:sz w:val="28"/>
        </w:rPr>
        <w:t>T.C.</w:t>
      </w:r>
    </w:p>
    <w:p w14:paraId="428483C1" w14:textId="77777777" w:rsidR="008D22FA" w:rsidRDefault="00000000">
      <w:pPr>
        <w:jc w:val="center"/>
      </w:pPr>
      <w:r>
        <w:rPr>
          <w:b/>
          <w:sz w:val="28"/>
        </w:rPr>
        <w:t>SİİRT ÜNİVERSİTESİ</w:t>
      </w:r>
    </w:p>
    <w:p w14:paraId="70BF6019" w14:textId="77777777" w:rsidR="008D22FA" w:rsidRDefault="00000000">
      <w:pPr>
        <w:jc w:val="center"/>
      </w:pPr>
      <w:r>
        <w:rPr>
          <w:b/>
          <w:sz w:val="28"/>
        </w:rPr>
        <w:t>VETERİNER FAKÜLTESİ</w:t>
      </w:r>
    </w:p>
    <w:p w14:paraId="78D688E1" w14:textId="77777777" w:rsidR="008D22FA" w:rsidRDefault="00000000">
      <w:pPr>
        <w:jc w:val="center"/>
      </w:pPr>
      <w:r>
        <w:rPr>
          <w:b/>
          <w:sz w:val="28"/>
        </w:rPr>
        <w:t>MEZUN MEMNUNİYET ANKETİ</w:t>
      </w:r>
    </w:p>
    <w:p w14:paraId="594E0BDC" w14:textId="77777777" w:rsidR="008D22FA" w:rsidRDefault="00000000">
      <w:pPr>
        <w:jc w:val="center"/>
      </w:pPr>
      <w:r>
        <w:rPr>
          <w:b/>
          <w:sz w:val="32"/>
        </w:rPr>
        <w:t>DEĞERLENDİRME RAPORU</w:t>
      </w:r>
    </w:p>
    <w:p w14:paraId="2229D4F6" w14:textId="77777777" w:rsidR="008D22FA" w:rsidRDefault="008D22FA"/>
    <w:p w14:paraId="39DB9345" w14:textId="77777777" w:rsidR="008D22FA" w:rsidRDefault="008D22FA"/>
    <w:p w14:paraId="37AD96DB" w14:textId="77777777" w:rsidR="008D22FA" w:rsidRDefault="008D22FA"/>
    <w:p w14:paraId="198132C4" w14:textId="77777777" w:rsidR="008D22FA" w:rsidRDefault="008D22FA"/>
    <w:p w14:paraId="0C854F90" w14:textId="77777777" w:rsidR="008D22FA" w:rsidRDefault="008D22FA"/>
    <w:p w14:paraId="714A104A" w14:textId="77777777" w:rsidR="008D22FA" w:rsidRDefault="008D22FA"/>
    <w:p w14:paraId="415FE3F0" w14:textId="77777777" w:rsidR="008D22FA" w:rsidRDefault="008D22FA"/>
    <w:p w14:paraId="16B84E2C" w14:textId="77777777" w:rsidR="008D22FA" w:rsidRDefault="00000000">
      <w:pPr>
        <w:jc w:val="center"/>
      </w:pPr>
      <w:r>
        <w:t>Haziran 2026</w:t>
      </w:r>
    </w:p>
    <w:p w14:paraId="379BBB9C" w14:textId="77777777" w:rsidR="008D22FA" w:rsidRDefault="00000000">
      <w:r>
        <w:br w:type="page"/>
      </w:r>
    </w:p>
    <w:sdt>
      <w:sdtPr>
        <w:rPr>
          <w:lang w:val="tr-TR"/>
        </w:rPr>
        <w:id w:val="1954897030"/>
        <w:docPartObj>
          <w:docPartGallery w:val="Table of Contents"/>
          <w:docPartUnique/>
        </w:docPartObj>
      </w:sdtPr>
      <w:sdtEndPr>
        <w:rPr>
          <w:rFonts w:ascii="Times New Roman" w:eastAsia="Times New Roman" w:hAnsi="Times New Roman" w:cstheme="minorBidi"/>
          <w:sz w:val="24"/>
          <w:szCs w:val="22"/>
          <w:lang w:val="en-US"/>
        </w:rPr>
      </w:sdtEndPr>
      <w:sdtContent>
        <w:p w14:paraId="3CF418C8" w14:textId="66934173" w:rsidR="00C77C23" w:rsidRDefault="00C77C23">
          <w:pPr>
            <w:pStyle w:val="TBal"/>
          </w:pPr>
          <w:r>
            <w:rPr>
              <w:lang w:val="tr-TR"/>
            </w:rPr>
            <w:t>İçindekiler</w:t>
          </w:r>
        </w:p>
        <w:p w14:paraId="18750A6D" w14:textId="1103E673" w:rsidR="00C77C23" w:rsidRDefault="00C77C23">
          <w:pPr>
            <w:pStyle w:val="T1"/>
            <w:tabs>
              <w:tab w:val="right" w:leader="dot" w:pos="939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32110394" w:history="1">
            <w:r w:rsidRPr="00840809">
              <w:rPr>
                <w:rStyle w:val="Kpr"/>
                <w:noProof/>
              </w:rPr>
              <w:t>1. Giriş</w:t>
            </w:r>
            <w:r>
              <w:rPr>
                <w:noProof/>
                <w:webHidden/>
              </w:rPr>
              <w:tab/>
            </w:r>
            <w:r>
              <w:rPr>
                <w:noProof/>
                <w:webHidden/>
              </w:rPr>
              <w:fldChar w:fldCharType="begin"/>
            </w:r>
            <w:r>
              <w:rPr>
                <w:noProof/>
                <w:webHidden/>
              </w:rPr>
              <w:instrText xml:space="preserve"> PAGEREF _Toc232110394 \h </w:instrText>
            </w:r>
            <w:r>
              <w:rPr>
                <w:noProof/>
                <w:webHidden/>
              </w:rPr>
            </w:r>
            <w:r>
              <w:rPr>
                <w:noProof/>
                <w:webHidden/>
              </w:rPr>
              <w:fldChar w:fldCharType="separate"/>
            </w:r>
            <w:r>
              <w:rPr>
                <w:noProof/>
                <w:webHidden/>
              </w:rPr>
              <w:t>3</w:t>
            </w:r>
            <w:r>
              <w:rPr>
                <w:noProof/>
                <w:webHidden/>
              </w:rPr>
              <w:fldChar w:fldCharType="end"/>
            </w:r>
          </w:hyperlink>
        </w:p>
        <w:p w14:paraId="5D1DC4EC" w14:textId="401C97F4" w:rsidR="00C77C23" w:rsidRDefault="00C77C23">
          <w:pPr>
            <w:pStyle w:val="T1"/>
            <w:tabs>
              <w:tab w:val="right" w:leader="dot" w:pos="9396"/>
            </w:tabs>
            <w:rPr>
              <w:rFonts w:cstheme="minorBidi"/>
              <w:noProof/>
              <w:kern w:val="2"/>
              <w:sz w:val="24"/>
              <w:szCs w:val="24"/>
              <w14:ligatures w14:val="standardContextual"/>
            </w:rPr>
          </w:pPr>
          <w:hyperlink w:anchor="_Toc232110395" w:history="1">
            <w:r w:rsidRPr="00840809">
              <w:rPr>
                <w:rStyle w:val="Kpr"/>
                <w:rFonts w:ascii="Times New Roman" w:eastAsia="Times New Roman" w:hAnsi="Times New Roman"/>
                <w:noProof/>
              </w:rPr>
              <w:t>2. Değerlendirme Yöntemi</w:t>
            </w:r>
            <w:r>
              <w:rPr>
                <w:noProof/>
                <w:webHidden/>
              </w:rPr>
              <w:tab/>
            </w:r>
            <w:r>
              <w:rPr>
                <w:noProof/>
                <w:webHidden/>
              </w:rPr>
              <w:fldChar w:fldCharType="begin"/>
            </w:r>
            <w:r>
              <w:rPr>
                <w:noProof/>
                <w:webHidden/>
              </w:rPr>
              <w:instrText xml:space="preserve"> PAGEREF _Toc232110395 \h </w:instrText>
            </w:r>
            <w:r>
              <w:rPr>
                <w:noProof/>
                <w:webHidden/>
              </w:rPr>
            </w:r>
            <w:r>
              <w:rPr>
                <w:noProof/>
                <w:webHidden/>
              </w:rPr>
              <w:fldChar w:fldCharType="separate"/>
            </w:r>
            <w:r>
              <w:rPr>
                <w:noProof/>
                <w:webHidden/>
              </w:rPr>
              <w:t>4</w:t>
            </w:r>
            <w:r>
              <w:rPr>
                <w:noProof/>
                <w:webHidden/>
              </w:rPr>
              <w:fldChar w:fldCharType="end"/>
            </w:r>
          </w:hyperlink>
        </w:p>
        <w:p w14:paraId="5A187CF5" w14:textId="6D7FC88F" w:rsidR="00C77C23" w:rsidRDefault="00C77C23">
          <w:pPr>
            <w:pStyle w:val="T1"/>
            <w:tabs>
              <w:tab w:val="right" w:leader="dot" w:pos="9396"/>
            </w:tabs>
            <w:rPr>
              <w:rFonts w:cstheme="minorBidi"/>
              <w:noProof/>
              <w:kern w:val="2"/>
              <w:sz w:val="24"/>
              <w:szCs w:val="24"/>
              <w14:ligatures w14:val="standardContextual"/>
            </w:rPr>
          </w:pPr>
          <w:hyperlink w:anchor="_Toc232110396" w:history="1">
            <w:r w:rsidRPr="00840809">
              <w:rPr>
                <w:rStyle w:val="Kpr"/>
                <w:rFonts w:ascii="Times New Roman" w:eastAsia="Times New Roman" w:hAnsi="Times New Roman"/>
                <w:noProof/>
              </w:rPr>
              <w:t>3. Verilerin Analizi</w:t>
            </w:r>
            <w:r>
              <w:rPr>
                <w:noProof/>
                <w:webHidden/>
              </w:rPr>
              <w:tab/>
            </w:r>
            <w:r>
              <w:rPr>
                <w:noProof/>
                <w:webHidden/>
              </w:rPr>
              <w:fldChar w:fldCharType="begin"/>
            </w:r>
            <w:r>
              <w:rPr>
                <w:noProof/>
                <w:webHidden/>
              </w:rPr>
              <w:instrText xml:space="preserve"> PAGEREF _Toc232110396 \h </w:instrText>
            </w:r>
            <w:r>
              <w:rPr>
                <w:noProof/>
                <w:webHidden/>
              </w:rPr>
            </w:r>
            <w:r>
              <w:rPr>
                <w:noProof/>
                <w:webHidden/>
              </w:rPr>
              <w:fldChar w:fldCharType="separate"/>
            </w:r>
            <w:r>
              <w:rPr>
                <w:noProof/>
                <w:webHidden/>
              </w:rPr>
              <w:t>4</w:t>
            </w:r>
            <w:r>
              <w:rPr>
                <w:noProof/>
                <w:webHidden/>
              </w:rPr>
              <w:fldChar w:fldCharType="end"/>
            </w:r>
          </w:hyperlink>
        </w:p>
        <w:p w14:paraId="787E9A11" w14:textId="1912FCDE" w:rsidR="00C77C23" w:rsidRDefault="00C77C23">
          <w:pPr>
            <w:pStyle w:val="T1"/>
            <w:tabs>
              <w:tab w:val="right" w:leader="dot" w:pos="9396"/>
            </w:tabs>
            <w:rPr>
              <w:rFonts w:cstheme="minorBidi"/>
              <w:noProof/>
              <w:kern w:val="2"/>
              <w:sz w:val="24"/>
              <w:szCs w:val="24"/>
              <w14:ligatures w14:val="standardContextual"/>
            </w:rPr>
          </w:pPr>
          <w:hyperlink w:anchor="_Toc232110397" w:history="1">
            <w:r w:rsidRPr="00840809">
              <w:rPr>
                <w:rStyle w:val="Kpr"/>
                <w:noProof/>
              </w:rPr>
              <w:t>4. Paydaş Dağılımının Değerlendirilmesi</w:t>
            </w:r>
            <w:r>
              <w:rPr>
                <w:noProof/>
                <w:webHidden/>
              </w:rPr>
              <w:tab/>
            </w:r>
            <w:r>
              <w:rPr>
                <w:noProof/>
                <w:webHidden/>
              </w:rPr>
              <w:fldChar w:fldCharType="begin"/>
            </w:r>
            <w:r>
              <w:rPr>
                <w:noProof/>
                <w:webHidden/>
              </w:rPr>
              <w:instrText xml:space="preserve"> PAGEREF _Toc232110397 \h </w:instrText>
            </w:r>
            <w:r>
              <w:rPr>
                <w:noProof/>
                <w:webHidden/>
              </w:rPr>
            </w:r>
            <w:r>
              <w:rPr>
                <w:noProof/>
                <w:webHidden/>
              </w:rPr>
              <w:fldChar w:fldCharType="separate"/>
            </w:r>
            <w:r>
              <w:rPr>
                <w:noProof/>
                <w:webHidden/>
              </w:rPr>
              <w:t>4</w:t>
            </w:r>
            <w:r>
              <w:rPr>
                <w:noProof/>
                <w:webHidden/>
              </w:rPr>
              <w:fldChar w:fldCharType="end"/>
            </w:r>
          </w:hyperlink>
        </w:p>
        <w:p w14:paraId="2BE980ED" w14:textId="08D2CB68" w:rsidR="00C77C23" w:rsidRDefault="00C77C23">
          <w:pPr>
            <w:pStyle w:val="T1"/>
            <w:tabs>
              <w:tab w:val="right" w:leader="dot" w:pos="9396"/>
            </w:tabs>
            <w:rPr>
              <w:rFonts w:cstheme="minorBidi"/>
              <w:noProof/>
              <w:kern w:val="2"/>
              <w:sz w:val="24"/>
              <w:szCs w:val="24"/>
              <w14:ligatures w14:val="standardContextual"/>
            </w:rPr>
          </w:pPr>
          <w:hyperlink w:anchor="_Toc232110398" w:history="1">
            <w:r w:rsidRPr="00840809">
              <w:rPr>
                <w:rStyle w:val="Kpr"/>
                <w:rFonts w:ascii="Times New Roman" w:eastAsia="Times New Roman" w:hAnsi="Times New Roman"/>
                <w:noProof/>
              </w:rPr>
              <w:t>5. Mezun Memnuniyet Bulguları</w:t>
            </w:r>
            <w:r>
              <w:rPr>
                <w:noProof/>
                <w:webHidden/>
              </w:rPr>
              <w:tab/>
            </w:r>
            <w:r>
              <w:rPr>
                <w:noProof/>
                <w:webHidden/>
              </w:rPr>
              <w:fldChar w:fldCharType="begin"/>
            </w:r>
            <w:r>
              <w:rPr>
                <w:noProof/>
                <w:webHidden/>
              </w:rPr>
              <w:instrText xml:space="preserve"> PAGEREF _Toc232110398 \h </w:instrText>
            </w:r>
            <w:r>
              <w:rPr>
                <w:noProof/>
                <w:webHidden/>
              </w:rPr>
            </w:r>
            <w:r>
              <w:rPr>
                <w:noProof/>
                <w:webHidden/>
              </w:rPr>
              <w:fldChar w:fldCharType="separate"/>
            </w:r>
            <w:r>
              <w:rPr>
                <w:noProof/>
                <w:webHidden/>
              </w:rPr>
              <w:t>5</w:t>
            </w:r>
            <w:r>
              <w:rPr>
                <w:noProof/>
                <w:webHidden/>
              </w:rPr>
              <w:fldChar w:fldCharType="end"/>
            </w:r>
          </w:hyperlink>
        </w:p>
        <w:p w14:paraId="3803DC97" w14:textId="2C879BA3" w:rsidR="00C77C23" w:rsidRDefault="00C77C23">
          <w:pPr>
            <w:pStyle w:val="T2"/>
            <w:tabs>
              <w:tab w:val="right" w:leader="dot" w:pos="9396"/>
            </w:tabs>
            <w:rPr>
              <w:rFonts w:cstheme="minorBidi"/>
              <w:noProof/>
              <w:kern w:val="2"/>
              <w:sz w:val="24"/>
              <w:szCs w:val="24"/>
              <w14:ligatures w14:val="standardContextual"/>
            </w:rPr>
          </w:pPr>
          <w:hyperlink w:anchor="_Toc232110399" w:history="1">
            <w:r w:rsidRPr="00840809">
              <w:rPr>
                <w:rStyle w:val="Kpr"/>
                <w:rFonts w:ascii="Times New Roman" w:eastAsia="Times New Roman" w:hAnsi="Times New Roman"/>
                <w:noProof/>
              </w:rPr>
              <w:t>5.1. Likert Maddelerine İlişkin Bulgular</w:t>
            </w:r>
            <w:r>
              <w:rPr>
                <w:noProof/>
                <w:webHidden/>
              </w:rPr>
              <w:tab/>
            </w:r>
            <w:r>
              <w:rPr>
                <w:noProof/>
                <w:webHidden/>
              </w:rPr>
              <w:fldChar w:fldCharType="begin"/>
            </w:r>
            <w:r>
              <w:rPr>
                <w:noProof/>
                <w:webHidden/>
              </w:rPr>
              <w:instrText xml:space="preserve"> PAGEREF _Toc232110399 \h </w:instrText>
            </w:r>
            <w:r>
              <w:rPr>
                <w:noProof/>
                <w:webHidden/>
              </w:rPr>
            </w:r>
            <w:r>
              <w:rPr>
                <w:noProof/>
                <w:webHidden/>
              </w:rPr>
              <w:fldChar w:fldCharType="separate"/>
            </w:r>
            <w:r>
              <w:rPr>
                <w:noProof/>
                <w:webHidden/>
              </w:rPr>
              <w:t>5</w:t>
            </w:r>
            <w:r>
              <w:rPr>
                <w:noProof/>
                <w:webHidden/>
              </w:rPr>
              <w:fldChar w:fldCharType="end"/>
            </w:r>
          </w:hyperlink>
        </w:p>
        <w:p w14:paraId="07325431" w14:textId="37875A38" w:rsidR="00C77C23" w:rsidRDefault="00C77C23">
          <w:pPr>
            <w:pStyle w:val="T2"/>
            <w:tabs>
              <w:tab w:val="right" w:leader="dot" w:pos="9396"/>
            </w:tabs>
            <w:rPr>
              <w:rFonts w:cstheme="minorBidi"/>
              <w:noProof/>
              <w:kern w:val="2"/>
              <w:sz w:val="24"/>
              <w:szCs w:val="24"/>
              <w14:ligatures w14:val="standardContextual"/>
            </w:rPr>
          </w:pPr>
          <w:hyperlink w:anchor="_Toc232110400" w:history="1">
            <w:r w:rsidRPr="00840809">
              <w:rPr>
                <w:rStyle w:val="Kpr"/>
                <w:rFonts w:ascii="Times New Roman" w:eastAsia="Times New Roman" w:hAnsi="Times New Roman"/>
                <w:noProof/>
              </w:rPr>
              <w:t>5.1.1. Soru 1’e İlişkin Bulgular</w:t>
            </w:r>
            <w:r>
              <w:rPr>
                <w:noProof/>
                <w:webHidden/>
              </w:rPr>
              <w:tab/>
            </w:r>
            <w:r>
              <w:rPr>
                <w:noProof/>
                <w:webHidden/>
              </w:rPr>
              <w:fldChar w:fldCharType="begin"/>
            </w:r>
            <w:r>
              <w:rPr>
                <w:noProof/>
                <w:webHidden/>
              </w:rPr>
              <w:instrText xml:space="preserve"> PAGEREF _Toc232110400 \h </w:instrText>
            </w:r>
            <w:r>
              <w:rPr>
                <w:noProof/>
                <w:webHidden/>
              </w:rPr>
            </w:r>
            <w:r>
              <w:rPr>
                <w:noProof/>
                <w:webHidden/>
              </w:rPr>
              <w:fldChar w:fldCharType="separate"/>
            </w:r>
            <w:r>
              <w:rPr>
                <w:noProof/>
                <w:webHidden/>
              </w:rPr>
              <w:t>5</w:t>
            </w:r>
            <w:r>
              <w:rPr>
                <w:noProof/>
                <w:webHidden/>
              </w:rPr>
              <w:fldChar w:fldCharType="end"/>
            </w:r>
          </w:hyperlink>
        </w:p>
        <w:p w14:paraId="30D48C48" w14:textId="42C8CE80" w:rsidR="00C77C23" w:rsidRDefault="00C77C23">
          <w:pPr>
            <w:pStyle w:val="T2"/>
            <w:tabs>
              <w:tab w:val="right" w:leader="dot" w:pos="9396"/>
            </w:tabs>
            <w:rPr>
              <w:rFonts w:cstheme="minorBidi"/>
              <w:noProof/>
              <w:kern w:val="2"/>
              <w:sz w:val="24"/>
              <w:szCs w:val="24"/>
              <w14:ligatures w14:val="standardContextual"/>
            </w:rPr>
          </w:pPr>
          <w:hyperlink w:anchor="_Toc232110401" w:history="1">
            <w:r w:rsidRPr="00840809">
              <w:rPr>
                <w:rStyle w:val="Kpr"/>
                <w:rFonts w:ascii="Times New Roman" w:eastAsia="Times New Roman" w:hAnsi="Times New Roman"/>
                <w:noProof/>
              </w:rPr>
              <w:t>5.1.2. Soru 2’e İlişkin Bulgular</w:t>
            </w:r>
            <w:r>
              <w:rPr>
                <w:noProof/>
                <w:webHidden/>
              </w:rPr>
              <w:tab/>
            </w:r>
            <w:r>
              <w:rPr>
                <w:noProof/>
                <w:webHidden/>
              </w:rPr>
              <w:fldChar w:fldCharType="begin"/>
            </w:r>
            <w:r>
              <w:rPr>
                <w:noProof/>
                <w:webHidden/>
              </w:rPr>
              <w:instrText xml:space="preserve"> PAGEREF _Toc232110401 \h </w:instrText>
            </w:r>
            <w:r>
              <w:rPr>
                <w:noProof/>
                <w:webHidden/>
              </w:rPr>
            </w:r>
            <w:r>
              <w:rPr>
                <w:noProof/>
                <w:webHidden/>
              </w:rPr>
              <w:fldChar w:fldCharType="separate"/>
            </w:r>
            <w:r>
              <w:rPr>
                <w:noProof/>
                <w:webHidden/>
              </w:rPr>
              <w:t>6</w:t>
            </w:r>
            <w:r>
              <w:rPr>
                <w:noProof/>
                <w:webHidden/>
              </w:rPr>
              <w:fldChar w:fldCharType="end"/>
            </w:r>
          </w:hyperlink>
        </w:p>
        <w:p w14:paraId="65166DA3" w14:textId="18D1DF99" w:rsidR="00C77C23" w:rsidRDefault="00C77C23">
          <w:pPr>
            <w:pStyle w:val="T2"/>
            <w:tabs>
              <w:tab w:val="right" w:leader="dot" w:pos="9396"/>
            </w:tabs>
            <w:rPr>
              <w:rFonts w:cstheme="minorBidi"/>
              <w:noProof/>
              <w:kern w:val="2"/>
              <w:sz w:val="24"/>
              <w:szCs w:val="24"/>
              <w14:ligatures w14:val="standardContextual"/>
            </w:rPr>
          </w:pPr>
          <w:hyperlink w:anchor="_Toc232110402" w:history="1">
            <w:r w:rsidRPr="00840809">
              <w:rPr>
                <w:rStyle w:val="Kpr"/>
                <w:rFonts w:ascii="Times New Roman" w:eastAsia="Times New Roman" w:hAnsi="Times New Roman"/>
                <w:noProof/>
              </w:rPr>
              <w:t>5.1.3. Soru 3’e İlişkin Bulgular</w:t>
            </w:r>
            <w:r>
              <w:rPr>
                <w:noProof/>
                <w:webHidden/>
              </w:rPr>
              <w:tab/>
            </w:r>
            <w:r>
              <w:rPr>
                <w:noProof/>
                <w:webHidden/>
              </w:rPr>
              <w:fldChar w:fldCharType="begin"/>
            </w:r>
            <w:r>
              <w:rPr>
                <w:noProof/>
                <w:webHidden/>
              </w:rPr>
              <w:instrText xml:space="preserve"> PAGEREF _Toc232110402 \h </w:instrText>
            </w:r>
            <w:r>
              <w:rPr>
                <w:noProof/>
                <w:webHidden/>
              </w:rPr>
            </w:r>
            <w:r>
              <w:rPr>
                <w:noProof/>
                <w:webHidden/>
              </w:rPr>
              <w:fldChar w:fldCharType="separate"/>
            </w:r>
            <w:r>
              <w:rPr>
                <w:noProof/>
                <w:webHidden/>
              </w:rPr>
              <w:t>6</w:t>
            </w:r>
            <w:r>
              <w:rPr>
                <w:noProof/>
                <w:webHidden/>
              </w:rPr>
              <w:fldChar w:fldCharType="end"/>
            </w:r>
          </w:hyperlink>
        </w:p>
        <w:p w14:paraId="2878EAFF" w14:textId="13B89DF0" w:rsidR="00C77C23" w:rsidRDefault="00C77C23">
          <w:pPr>
            <w:pStyle w:val="T2"/>
            <w:tabs>
              <w:tab w:val="right" w:leader="dot" w:pos="9396"/>
            </w:tabs>
            <w:rPr>
              <w:rFonts w:cstheme="minorBidi"/>
              <w:noProof/>
              <w:kern w:val="2"/>
              <w:sz w:val="24"/>
              <w:szCs w:val="24"/>
              <w14:ligatures w14:val="standardContextual"/>
            </w:rPr>
          </w:pPr>
          <w:hyperlink w:anchor="_Toc232110403" w:history="1">
            <w:r w:rsidRPr="00840809">
              <w:rPr>
                <w:rStyle w:val="Kpr"/>
                <w:rFonts w:ascii="Times New Roman" w:eastAsia="Times New Roman" w:hAnsi="Times New Roman"/>
                <w:noProof/>
              </w:rPr>
              <w:t>5.1.4. Soru 4’e İlişkin Bulgular</w:t>
            </w:r>
            <w:r>
              <w:rPr>
                <w:noProof/>
                <w:webHidden/>
              </w:rPr>
              <w:tab/>
            </w:r>
            <w:r>
              <w:rPr>
                <w:noProof/>
                <w:webHidden/>
              </w:rPr>
              <w:fldChar w:fldCharType="begin"/>
            </w:r>
            <w:r>
              <w:rPr>
                <w:noProof/>
                <w:webHidden/>
              </w:rPr>
              <w:instrText xml:space="preserve"> PAGEREF _Toc232110403 \h </w:instrText>
            </w:r>
            <w:r>
              <w:rPr>
                <w:noProof/>
                <w:webHidden/>
              </w:rPr>
            </w:r>
            <w:r>
              <w:rPr>
                <w:noProof/>
                <w:webHidden/>
              </w:rPr>
              <w:fldChar w:fldCharType="separate"/>
            </w:r>
            <w:r>
              <w:rPr>
                <w:noProof/>
                <w:webHidden/>
              </w:rPr>
              <w:t>7</w:t>
            </w:r>
            <w:r>
              <w:rPr>
                <w:noProof/>
                <w:webHidden/>
              </w:rPr>
              <w:fldChar w:fldCharType="end"/>
            </w:r>
          </w:hyperlink>
        </w:p>
        <w:p w14:paraId="41DBF7E0" w14:textId="22731555" w:rsidR="00C77C23" w:rsidRDefault="00C77C23">
          <w:pPr>
            <w:pStyle w:val="T2"/>
            <w:tabs>
              <w:tab w:val="right" w:leader="dot" w:pos="9396"/>
            </w:tabs>
            <w:rPr>
              <w:rFonts w:cstheme="minorBidi"/>
              <w:noProof/>
              <w:kern w:val="2"/>
              <w:sz w:val="24"/>
              <w:szCs w:val="24"/>
              <w14:ligatures w14:val="standardContextual"/>
            </w:rPr>
          </w:pPr>
          <w:hyperlink w:anchor="_Toc232110404" w:history="1">
            <w:r w:rsidRPr="00840809">
              <w:rPr>
                <w:rStyle w:val="Kpr"/>
                <w:rFonts w:ascii="Times New Roman" w:eastAsia="Times New Roman" w:hAnsi="Times New Roman"/>
                <w:noProof/>
              </w:rPr>
              <w:t>5.1.5. Soru 5’e İlişkin Bulgular</w:t>
            </w:r>
            <w:r>
              <w:rPr>
                <w:noProof/>
                <w:webHidden/>
              </w:rPr>
              <w:tab/>
            </w:r>
            <w:r>
              <w:rPr>
                <w:noProof/>
                <w:webHidden/>
              </w:rPr>
              <w:fldChar w:fldCharType="begin"/>
            </w:r>
            <w:r>
              <w:rPr>
                <w:noProof/>
                <w:webHidden/>
              </w:rPr>
              <w:instrText xml:space="preserve"> PAGEREF _Toc232110404 \h </w:instrText>
            </w:r>
            <w:r>
              <w:rPr>
                <w:noProof/>
                <w:webHidden/>
              </w:rPr>
            </w:r>
            <w:r>
              <w:rPr>
                <w:noProof/>
                <w:webHidden/>
              </w:rPr>
              <w:fldChar w:fldCharType="separate"/>
            </w:r>
            <w:r>
              <w:rPr>
                <w:noProof/>
                <w:webHidden/>
              </w:rPr>
              <w:t>7</w:t>
            </w:r>
            <w:r>
              <w:rPr>
                <w:noProof/>
                <w:webHidden/>
              </w:rPr>
              <w:fldChar w:fldCharType="end"/>
            </w:r>
          </w:hyperlink>
        </w:p>
        <w:p w14:paraId="2EC131E7" w14:textId="6C890B8A" w:rsidR="00C77C23" w:rsidRDefault="00C77C23">
          <w:pPr>
            <w:pStyle w:val="T2"/>
            <w:tabs>
              <w:tab w:val="right" w:leader="dot" w:pos="9396"/>
            </w:tabs>
            <w:rPr>
              <w:rFonts w:cstheme="minorBidi"/>
              <w:noProof/>
              <w:kern w:val="2"/>
              <w:sz w:val="24"/>
              <w:szCs w:val="24"/>
              <w14:ligatures w14:val="standardContextual"/>
            </w:rPr>
          </w:pPr>
          <w:hyperlink w:anchor="_Toc232110405" w:history="1">
            <w:r w:rsidRPr="00840809">
              <w:rPr>
                <w:rStyle w:val="Kpr"/>
                <w:rFonts w:ascii="Times New Roman" w:eastAsia="Times New Roman" w:hAnsi="Times New Roman"/>
                <w:noProof/>
              </w:rPr>
              <w:t>5.1.6. Soru 6’e İlişkin Bulgular</w:t>
            </w:r>
            <w:r>
              <w:rPr>
                <w:noProof/>
                <w:webHidden/>
              </w:rPr>
              <w:tab/>
            </w:r>
            <w:r>
              <w:rPr>
                <w:noProof/>
                <w:webHidden/>
              </w:rPr>
              <w:fldChar w:fldCharType="begin"/>
            </w:r>
            <w:r>
              <w:rPr>
                <w:noProof/>
                <w:webHidden/>
              </w:rPr>
              <w:instrText xml:space="preserve"> PAGEREF _Toc232110405 \h </w:instrText>
            </w:r>
            <w:r>
              <w:rPr>
                <w:noProof/>
                <w:webHidden/>
              </w:rPr>
            </w:r>
            <w:r>
              <w:rPr>
                <w:noProof/>
                <w:webHidden/>
              </w:rPr>
              <w:fldChar w:fldCharType="separate"/>
            </w:r>
            <w:r>
              <w:rPr>
                <w:noProof/>
                <w:webHidden/>
              </w:rPr>
              <w:t>8</w:t>
            </w:r>
            <w:r>
              <w:rPr>
                <w:noProof/>
                <w:webHidden/>
              </w:rPr>
              <w:fldChar w:fldCharType="end"/>
            </w:r>
          </w:hyperlink>
        </w:p>
        <w:p w14:paraId="44A4497A" w14:textId="0FC2EF57" w:rsidR="00C77C23" w:rsidRDefault="00C77C23">
          <w:pPr>
            <w:pStyle w:val="T2"/>
            <w:tabs>
              <w:tab w:val="right" w:leader="dot" w:pos="9396"/>
            </w:tabs>
            <w:rPr>
              <w:rFonts w:cstheme="minorBidi"/>
              <w:noProof/>
              <w:kern w:val="2"/>
              <w:sz w:val="24"/>
              <w:szCs w:val="24"/>
              <w14:ligatures w14:val="standardContextual"/>
            </w:rPr>
          </w:pPr>
          <w:hyperlink w:anchor="_Toc232110406" w:history="1">
            <w:r w:rsidRPr="00840809">
              <w:rPr>
                <w:rStyle w:val="Kpr"/>
                <w:rFonts w:ascii="Times New Roman" w:eastAsia="Times New Roman" w:hAnsi="Times New Roman"/>
                <w:noProof/>
              </w:rPr>
              <w:t>5.1.7. Soru 7’e İlişkin Bulgular</w:t>
            </w:r>
            <w:r>
              <w:rPr>
                <w:noProof/>
                <w:webHidden/>
              </w:rPr>
              <w:tab/>
            </w:r>
            <w:r>
              <w:rPr>
                <w:noProof/>
                <w:webHidden/>
              </w:rPr>
              <w:fldChar w:fldCharType="begin"/>
            </w:r>
            <w:r>
              <w:rPr>
                <w:noProof/>
                <w:webHidden/>
              </w:rPr>
              <w:instrText xml:space="preserve"> PAGEREF _Toc232110406 \h </w:instrText>
            </w:r>
            <w:r>
              <w:rPr>
                <w:noProof/>
                <w:webHidden/>
              </w:rPr>
            </w:r>
            <w:r>
              <w:rPr>
                <w:noProof/>
                <w:webHidden/>
              </w:rPr>
              <w:fldChar w:fldCharType="separate"/>
            </w:r>
            <w:r>
              <w:rPr>
                <w:noProof/>
                <w:webHidden/>
              </w:rPr>
              <w:t>9</w:t>
            </w:r>
            <w:r>
              <w:rPr>
                <w:noProof/>
                <w:webHidden/>
              </w:rPr>
              <w:fldChar w:fldCharType="end"/>
            </w:r>
          </w:hyperlink>
        </w:p>
        <w:p w14:paraId="6DA3B000" w14:textId="61F25C0C" w:rsidR="00C77C23" w:rsidRDefault="00C77C23">
          <w:pPr>
            <w:pStyle w:val="T2"/>
            <w:tabs>
              <w:tab w:val="right" w:leader="dot" w:pos="9396"/>
            </w:tabs>
            <w:rPr>
              <w:rFonts w:cstheme="minorBidi"/>
              <w:noProof/>
              <w:kern w:val="2"/>
              <w:sz w:val="24"/>
              <w:szCs w:val="24"/>
              <w14:ligatures w14:val="standardContextual"/>
            </w:rPr>
          </w:pPr>
          <w:hyperlink w:anchor="_Toc232110407" w:history="1">
            <w:r w:rsidRPr="00840809">
              <w:rPr>
                <w:rStyle w:val="Kpr"/>
                <w:rFonts w:ascii="Times New Roman" w:eastAsia="Times New Roman" w:hAnsi="Times New Roman"/>
                <w:noProof/>
              </w:rPr>
              <w:t>5.1.8. Soru 8’e İlişkin Bulgular</w:t>
            </w:r>
            <w:r>
              <w:rPr>
                <w:noProof/>
                <w:webHidden/>
              </w:rPr>
              <w:tab/>
            </w:r>
            <w:r>
              <w:rPr>
                <w:noProof/>
                <w:webHidden/>
              </w:rPr>
              <w:fldChar w:fldCharType="begin"/>
            </w:r>
            <w:r>
              <w:rPr>
                <w:noProof/>
                <w:webHidden/>
              </w:rPr>
              <w:instrText xml:space="preserve"> PAGEREF _Toc232110407 \h </w:instrText>
            </w:r>
            <w:r>
              <w:rPr>
                <w:noProof/>
                <w:webHidden/>
              </w:rPr>
            </w:r>
            <w:r>
              <w:rPr>
                <w:noProof/>
                <w:webHidden/>
              </w:rPr>
              <w:fldChar w:fldCharType="separate"/>
            </w:r>
            <w:r>
              <w:rPr>
                <w:noProof/>
                <w:webHidden/>
              </w:rPr>
              <w:t>9</w:t>
            </w:r>
            <w:r>
              <w:rPr>
                <w:noProof/>
                <w:webHidden/>
              </w:rPr>
              <w:fldChar w:fldCharType="end"/>
            </w:r>
          </w:hyperlink>
        </w:p>
        <w:p w14:paraId="3BA3D24E" w14:textId="18F2B5A7" w:rsidR="00C77C23" w:rsidRDefault="00C77C23">
          <w:pPr>
            <w:pStyle w:val="T2"/>
            <w:tabs>
              <w:tab w:val="right" w:leader="dot" w:pos="9396"/>
            </w:tabs>
            <w:rPr>
              <w:rFonts w:cstheme="minorBidi"/>
              <w:noProof/>
              <w:kern w:val="2"/>
              <w:sz w:val="24"/>
              <w:szCs w:val="24"/>
              <w14:ligatures w14:val="standardContextual"/>
            </w:rPr>
          </w:pPr>
          <w:hyperlink w:anchor="_Toc232110408" w:history="1">
            <w:r w:rsidRPr="00840809">
              <w:rPr>
                <w:rStyle w:val="Kpr"/>
                <w:rFonts w:ascii="Times New Roman" w:eastAsia="Times New Roman" w:hAnsi="Times New Roman"/>
                <w:noProof/>
              </w:rPr>
              <w:t>5.1.9. Soru 9’e İlişkin Bulgular</w:t>
            </w:r>
            <w:r>
              <w:rPr>
                <w:noProof/>
                <w:webHidden/>
              </w:rPr>
              <w:tab/>
            </w:r>
            <w:r>
              <w:rPr>
                <w:noProof/>
                <w:webHidden/>
              </w:rPr>
              <w:fldChar w:fldCharType="begin"/>
            </w:r>
            <w:r>
              <w:rPr>
                <w:noProof/>
                <w:webHidden/>
              </w:rPr>
              <w:instrText xml:space="preserve"> PAGEREF _Toc232110408 \h </w:instrText>
            </w:r>
            <w:r>
              <w:rPr>
                <w:noProof/>
                <w:webHidden/>
              </w:rPr>
            </w:r>
            <w:r>
              <w:rPr>
                <w:noProof/>
                <w:webHidden/>
              </w:rPr>
              <w:fldChar w:fldCharType="separate"/>
            </w:r>
            <w:r>
              <w:rPr>
                <w:noProof/>
                <w:webHidden/>
              </w:rPr>
              <w:t>10</w:t>
            </w:r>
            <w:r>
              <w:rPr>
                <w:noProof/>
                <w:webHidden/>
              </w:rPr>
              <w:fldChar w:fldCharType="end"/>
            </w:r>
          </w:hyperlink>
        </w:p>
        <w:p w14:paraId="16C7E02B" w14:textId="664B814E" w:rsidR="00C77C23" w:rsidRDefault="00C77C23">
          <w:pPr>
            <w:pStyle w:val="T2"/>
            <w:tabs>
              <w:tab w:val="right" w:leader="dot" w:pos="9396"/>
            </w:tabs>
            <w:rPr>
              <w:rFonts w:cstheme="minorBidi"/>
              <w:noProof/>
              <w:kern w:val="2"/>
              <w:sz w:val="24"/>
              <w:szCs w:val="24"/>
              <w14:ligatures w14:val="standardContextual"/>
            </w:rPr>
          </w:pPr>
          <w:hyperlink w:anchor="_Toc232110409" w:history="1">
            <w:r w:rsidRPr="00840809">
              <w:rPr>
                <w:rStyle w:val="Kpr"/>
                <w:rFonts w:ascii="Times New Roman" w:eastAsia="Times New Roman" w:hAnsi="Times New Roman"/>
                <w:noProof/>
              </w:rPr>
              <w:t>5.1.10. Soru 10’e İlişkin Bulgular</w:t>
            </w:r>
            <w:r>
              <w:rPr>
                <w:noProof/>
                <w:webHidden/>
              </w:rPr>
              <w:tab/>
            </w:r>
            <w:r>
              <w:rPr>
                <w:noProof/>
                <w:webHidden/>
              </w:rPr>
              <w:fldChar w:fldCharType="begin"/>
            </w:r>
            <w:r>
              <w:rPr>
                <w:noProof/>
                <w:webHidden/>
              </w:rPr>
              <w:instrText xml:space="preserve"> PAGEREF _Toc232110409 \h </w:instrText>
            </w:r>
            <w:r>
              <w:rPr>
                <w:noProof/>
                <w:webHidden/>
              </w:rPr>
            </w:r>
            <w:r>
              <w:rPr>
                <w:noProof/>
                <w:webHidden/>
              </w:rPr>
              <w:fldChar w:fldCharType="separate"/>
            </w:r>
            <w:r>
              <w:rPr>
                <w:noProof/>
                <w:webHidden/>
              </w:rPr>
              <w:t>10</w:t>
            </w:r>
            <w:r>
              <w:rPr>
                <w:noProof/>
                <w:webHidden/>
              </w:rPr>
              <w:fldChar w:fldCharType="end"/>
            </w:r>
          </w:hyperlink>
        </w:p>
        <w:p w14:paraId="0CEF7F55" w14:textId="687A3E70" w:rsidR="00C77C23" w:rsidRDefault="00C77C23">
          <w:pPr>
            <w:pStyle w:val="T2"/>
            <w:tabs>
              <w:tab w:val="right" w:leader="dot" w:pos="9396"/>
            </w:tabs>
            <w:rPr>
              <w:rFonts w:cstheme="minorBidi"/>
              <w:noProof/>
              <w:kern w:val="2"/>
              <w:sz w:val="24"/>
              <w:szCs w:val="24"/>
              <w14:ligatures w14:val="standardContextual"/>
            </w:rPr>
          </w:pPr>
          <w:hyperlink w:anchor="_Toc232110410" w:history="1">
            <w:r w:rsidRPr="00840809">
              <w:rPr>
                <w:rStyle w:val="Kpr"/>
                <w:rFonts w:ascii="Times New Roman" w:eastAsia="Times New Roman" w:hAnsi="Times New Roman"/>
                <w:noProof/>
              </w:rPr>
              <w:t>5.1.11. Soru 11’e İlişkin Bulgular</w:t>
            </w:r>
            <w:r>
              <w:rPr>
                <w:noProof/>
                <w:webHidden/>
              </w:rPr>
              <w:tab/>
            </w:r>
            <w:r>
              <w:rPr>
                <w:noProof/>
                <w:webHidden/>
              </w:rPr>
              <w:fldChar w:fldCharType="begin"/>
            </w:r>
            <w:r>
              <w:rPr>
                <w:noProof/>
                <w:webHidden/>
              </w:rPr>
              <w:instrText xml:space="preserve"> PAGEREF _Toc232110410 \h </w:instrText>
            </w:r>
            <w:r>
              <w:rPr>
                <w:noProof/>
                <w:webHidden/>
              </w:rPr>
            </w:r>
            <w:r>
              <w:rPr>
                <w:noProof/>
                <w:webHidden/>
              </w:rPr>
              <w:fldChar w:fldCharType="separate"/>
            </w:r>
            <w:r>
              <w:rPr>
                <w:noProof/>
                <w:webHidden/>
              </w:rPr>
              <w:t>11</w:t>
            </w:r>
            <w:r>
              <w:rPr>
                <w:noProof/>
                <w:webHidden/>
              </w:rPr>
              <w:fldChar w:fldCharType="end"/>
            </w:r>
          </w:hyperlink>
        </w:p>
        <w:p w14:paraId="5AF48BB6" w14:textId="66218429" w:rsidR="00C77C23" w:rsidRDefault="00C77C23">
          <w:pPr>
            <w:pStyle w:val="T2"/>
            <w:tabs>
              <w:tab w:val="right" w:leader="dot" w:pos="9396"/>
            </w:tabs>
            <w:rPr>
              <w:rFonts w:cstheme="minorBidi"/>
              <w:noProof/>
              <w:kern w:val="2"/>
              <w:sz w:val="24"/>
              <w:szCs w:val="24"/>
              <w14:ligatures w14:val="standardContextual"/>
            </w:rPr>
          </w:pPr>
          <w:hyperlink w:anchor="_Toc232110411" w:history="1">
            <w:r w:rsidRPr="00840809">
              <w:rPr>
                <w:rStyle w:val="Kpr"/>
                <w:rFonts w:ascii="Times New Roman" w:eastAsia="Times New Roman" w:hAnsi="Times New Roman"/>
                <w:noProof/>
              </w:rPr>
              <w:t>5.1.12. Soru 12’e İlişkin Bulgular</w:t>
            </w:r>
            <w:r>
              <w:rPr>
                <w:noProof/>
                <w:webHidden/>
              </w:rPr>
              <w:tab/>
            </w:r>
            <w:r>
              <w:rPr>
                <w:noProof/>
                <w:webHidden/>
              </w:rPr>
              <w:fldChar w:fldCharType="begin"/>
            </w:r>
            <w:r>
              <w:rPr>
                <w:noProof/>
                <w:webHidden/>
              </w:rPr>
              <w:instrText xml:space="preserve"> PAGEREF _Toc232110411 \h </w:instrText>
            </w:r>
            <w:r>
              <w:rPr>
                <w:noProof/>
                <w:webHidden/>
              </w:rPr>
            </w:r>
            <w:r>
              <w:rPr>
                <w:noProof/>
                <w:webHidden/>
              </w:rPr>
              <w:fldChar w:fldCharType="separate"/>
            </w:r>
            <w:r>
              <w:rPr>
                <w:noProof/>
                <w:webHidden/>
              </w:rPr>
              <w:t>12</w:t>
            </w:r>
            <w:r>
              <w:rPr>
                <w:noProof/>
                <w:webHidden/>
              </w:rPr>
              <w:fldChar w:fldCharType="end"/>
            </w:r>
          </w:hyperlink>
        </w:p>
        <w:p w14:paraId="72A0A8EB" w14:textId="2EE69831" w:rsidR="00C77C23" w:rsidRDefault="00C77C23">
          <w:pPr>
            <w:pStyle w:val="T2"/>
            <w:tabs>
              <w:tab w:val="right" w:leader="dot" w:pos="9396"/>
            </w:tabs>
            <w:rPr>
              <w:rFonts w:cstheme="minorBidi"/>
              <w:noProof/>
              <w:kern w:val="2"/>
              <w:sz w:val="24"/>
              <w:szCs w:val="24"/>
              <w14:ligatures w14:val="standardContextual"/>
            </w:rPr>
          </w:pPr>
          <w:hyperlink w:anchor="_Toc232110412" w:history="1">
            <w:r w:rsidRPr="00840809">
              <w:rPr>
                <w:rStyle w:val="Kpr"/>
                <w:rFonts w:ascii="Times New Roman" w:eastAsia="Times New Roman" w:hAnsi="Times New Roman"/>
                <w:noProof/>
              </w:rPr>
              <w:t>5.1.13. Soru 13’e İlişkin Bulgular</w:t>
            </w:r>
            <w:r>
              <w:rPr>
                <w:noProof/>
                <w:webHidden/>
              </w:rPr>
              <w:tab/>
            </w:r>
            <w:r>
              <w:rPr>
                <w:noProof/>
                <w:webHidden/>
              </w:rPr>
              <w:fldChar w:fldCharType="begin"/>
            </w:r>
            <w:r>
              <w:rPr>
                <w:noProof/>
                <w:webHidden/>
              </w:rPr>
              <w:instrText xml:space="preserve"> PAGEREF _Toc232110412 \h </w:instrText>
            </w:r>
            <w:r>
              <w:rPr>
                <w:noProof/>
                <w:webHidden/>
              </w:rPr>
            </w:r>
            <w:r>
              <w:rPr>
                <w:noProof/>
                <w:webHidden/>
              </w:rPr>
              <w:fldChar w:fldCharType="separate"/>
            </w:r>
            <w:r>
              <w:rPr>
                <w:noProof/>
                <w:webHidden/>
              </w:rPr>
              <w:t>12</w:t>
            </w:r>
            <w:r>
              <w:rPr>
                <w:noProof/>
                <w:webHidden/>
              </w:rPr>
              <w:fldChar w:fldCharType="end"/>
            </w:r>
          </w:hyperlink>
        </w:p>
        <w:p w14:paraId="187D3D7A" w14:textId="695A1202" w:rsidR="00C77C23" w:rsidRDefault="00C77C23">
          <w:pPr>
            <w:pStyle w:val="T2"/>
            <w:tabs>
              <w:tab w:val="right" w:leader="dot" w:pos="9396"/>
            </w:tabs>
            <w:rPr>
              <w:rFonts w:cstheme="minorBidi"/>
              <w:noProof/>
              <w:kern w:val="2"/>
              <w:sz w:val="24"/>
              <w:szCs w:val="24"/>
              <w14:ligatures w14:val="standardContextual"/>
            </w:rPr>
          </w:pPr>
          <w:hyperlink w:anchor="_Toc232110413" w:history="1">
            <w:r w:rsidRPr="00840809">
              <w:rPr>
                <w:rStyle w:val="Kpr"/>
                <w:rFonts w:ascii="Times New Roman" w:eastAsia="Times New Roman" w:hAnsi="Times New Roman"/>
                <w:noProof/>
              </w:rPr>
              <w:t>5.1.14. Soru 14’e İlişkin Bulgular</w:t>
            </w:r>
            <w:r>
              <w:rPr>
                <w:noProof/>
                <w:webHidden/>
              </w:rPr>
              <w:tab/>
            </w:r>
            <w:r>
              <w:rPr>
                <w:noProof/>
                <w:webHidden/>
              </w:rPr>
              <w:fldChar w:fldCharType="begin"/>
            </w:r>
            <w:r>
              <w:rPr>
                <w:noProof/>
                <w:webHidden/>
              </w:rPr>
              <w:instrText xml:space="preserve"> PAGEREF _Toc232110413 \h </w:instrText>
            </w:r>
            <w:r>
              <w:rPr>
                <w:noProof/>
                <w:webHidden/>
              </w:rPr>
            </w:r>
            <w:r>
              <w:rPr>
                <w:noProof/>
                <w:webHidden/>
              </w:rPr>
              <w:fldChar w:fldCharType="separate"/>
            </w:r>
            <w:r>
              <w:rPr>
                <w:noProof/>
                <w:webHidden/>
              </w:rPr>
              <w:t>13</w:t>
            </w:r>
            <w:r>
              <w:rPr>
                <w:noProof/>
                <w:webHidden/>
              </w:rPr>
              <w:fldChar w:fldCharType="end"/>
            </w:r>
          </w:hyperlink>
        </w:p>
        <w:p w14:paraId="17AC3FC6" w14:textId="0A0D9FA4" w:rsidR="00C77C23" w:rsidRDefault="00C77C23">
          <w:pPr>
            <w:pStyle w:val="T2"/>
            <w:tabs>
              <w:tab w:val="right" w:leader="dot" w:pos="9396"/>
            </w:tabs>
            <w:rPr>
              <w:rFonts w:cstheme="minorBidi"/>
              <w:noProof/>
              <w:kern w:val="2"/>
              <w:sz w:val="24"/>
              <w:szCs w:val="24"/>
              <w14:ligatures w14:val="standardContextual"/>
            </w:rPr>
          </w:pPr>
          <w:hyperlink w:anchor="_Toc232110414" w:history="1">
            <w:r w:rsidRPr="00840809">
              <w:rPr>
                <w:rStyle w:val="Kpr"/>
                <w:rFonts w:ascii="Times New Roman" w:eastAsia="Times New Roman" w:hAnsi="Times New Roman"/>
                <w:noProof/>
              </w:rPr>
              <w:t>5.1.15. Soru 15’e İlişkin Bulgular</w:t>
            </w:r>
            <w:r>
              <w:rPr>
                <w:noProof/>
                <w:webHidden/>
              </w:rPr>
              <w:tab/>
            </w:r>
            <w:r>
              <w:rPr>
                <w:noProof/>
                <w:webHidden/>
              </w:rPr>
              <w:fldChar w:fldCharType="begin"/>
            </w:r>
            <w:r>
              <w:rPr>
                <w:noProof/>
                <w:webHidden/>
              </w:rPr>
              <w:instrText xml:space="preserve"> PAGEREF _Toc232110414 \h </w:instrText>
            </w:r>
            <w:r>
              <w:rPr>
                <w:noProof/>
                <w:webHidden/>
              </w:rPr>
            </w:r>
            <w:r>
              <w:rPr>
                <w:noProof/>
                <w:webHidden/>
              </w:rPr>
              <w:fldChar w:fldCharType="separate"/>
            </w:r>
            <w:r>
              <w:rPr>
                <w:noProof/>
                <w:webHidden/>
              </w:rPr>
              <w:t>13</w:t>
            </w:r>
            <w:r>
              <w:rPr>
                <w:noProof/>
                <w:webHidden/>
              </w:rPr>
              <w:fldChar w:fldCharType="end"/>
            </w:r>
          </w:hyperlink>
        </w:p>
        <w:p w14:paraId="46174939" w14:textId="15078373" w:rsidR="00C77C23" w:rsidRDefault="00C77C23">
          <w:pPr>
            <w:pStyle w:val="T2"/>
            <w:tabs>
              <w:tab w:val="right" w:leader="dot" w:pos="9396"/>
            </w:tabs>
            <w:rPr>
              <w:rFonts w:cstheme="minorBidi"/>
              <w:noProof/>
              <w:kern w:val="2"/>
              <w:sz w:val="24"/>
              <w:szCs w:val="24"/>
              <w14:ligatures w14:val="standardContextual"/>
            </w:rPr>
          </w:pPr>
          <w:hyperlink w:anchor="_Toc232110415" w:history="1">
            <w:r w:rsidRPr="00840809">
              <w:rPr>
                <w:rStyle w:val="Kpr"/>
                <w:rFonts w:ascii="Times New Roman" w:eastAsia="Times New Roman" w:hAnsi="Times New Roman"/>
                <w:noProof/>
              </w:rPr>
              <w:t>5.1.16. Soru 16’e İlişkin Bulgular</w:t>
            </w:r>
            <w:r>
              <w:rPr>
                <w:noProof/>
                <w:webHidden/>
              </w:rPr>
              <w:tab/>
            </w:r>
            <w:r>
              <w:rPr>
                <w:noProof/>
                <w:webHidden/>
              </w:rPr>
              <w:fldChar w:fldCharType="begin"/>
            </w:r>
            <w:r>
              <w:rPr>
                <w:noProof/>
                <w:webHidden/>
              </w:rPr>
              <w:instrText xml:space="preserve"> PAGEREF _Toc232110415 \h </w:instrText>
            </w:r>
            <w:r>
              <w:rPr>
                <w:noProof/>
                <w:webHidden/>
              </w:rPr>
            </w:r>
            <w:r>
              <w:rPr>
                <w:noProof/>
                <w:webHidden/>
              </w:rPr>
              <w:fldChar w:fldCharType="separate"/>
            </w:r>
            <w:r>
              <w:rPr>
                <w:noProof/>
                <w:webHidden/>
              </w:rPr>
              <w:t>14</w:t>
            </w:r>
            <w:r>
              <w:rPr>
                <w:noProof/>
                <w:webHidden/>
              </w:rPr>
              <w:fldChar w:fldCharType="end"/>
            </w:r>
          </w:hyperlink>
        </w:p>
        <w:p w14:paraId="0660F5B0" w14:textId="3382EC79" w:rsidR="00C77C23" w:rsidRDefault="00C77C23">
          <w:pPr>
            <w:pStyle w:val="T2"/>
            <w:tabs>
              <w:tab w:val="right" w:leader="dot" w:pos="9396"/>
            </w:tabs>
            <w:rPr>
              <w:rFonts w:cstheme="minorBidi"/>
              <w:noProof/>
              <w:kern w:val="2"/>
              <w:sz w:val="24"/>
              <w:szCs w:val="24"/>
              <w14:ligatures w14:val="standardContextual"/>
            </w:rPr>
          </w:pPr>
          <w:hyperlink w:anchor="_Toc232110416" w:history="1">
            <w:r w:rsidRPr="00840809">
              <w:rPr>
                <w:rStyle w:val="Kpr"/>
                <w:rFonts w:ascii="Times New Roman" w:eastAsia="Times New Roman" w:hAnsi="Times New Roman"/>
                <w:noProof/>
              </w:rPr>
              <w:t>5.1.17. Soru 17’e İlişkin Bulgular</w:t>
            </w:r>
            <w:r>
              <w:rPr>
                <w:noProof/>
                <w:webHidden/>
              </w:rPr>
              <w:tab/>
            </w:r>
            <w:r>
              <w:rPr>
                <w:noProof/>
                <w:webHidden/>
              </w:rPr>
              <w:fldChar w:fldCharType="begin"/>
            </w:r>
            <w:r>
              <w:rPr>
                <w:noProof/>
                <w:webHidden/>
              </w:rPr>
              <w:instrText xml:space="preserve"> PAGEREF _Toc232110416 \h </w:instrText>
            </w:r>
            <w:r>
              <w:rPr>
                <w:noProof/>
                <w:webHidden/>
              </w:rPr>
            </w:r>
            <w:r>
              <w:rPr>
                <w:noProof/>
                <w:webHidden/>
              </w:rPr>
              <w:fldChar w:fldCharType="separate"/>
            </w:r>
            <w:r>
              <w:rPr>
                <w:noProof/>
                <w:webHidden/>
              </w:rPr>
              <w:t>14</w:t>
            </w:r>
            <w:r>
              <w:rPr>
                <w:noProof/>
                <w:webHidden/>
              </w:rPr>
              <w:fldChar w:fldCharType="end"/>
            </w:r>
          </w:hyperlink>
        </w:p>
        <w:p w14:paraId="50BE1C94" w14:textId="3CD85D3B" w:rsidR="00C77C23" w:rsidRDefault="00C77C23">
          <w:pPr>
            <w:pStyle w:val="T2"/>
            <w:tabs>
              <w:tab w:val="right" w:leader="dot" w:pos="9396"/>
            </w:tabs>
            <w:rPr>
              <w:rFonts w:cstheme="minorBidi"/>
              <w:noProof/>
              <w:kern w:val="2"/>
              <w:sz w:val="24"/>
              <w:szCs w:val="24"/>
              <w14:ligatures w14:val="standardContextual"/>
            </w:rPr>
          </w:pPr>
          <w:hyperlink w:anchor="_Toc232110417" w:history="1">
            <w:r w:rsidRPr="00840809">
              <w:rPr>
                <w:rStyle w:val="Kpr"/>
                <w:rFonts w:ascii="Times New Roman" w:eastAsia="Times New Roman" w:hAnsi="Times New Roman"/>
                <w:noProof/>
              </w:rPr>
              <w:t>5.1.18. Soru 18’e İlişkin Bulgular</w:t>
            </w:r>
            <w:r>
              <w:rPr>
                <w:noProof/>
                <w:webHidden/>
              </w:rPr>
              <w:tab/>
            </w:r>
            <w:r>
              <w:rPr>
                <w:noProof/>
                <w:webHidden/>
              </w:rPr>
              <w:fldChar w:fldCharType="begin"/>
            </w:r>
            <w:r>
              <w:rPr>
                <w:noProof/>
                <w:webHidden/>
              </w:rPr>
              <w:instrText xml:space="preserve"> PAGEREF _Toc232110417 \h </w:instrText>
            </w:r>
            <w:r>
              <w:rPr>
                <w:noProof/>
                <w:webHidden/>
              </w:rPr>
            </w:r>
            <w:r>
              <w:rPr>
                <w:noProof/>
                <w:webHidden/>
              </w:rPr>
              <w:fldChar w:fldCharType="separate"/>
            </w:r>
            <w:r>
              <w:rPr>
                <w:noProof/>
                <w:webHidden/>
              </w:rPr>
              <w:t>15</w:t>
            </w:r>
            <w:r>
              <w:rPr>
                <w:noProof/>
                <w:webHidden/>
              </w:rPr>
              <w:fldChar w:fldCharType="end"/>
            </w:r>
          </w:hyperlink>
        </w:p>
        <w:p w14:paraId="285B4A16" w14:textId="0E0DF505" w:rsidR="00C77C23" w:rsidRDefault="00C77C23">
          <w:pPr>
            <w:pStyle w:val="T2"/>
            <w:tabs>
              <w:tab w:val="right" w:leader="dot" w:pos="9396"/>
            </w:tabs>
            <w:rPr>
              <w:rFonts w:cstheme="minorBidi"/>
              <w:noProof/>
              <w:kern w:val="2"/>
              <w:sz w:val="24"/>
              <w:szCs w:val="24"/>
              <w14:ligatures w14:val="standardContextual"/>
            </w:rPr>
          </w:pPr>
          <w:hyperlink w:anchor="_Toc232110418" w:history="1">
            <w:r w:rsidRPr="00840809">
              <w:rPr>
                <w:rStyle w:val="Kpr"/>
                <w:rFonts w:ascii="Times New Roman" w:eastAsia="Times New Roman" w:hAnsi="Times New Roman"/>
                <w:noProof/>
              </w:rPr>
              <w:t>5.1.19. Soru 19’e İlişkin Bulgular</w:t>
            </w:r>
            <w:r>
              <w:rPr>
                <w:noProof/>
                <w:webHidden/>
              </w:rPr>
              <w:tab/>
            </w:r>
            <w:r>
              <w:rPr>
                <w:noProof/>
                <w:webHidden/>
              </w:rPr>
              <w:fldChar w:fldCharType="begin"/>
            </w:r>
            <w:r>
              <w:rPr>
                <w:noProof/>
                <w:webHidden/>
              </w:rPr>
              <w:instrText xml:space="preserve"> PAGEREF _Toc232110418 \h </w:instrText>
            </w:r>
            <w:r>
              <w:rPr>
                <w:noProof/>
                <w:webHidden/>
              </w:rPr>
            </w:r>
            <w:r>
              <w:rPr>
                <w:noProof/>
                <w:webHidden/>
              </w:rPr>
              <w:fldChar w:fldCharType="separate"/>
            </w:r>
            <w:r>
              <w:rPr>
                <w:noProof/>
                <w:webHidden/>
              </w:rPr>
              <w:t>16</w:t>
            </w:r>
            <w:r>
              <w:rPr>
                <w:noProof/>
                <w:webHidden/>
              </w:rPr>
              <w:fldChar w:fldCharType="end"/>
            </w:r>
          </w:hyperlink>
        </w:p>
        <w:p w14:paraId="5135EC2F" w14:textId="12F10FBF" w:rsidR="00C77C23" w:rsidRDefault="00C77C23">
          <w:pPr>
            <w:pStyle w:val="T2"/>
            <w:tabs>
              <w:tab w:val="right" w:leader="dot" w:pos="9396"/>
            </w:tabs>
            <w:rPr>
              <w:rFonts w:cstheme="minorBidi"/>
              <w:noProof/>
              <w:kern w:val="2"/>
              <w:sz w:val="24"/>
              <w:szCs w:val="24"/>
              <w14:ligatures w14:val="standardContextual"/>
            </w:rPr>
          </w:pPr>
          <w:hyperlink w:anchor="_Toc232110419" w:history="1">
            <w:r w:rsidRPr="00840809">
              <w:rPr>
                <w:rStyle w:val="Kpr"/>
                <w:rFonts w:ascii="Times New Roman" w:eastAsia="Times New Roman" w:hAnsi="Times New Roman"/>
                <w:noProof/>
              </w:rPr>
              <w:t>5.1.20. Soru 20’e İlişkin Bulgular</w:t>
            </w:r>
            <w:r>
              <w:rPr>
                <w:noProof/>
                <w:webHidden/>
              </w:rPr>
              <w:tab/>
            </w:r>
            <w:r>
              <w:rPr>
                <w:noProof/>
                <w:webHidden/>
              </w:rPr>
              <w:fldChar w:fldCharType="begin"/>
            </w:r>
            <w:r>
              <w:rPr>
                <w:noProof/>
                <w:webHidden/>
              </w:rPr>
              <w:instrText xml:space="preserve"> PAGEREF _Toc232110419 \h </w:instrText>
            </w:r>
            <w:r>
              <w:rPr>
                <w:noProof/>
                <w:webHidden/>
              </w:rPr>
            </w:r>
            <w:r>
              <w:rPr>
                <w:noProof/>
                <w:webHidden/>
              </w:rPr>
              <w:fldChar w:fldCharType="separate"/>
            </w:r>
            <w:r>
              <w:rPr>
                <w:noProof/>
                <w:webHidden/>
              </w:rPr>
              <w:t>16</w:t>
            </w:r>
            <w:r>
              <w:rPr>
                <w:noProof/>
                <w:webHidden/>
              </w:rPr>
              <w:fldChar w:fldCharType="end"/>
            </w:r>
          </w:hyperlink>
        </w:p>
        <w:p w14:paraId="1CB297C6" w14:textId="22615038" w:rsidR="00C77C23" w:rsidRDefault="00C77C23">
          <w:pPr>
            <w:pStyle w:val="T2"/>
            <w:tabs>
              <w:tab w:val="right" w:leader="dot" w:pos="9396"/>
            </w:tabs>
            <w:rPr>
              <w:rFonts w:cstheme="minorBidi"/>
              <w:noProof/>
              <w:kern w:val="2"/>
              <w:sz w:val="24"/>
              <w:szCs w:val="24"/>
              <w14:ligatures w14:val="standardContextual"/>
            </w:rPr>
          </w:pPr>
          <w:hyperlink w:anchor="_Toc232110420" w:history="1">
            <w:r w:rsidRPr="00840809">
              <w:rPr>
                <w:rStyle w:val="Kpr"/>
                <w:rFonts w:ascii="Times New Roman" w:eastAsia="Times New Roman" w:hAnsi="Times New Roman"/>
                <w:noProof/>
              </w:rPr>
              <w:t>5.1.21. Soru 21’e İlişkin Bulgular</w:t>
            </w:r>
            <w:r>
              <w:rPr>
                <w:noProof/>
                <w:webHidden/>
              </w:rPr>
              <w:tab/>
            </w:r>
            <w:r>
              <w:rPr>
                <w:noProof/>
                <w:webHidden/>
              </w:rPr>
              <w:fldChar w:fldCharType="begin"/>
            </w:r>
            <w:r>
              <w:rPr>
                <w:noProof/>
                <w:webHidden/>
              </w:rPr>
              <w:instrText xml:space="preserve"> PAGEREF _Toc232110420 \h </w:instrText>
            </w:r>
            <w:r>
              <w:rPr>
                <w:noProof/>
                <w:webHidden/>
              </w:rPr>
            </w:r>
            <w:r>
              <w:rPr>
                <w:noProof/>
                <w:webHidden/>
              </w:rPr>
              <w:fldChar w:fldCharType="separate"/>
            </w:r>
            <w:r>
              <w:rPr>
                <w:noProof/>
                <w:webHidden/>
              </w:rPr>
              <w:t>17</w:t>
            </w:r>
            <w:r>
              <w:rPr>
                <w:noProof/>
                <w:webHidden/>
              </w:rPr>
              <w:fldChar w:fldCharType="end"/>
            </w:r>
          </w:hyperlink>
        </w:p>
        <w:p w14:paraId="0A755276" w14:textId="1D88C8FE" w:rsidR="00C77C23" w:rsidRDefault="00C77C23">
          <w:pPr>
            <w:pStyle w:val="T2"/>
            <w:tabs>
              <w:tab w:val="right" w:leader="dot" w:pos="9396"/>
            </w:tabs>
            <w:rPr>
              <w:rFonts w:cstheme="minorBidi"/>
              <w:noProof/>
              <w:kern w:val="2"/>
              <w:sz w:val="24"/>
              <w:szCs w:val="24"/>
              <w14:ligatures w14:val="standardContextual"/>
            </w:rPr>
          </w:pPr>
          <w:hyperlink w:anchor="_Toc232110421" w:history="1">
            <w:r w:rsidRPr="00840809">
              <w:rPr>
                <w:rStyle w:val="Kpr"/>
                <w:rFonts w:ascii="Times New Roman" w:eastAsia="Times New Roman" w:hAnsi="Times New Roman"/>
                <w:noProof/>
              </w:rPr>
              <w:t>5.1.22. Soru 22’e İlişkin Bulgular</w:t>
            </w:r>
            <w:r>
              <w:rPr>
                <w:noProof/>
                <w:webHidden/>
              </w:rPr>
              <w:tab/>
            </w:r>
            <w:r>
              <w:rPr>
                <w:noProof/>
                <w:webHidden/>
              </w:rPr>
              <w:fldChar w:fldCharType="begin"/>
            </w:r>
            <w:r>
              <w:rPr>
                <w:noProof/>
                <w:webHidden/>
              </w:rPr>
              <w:instrText xml:space="preserve"> PAGEREF _Toc232110421 \h </w:instrText>
            </w:r>
            <w:r>
              <w:rPr>
                <w:noProof/>
                <w:webHidden/>
              </w:rPr>
            </w:r>
            <w:r>
              <w:rPr>
                <w:noProof/>
                <w:webHidden/>
              </w:rPr>
              <w:fldChar w:fldCharType="separate"/>
            </w:r>
            <w:r>
              <w:rPr>
                <w:noProof/>
                <w:webHidden/>
              </w:rPr>
              <w:t>17</w:t>
            </w:r>
            <w:r>
              <w:rPr>
                <w:noProof/>
                <w:webHidden/>
              </w:rPr>
              <w:fldChar w:fldCharType="end"/>
            </w:r>
          </w:hyperlink>
        </w:p>
        <w:p w14:paraId="51E92FF0" w14:textId="6C4597A4" w:rsidR="00C77C23" w:rsidRDefault="00C77C23">
          <w:pPr>
            <w:pStyle w:val="T2"/>
            <w:tabs>
              <w:tab w:val="right" w:leader="dot" w:pos="9396"/>
            </w:tabs>
            <w:rPr>
              <w:rFonts w:cstheme="minorBidi"/>
              <w:noProof/>
              <w:kern w:val="2"/>
              <w:sz w:val="24"/>
              <w:szCs w:val="24"/>
              <w14:ligatures w14:val="standardContextual"/>
            </w:rPr>
          </w:pPr>
          <w:hyperlink w:anchor="_Toc232110422" w:history="1">
            <w:r w:rsidRPr="00840809">
              <w:rPr>
                <w:rStyle w:val="Kpr"/>
                <w:rFonts w:ascii="Times New Roman" w:eastAsia="Times New Roman" w:hAnsi="Times New Roman"/>
                <w:noProof/>
              </w:rPr>
              <w:t>5.1.23. Soru 23’e İlişkin Bulgular</w:t>
            </w:r>
            <w:r>
              <w:rPr>
                <w:noProof/>
                <w:webHidden/>
              </w:rPr>
              <w:tab/>
            </w:r>
            <w:r>
              <w:rPr>
                <w:noProof/>
                <w:webHidden/>
              </w:rPr>
              <w:fldChar w:fldCharType="begin"/>
            </w:r>
            <w:r>
              <w:rPr>
                <w:noProof/>
                <w:webHidden/>
              </w:rPr>
              <w:instrText xml:space="preserve"> PAGEREF _Toc232110422 \h </w:instrText>
            </w:r>
            <w:r>
              <w:rPr>
                <w:noProof/>
                <w:webHidden/>
              </w:rPr>
            </w:r>
            <w:r>
              <w:rPr>
                <w:noProof/>
                <w:webHidden/>
              </w:rPr>
              <w:fldChar w:fldCharType="separate"/>
            </w:r>
            <w:r>
              <w:rPr>
                <w:noProof/>
                <w:webHidden/>
              </w:rPr>
              <w:t>18</w:t>
            </w:r>
            <w:r>
              <w:rPr>
                <w:noProof/>
                <w:webHidden/>
              </w:rPr>
              <w:fldChar w:fldCharType="end"/>
            </w:r>
          </w:hyperlink>
        </w:p>
        <w:p w14:paraId="79E0F76E" w14:textId="146EE6B0" w:rsidR="00C77C23" w:rsidRDefault="00C77C23">
          <w:pPr>
            <w:pStyle w:val="T2"/>
            <w:tabs>
              <w:tab w:val="right" w:leader="dot" w:pos="9396"/>
            </w:tabs>
            <w:rPr>
              <w:rFonts w:cstheme="minorBidi"/>
              <w:noProof/>
              <w:kern w:val="2"/>
              <w:sz w:val="24"/>
              <w:szCs w:val="24"/>
              <w14:ligatures w14:val="standardContextual"/>
            </w:rPr>
          </w:pPr>
          <w:hyperlink w:anchor="_Toc232110423" w:history="1">
            <w:r w:rsidRPr="00840809">
              <w:rPr>
                <w:rStyle w:val="Kpr"/>
                <w:rFonts w:ascii="Times New Roman" w:eastAsia="Times New Roman" w:hAnsi="Times New Roman"/>
                <w:noProof/>
              </w:rPr>
              <w:t>5.1.24. Soru 24’e İlişkin Bulgular</w:t>
            </w:r>
            <w:r>
              <w:rPr>
                <w:noProof/>
                <w:webHidden/>
              </w:rPr>
              <w:tab/>
            </w:r>
            <w:r>
              <w:rPr>
                <w:noProof/>
                <w:webHidden/>
              </w:rPr>
              <w:fldChar w:fldCharType="begin"/>
            </w:r>
            <w:r>
              <w:rPr>
                <w:noProof/>
                <w:webHidden/>
              </w:rPr>
              <w:instrText xml:space="preserve"> PAGEREF _Toc232110423 \h </w:instrText>
            </w:r>
            <w:r>
              <w:rPr>
                <w:noProof/>
                <w:webHidden/>
              </w:rPr>
            </w:r>
            <w:r>
              <w:rPr>
                <w:noProof/>
                <w:webHidden/>
              </w:rPr>
              <w:fldChar w:fldCharType="separate"/>
            </w:r>
            <w:r>
              <w:rPr>
                <w:noProof/>
                <w:webHidden/>
              </w:rPr>
              <w:t>19</w:t>
            </w:r>
            <w:r>
              <w:rPr>
                <w:noProof/>
                <w:webHidden/>
              </w:rPr>
              <w:fldChar w:fldCharType="end"/>
            </w:r>
          </w:hyperlink>
        </w:p>
        <w:p w14:paraId="468130B8" w14:textId="49D05361" w:rsidR="00C77C23" w:rsidRDefault="00C77C23">
          <w:pPr>
            <w:pStyle w:val="T2"/>
            <w:tabs>
              <w:tab w:val="right" w:leader="dot" w:pos="9396"/>
            </w:tabs>
            <w:rPr>
              <w:rFonts w:cstheme="minorBidi"/>
              <w:noProof/>
              <w:kern w:val="2"/>
              <w:sz w:val="24"/>
              <w:szCs w:val="24"/>
              <w14:ligatures w14:val="standardContextual"/>
            </w:rPr>
          </w:pPr>
          <w:hyperlink w:anchor="_Toc232110424" w:history="1">
            <w:r w:rsidRPr="00840809">
              <w:rPr>
                <w:rStyle w:val="Kpr"/>
                <w:rFonts w:ascii="Times New Roman" w:eastAsia="Times New Roman" w:hAnsi="Times New Roman"/>
                <w:noProof/>
              </w:rPr>
              <w:t>5.1.25. Soru 25’e İlişkin Bulgular</w:t>
            </w:r>
            <w:r>
              <w:rPr>
                <w:noProof/>
                <w:webHidden/>
              </w:rPr>
              <w:tab/>
            </w:r>
            <w:r>
              <w:rPr>
                <w:noProof/>
                <w:webHidden/>
              </w:rPr>
              <w:fldChar w:fldCharType="begin"/>
            </w:r>
            <w:r>
              <w:rPr>
                <w:noProof/>
                <w:webHidden/>
              </w:rPr>
              <w:instrText xml:space="preserve"> PAGEREF _Toc232110424 \h </w:instrText>
            </w:r>
            <w:r>
              <w:rPr>
                <w:noProof/>
                <w:webHidden/>
              </w:rPr>
            </w:r>
            <w:r>
              <w:rPr>
                <w:noProof/>
                <w:webHidden/>
              </w:rPr>
              <w:fldChar w:fldCharType="separate"/>
            </w:r>
            <w:r>
              <w:rPr>
                <w:noProof/>
                <w:webHidden/>
              </w:rPr>
              <w:t>19</w:t>
            </w:r>
            <w:r>
              <w:rPr>
                <w:noProof/>
                <w:webHidden/>
              </w:rPr>
              <w:fldChar w:fldCharType="end"/>
            </w:r>
          </w:hyperlink>
        </w:p>
        <w:p w14:paraId="6536E320" w14:textId="327EBF18" w:rsidR="00C77C23" w:rsidRDefault="00C77C23">
          <w:pPr>
            <w:pStyle w:val="T2"/>
            <w:tabs>
              <w:tab w:val="right" w:leader="dot" w:pos="9396"/>
            </w:tabs>
            <w:rPr>
              <w:rFonts w:cstheme="minorBidi"/>
              <w:noProof/>
              <w:kern w:val="2"/>
              <w:sz w:val="24"/>
              <w:szCs w:val="24"/>
              <w14:ligatures w14:val="standardContextual"/>
            </w:rPr>
          </w:pPr>
          <w:hyperlink w:anchor="_Toc232110425" w:history="1">
            <w:r w:rsidRPr="00840809">
              <w:rPr>
                <w:rStyle w:val="Kpr"/>
                <w:rFonts w:ascii="Times New Roman" w:eastAsia="Times New Roman" w:hAnsi="Times New Roman"/>
                <w:noProof/>
              </w:rPr>
              <w:t>5.1.26. Soru 26’e İlişkin Bulgular</w:t>
            </w:r>
            <w:r>
              <w:rPr>
                <w:noProof/>
                <w:webHidden/>
              </w:rPr>
              <w:tab/>
            </w:r>
            <w:r>
              <w:rPr>
                <w:noProof/>
                <w:webHidden/>
              </w:rPr>
              <w:fldChar w:fldCharType="begin"/>
            </w:r>
            <w:r>
              <w:rPr>
                <w:noProof/>
                <w:webHidden/>
              </w:rPr>
              <w:instrText xml:space="preserve"> PAGEREF _Toc232110425 \h </w:instrText>
            </w:r>
            <w:r>
              <w:rPr>
                <w:noProof/>
                <w:webHidden/>
              </w:rPr>
            </w:r>
            <w:r>
              <w:rPr>
                <w:noProof/>
                <w:webHidden/>
              </w:rPr>
              <w:fldChar w:fldCharType="separate"/>
            </w:r>
            <w:r>
              <w:rPr>
                <w:noProof/>
                <w:webHidden/>
              </w:rPr>
              <w:t>20</w:t>
            </w:r>
            <w:r>
              <w:rPr>
                <w:noProof/>
                <w:webHidden/>
              </w:rPr>
              <w:fldChar w:fldCharType="end"/>
            </w:r>
          </w:hyperlink>
        </w:p>
        <w:p w14:paraId="05B42C21" w14:textId="1B0D1AEF" w:rsidR="00C77C23" w:rsidRDefault="00C77C23">
          <w:pPr>
            <w:pStyle w:val="T2"/>
            <w:tabs>
              <w:tab w:val="right" w:leader="dot" w:pos="9396"/>
            </w:tabs>
            <w:rPr>
              <w:rFonts w:cstheme="minorBidi"/>
              <w:noProof/>
              <w:kern w:val="2"/>
              <w:sz w:val="24"/>
              <w:szCs w:val="24"/>
              <w14:ligatures w14:val="standardContextual"/>
            </w:rPr>
          </w:pPr>
          <w:hyperlink w:anchor="_Toc232110426" w:history="1">
            <w:r w:rsidRPr="00840809">
              <w:rPr>
                <w:rStyle w:val="Kpr"/>
                <w:rFonts w:ascii="Times New Roman" w:eastAsia="Times New Roman" w:hAnsi="Times New Roman"/>
                <w:noProof/>
              </w:rPr>
              <w:t>5.1.27. Soru 27’e İlişkin Bulgular</w:t>
            </w:r>
            <w:r>
              <w:rPr>
                <w:noProof/>
                <w:webHidden/>
              </w:rPr>
              <w:tab/>
            </w:r>
            <w:r>
              <w:rPr>
                <w:noProof/>
                <w:webHidden/>
              </w:rPr>
              <w:fldChar w:fldCharType="begin"/>
            </w:r>
            <w:r>
              <w:rPr>
                <w:noProof/>
                <w:webHidden/>
              </w:rPr>
              <w:instrText xml:space="preserve"> PAGEREF _Toc232110426 \h </w:instrText>
            </w:r>
            <w:r>
              <w:rPr>
                <w:noProof/>
                <w:webHidden/>
              </w:rPr>
            </w:r>
            <w:r>
              <w:rPr>
                <w:noProof/>
                <w:webHidden/>
              </w:rPr>
              <w:fldChar w:fldCharType="separate"/>
            </w:r>
            <w:r>
              <w:rPr>
                <w:noProof/>
                <w:webHidden/>
              </w:rPr>
              <w:t>20</w:t>
            </w:r>
            <w:r>
              <w:rPr>
                <w:noProof/>
                <w:webHidden/>
              </w:rPr>
              <w:fldChar w:fldCharType="end"/>
            </w:r>
          </w:hyperlink>
        </w:p>
        <w:p w14:paraId="6C0D97DF" w14:textId="004CE852" w:rsidR="00C77C23" w:rsidRDefault="00C77C23">
          <w:pPr>
            <w:pStyle w:val="T2"/>
            <w:tabs>
              <w:tab w:val="right" w:leader="dot" w:pos="9396"/>
            </w:tabs>
            <w:rPr>
              <w:rFonts w:cstheme="minorBidi"/>
              <w:noProof/>
              <w:kern w:val="2"/>
              <w:sz w:val="24"/>
              <w:szCs w:val="24"/>
              <w14:ligatures w14:val="standardContextual"/>
            </w:rPr>
          </w:pPr>
          <w:hyperlink w:anchor="_Toc232110427" w:history="1">
            <w:r w:rsidRPr="00840809">
              <w:rPr>
                <w:rStyle w:val="Kpr"/>
                <w:rFonts w:ascii="Times New Roman" w:eastAsia="Times New Roman" w:hAnsi="Times New Roman"/>
                <w:noProof/>
              </w:rPr>
              <w:t>5.1.28. Soru 28’e İlişkin Bulgular</w:t>
            </w:r>
            <w:r>
              <w:rPr>
                <w:noProof/>
                <w:webHidden/>
              </w:rPr>
              <w:tab/>
            </w:r>
            <w:r>
              <w:rPr>
                <w:noProof/>
                <w:webHidden/>
              </w:rPr>
              <w:fldChar w:fldCharType="begin"/>
            </w:r>
            <w:r>
              <w:rPr>
                <w:noProof/>
                <w:webHidden/>
              </w:rPr>
              <w:instrText xml:space="preserve"> PAGEREF _Toc232110427 \h </w:instrText>
            </w:r>
            <w:r>
              <w:rPr>
                <w:noProof/>
                <w:webHidden/>
              </w:rPr>
            </w:r>
            <w:r>
              <w:rPr>
                <w:noProof/>
                <w:webHidden/>
              </w:rPr>
              <w:fldChar w:fldCharType="separate"/>
            </w:r>
            <w:r>
              <w:rPr>
                <w:noProof/>
                <w:webHidden/>
              </w:rPr>
              <w:t>21</w:t>
            </w:r>
            <w:r>
              <w:rPr>
                <w:noProof/>
                <w:webHidden/>
              </w:rPr>
              <w:fldChar w:fldCharType="end"/>
            </w:r>
          </w:hyperlink>
        </w:p>
        <w:p w14:paraId="60883474" w14:textId="420D2E47" w:rsidR="00C77C23" w:rsidRDefault="00C77C23">
          <w:pPr>
            <w:pStyle w:val="T2"/>
            <w:tabs>
              <w:tab w:val="right" w:leader="dot" w:pos="9396"/>
            </w:tabs>
            <w:rPr>
              <w:rFonts w:cstheme="minorBidi"/>
              <w:noProof/>
              <w:kern w:val="2"/>
              <w:sz w:val="24"/>
              <w:szCs w:val="24"/>
              <w14:ligatures w14:val="standardContextual"/>
            </w:rPr>
          </w:pPr>
          <w:hyperlink w:anchor="_Toc232110428" w:history="1">
            <w:r w:rsidRPr="00840809">
              <w:rPr>
                <w:rStyle w:val="Kpr"/>
                <w:rFonts w:ascii="Times New Roman" w:eastAsia="Times New Roman" w:hAnsi="Times New Roman"/>
                <w:noProof/>
              </w:rPr>
              <w:t>5.1.29. Soru 29’e İlişkin Bulgular</w:t>
            </w:r>
            <w:r>
              <w:rPr>
                <w:noProof/>
                <w:webHidden/>
              </w:rPr>
              <w:tab/>
            </w:r>
            <w:r>
              <w:rPr>
                <w:noProof/>
                <w:webHidden/>
              </w:rPr>
              <w:fldChar w:fldCharType="begin"/>
            </w:r>
            <w:r>
              <w:rPr>
                <w:noProof/>
                <w:webHidden/>
              </w:rPr>
              <w:instrText xml:space="preserve"> PAGEREF _Toc232110428 \h </w:instrText>
            </w:r>
            <w:r>
              <w:rPr>
                <w:noProof/>
                <w:webHidden/>
              </w:rPr>
            </w:r>
            <w:r>
              <w:rPr>
                <w:noProof/>
                <w:webHidden/>
              </w:rPr>
              <w:fldChar w:fldCharType="separate"/>
            </w:r>
            <w:r>
              <w:rPr>
                <w:noProof/>
                <w:webHidden/>
              </w:rPr>
              <w:t>21</w:t>
            </w:r>
            <w:r>
              <w:rPr>
                <w:noProof/>
                <w:webHidden/>
              </w:rPr>
              <w:fldChar w:fldCharType="end"/>
            </w:r>
          </w:hyperlink>
        </w:p>
        <w:p w14:paraId="64513C73" w14:textId="56DB72EC" w:rsidR="00C77C23" w:rsidRDefault="00C77C23">
          <w:pPr>
            <w:pStyle w:val="T2"/>
            <w:tabs>
              <w:tab w:val="right" w:leader="dot" w:pos="9396"/>
            </w:tabs>
            <w:rPr>
              <w:rFonts w:cstheme="minorBidi"/>
              <w:noProof/>
              <w:kern w:val="2"/>
              <w:sz w:val="24"/>
              <w:szCs w:val="24"/>
              <w14:ligatures w14:val="standardContextual"/>
            </w:rPr>
          </w:pPr>
          <w:hyperlink w:anchor="_Toc232110429" w:history="1">
            <w:r w:rsidRPr="00840809">
              <w:rPr>
                <w:rStyle w:val="Kpr"/>
                <w:rFonts w:ascii="Times New Roman" w:eastAsia="Times New Roman" w:hAnsi="Times New Roman"/>
                <w:noProof/>
              </w:rPr>
              <w:t>5.1.30. Soru 30’e İlişkin Bulgular</w:t>
            </w:r>
            <w:r>
              <w:rPr>
                <w:noProof/>
                <w:webHidden/>
              </w:rPr>
              <w:tab/>
            </w:r>
            <w:r>
              <w:rPr>
                <w:noProof/>
                <w:webHidden/>
              </w:rPr>
              <w:fldChar w:fldCharType="begin"/>
            </w:r>
            <w:r>
              <w:rPr>
                <w:noProof/>
                <w:webHidden/>
              </w:rPr>
              <w:instrText xml:space="preserve"> PAGEREF _Toc232110429 \h </w:instrText>
            </w:r>
            <w:r>
              <w:rPr>
                <w:noProof/>
                <w:webHidden/>
              </w:rPr>
            </w:r>
            <w:r>
              <w:rPr>
                <w:noProof/>
                <w:webHidden/>
              </w:rPr>
              <w:fldChar w:fldCharType="separate"/>
            </w:r>
            <w:r>
              <w:rPr>
                <w:noProof/>
                <w:webHidden/>
              </w:rPr>
              <w:t>22</w:t>
            </w:r>
            <w:r>
              <w:rPr>
                <w:noProof/>
                <w:webHidden/>
              </w:rPr>
              <w:fldChar w:fldCharType="end"/>
            </w:r>
          </w:hyperlink>
        </w:p>
        <w:p w14:paraId="1B8900B7" w14:textId="67DCCF59" w:rsidR="00C77C23" w:rsidRDefault="00C77C23">
          <w:pPr>
            <w:pStyle w:val="T2"/>
            <w:tabs>
              <w:tab w:val="right" w:leader="dot" w:pos="9396"/>
            </w:tabs>
            <w:rPr>
              <w:rFonts w:cstheme="minorBidi"/>
              <w:noProof/>
              <w:kern w:val="2"/>
              <w:sz w:val="24"/>
              <w:szCs w:val="24"/>
              <w14:ligatures w14:val="standardContextual"/>
            </w:rPr>
          </w:pPr>
          <w:hyperlink w:anchor="_Toc232110430" w:history="1">
            <w:r w:rsidRPr="00840809">
              <w:rPr>
                <w:rStyle w:val="Kpr"/>
                <w:rFonts w:ascii="Times New Roman" w:eastAsia="Times New Roman" w:hAnsi="Times New Roman"/>
                <w:noProof/>
              </w:rPr>
              <w:t>5.1.31. Soru 31’e İlişkin Bulgular</w:t>
            </w:r>
            <w:r>
              <w:rPr>
                <w:noProof/>
                <w:webHidden/>
              </w:rPr>
              <w:tab/>
            </w:r>
            <w:r>
              <w:rPr>
                <w:noProof/>
                <w:webHidden/>
              </w:rPr>
              <w:fldChar w:fldCharType="begin"/>
            </w:r>
            <w:r>
              <w:rPr>
                <w:noProof/>
                <w:webHidden/>
              </w:rPr>
              <w:instrText xml:space="preserve"> PAGEREF _Toc232110430 \h </w:instrText>
            </w:r>
            <w:r>
              <w:rPr>
                <w:noProof/>
                <w:webHidden/>
              </w:rPr>
            </w:r>
            <w:r>
              <w:rPr>
                <w:noProof/>
                <w:webHidden/>
              </w:rPr>
              <w:fldChar w:fldCharType="separate"/>
            </w:r>
            <w:r>
              <w:rPr>
                <w:noProof/>
                <w:webHidden/>
              </w:rPr>
              <w:t>23</w:t>
            </w:r>
            <w:r>
              <w:rPr>
                <w:noProof/>
                <w:webHidden/>
              </w:rPr>
              <w:fldChar w:fldCharType="end"/>
            </w:r>
          </w:hyperlink>
        </w:p>
        <w:p w14:paraId="71ED2666" w14:textId="5B388604" w:rsidR="00C77C23" w:rsidRDefault="00C77C23">
          <w:pPr>
            <w:pStyle w:val="T2"/>
            <w:tabs>
              <w:tab w:val="right" w:leader="dot" w:pos="9396"/>
            </w:tabs>
            <w:rPr>
              <w:rFonts w:cstheme="minorBidi"/>
              <w:noProof/>
              <w:kern w:val="2"/>
              <w:sz w:val="24"/>
              <w:szCs w:val="24"/>
              <w14:ligatures w14:val="standardContextual"/>
            </w:rPr>
          </w:pPr>
          <w:hyperlink w:anchor="_Toc232110431" w:history="1">
            <w:r w:rsidRPr="00840809">
              <w:rPr>
                <w:rStyle w:val="Kpr"/>
                <w:rFonts w:ascii="Times New Roman" w:eastAsia="Times New Roman" w:hAnsi="Times New Roman"/>
                <w:noProof/>
              </w:rPr>
              <w:t>5.1.32. Soru 32’e İlişkin Bulgular</w:t>
            </w:r>
            <w:r>
              <w:rPr>
                <w:noProof/>
                <w:webHidden/>
              </w:rPr>
              <w:tab/>
            </w:r>
            <w:r>
              <w:rPr>
                <w:noProof/>
                <w:webHidden/>
              </w:rPr>
              <w:fldChar w:fldCharType="begin"/>
            </w:r>
            <w:r>
              <w:rPr>
                <w:noProof/>
                <w:webHidden/>
              </w:rPr>
              <w:instrText xml:space="preserve"> PAGEREF _Toc232110431 \h </w:instrText>
            </w:r>
            <w:r>
              <w:rPr>
                <w:noProof/>
                <w:webHidden/>
              </w:rPr>
            </w:r>
            <w:r>
              <w:rPr>
                <w:noProof/>
                <w:webHidden/>
              </w:rPr>
              <w:fldChar w:fldCharType="separate"/>
            </w:r>
            <w:r>
              <w:rPr>
                <w:noProof/>
                <w:webHidden/>
              </w:rPr>
              <w:t>23</w:t>
            </w:r>
            <w:r>
              <w:rPr>
                <w:noProof/>
                <w:webHidden/>
              </w:rPr>
              <w:fldChar w:fldCharType="end"/>
            </w:r>
          </w:hyperlink>
        </w:p>
        <w:p w14:paraId="31E7008E" w14:textId="418D153B" w:rsidR="00C77C23" w:rsidRDefault="00C77C23">
          <w:pPr>
            <w:pStyle w:val="T2"/>
            <w:tabs>
              <w:tab w:val="right" w:leader="dot" w:pos="9396"/>
            </w:tabs>
            <w:rPr>
              <w:rFonts w:cstheme="minorBidi"/>
              <w:noProof/>
              <w:kern w:val="2"/>
              <w:sz w:val="24"/>
              <w:szCs w:val="24"/>
              <w14:ligatures w14:val="standardContextual"/>
            </w:rPr>
          </w:pPr>
          <w:hyperlink w:anchor="_Toc232110432" w:history="1">
            <w:r w:rsidRPr="00840809">
              <w:rPr>
                <w:rStyle w:val="Kpr"/>
                <w:rFonts w:ascii="Times New Roman" w:eastAsia="Times New Roman" w:hAnsi="Times New Roman"/>
                <w:noProof/>
              </w:rPr>
              <w:t>5.1.33. Soru 33’e İlişkin Bulgular</w:t>
            </w:r>
            <w:r>
              <w:rPr>
                <w:noProof/>
                <w:webHidden/>
              </w:rPr>
              <w:tab/>
            </w:r>
            <w:r>
              <w:rPr>
                <w:noProof/>
                <w:webHidden/>
              </w:rPr>
              <w:fldChar w:fldCharType="begin"/>
            </w:r>
            <w:r>
              <w:rPr>
                <w:noProof/>
                <w:webHidden/>
              </w:rPr>
              <w:instrText xml:space="preserve"> PAGEREF _Toc232110432 \h </w:instrText>
            </w:r>
            <w:r>
              <w:rPr>
                <w:noProof/>
                <w:webHidden/>
              </w:rPr>
            </w:r>
            <w:r>
              <w:rPr>
                <w:noProof/>
                <w:webHidden/>
              </w:rPr>
              <w:fldChar w:fldCharType="separate"/>
            </w:r>
            <w:r>
              <w:rPr>
                <w:noProof/>
                <w:webHidden/>
              </w:rPr>
              <w:t>24</w:t>
            </w:r>
            <w:r>
              <w:rPr>
                <w:noProof/>
                <w:webHidden/>
              </w:rPr>
              <w:fldChar w:fldCharType="end"/>
            </w:r>
          </w:hyperlink>
        </w:p>
        <w:p w14:paraId="060D17D7" w14:textId="73ECEB77" w:rsidR="00C77C23" w:rsidRDefault="00C77C23">
          <w:pPr>
            <w:pStyle w:val="T2"/>
            <w:tabs>
              <w:tab w:val="right" w:leader="dot" w:pos="9396"/>
            </w:tabs>
            <w:rPr>
              <w:rFonts w:cstheme="minorBidi"/>
              <w:noProof/>
              <w:kern w:val="2"/>
              <w:sz w:val="24"/>
              <w:szCs w:val="24"/>
              <w14:ligatures w14:val="standardContextual"/>
            </w:rPr>
          </w:pPr>
          <w:hyperlink w:anchor="_Toc232110433" w:history="1">
            <w:r w:rsidRPr="00840809">
              <w:rPr>
                <w:rStyle w:val="Kpr"/>
                <w:rFonts w:ascii="Times New Roman" w:eastAsia="Times New Roman" w:hAnsi="Times New Roman"/>
                <w:noProof/>
              </w:rPr>
              <w:t>5.1.34. Soru 34’e İlişkin Bulgular</w:t>
            </w:r>
            <w:r>
              <w:rPr>
                <w:noProof/>
                <w:webHidden/>
              </w:rPr>
              <w:tab/>
            </w:r>
            <w:r>
              <w:rPr>
                <w:noProof/>
                <w:webHidden/>
              </w:rPr>
              <w:fldChar w:fldCharType="begin"/>
            </w:r>
            <w:r>
              <w:rPr>
                <w:noProof/>
                <w:webHidden/>
              </w:rPr>
              <w:instrText xml:space="preserve"> PAGEREF _Toc232110433 \h </w:instrText>
            </w:r>
            <w:r>
              <w:rPr>
                <w:noProof/>
                <w:webHidden/>
              </w:rPr>
            </w:r>
            <w:r>
              <w:rPr>
                <w:noProof/>
                <w:webHidden/>
              </w:rPr>
              <w:fldChar w:fldCharType="separate"/>
            </w:r>
            <w:r>
              <w:rPr>
                <w:noProof/>
                <w:webHidden/>
              </w:rPr>
              <w:t>24</w:t>
            </w:r>
            <w:r>
              <w:rPr>
                <w:noProof/>
                <w:webHidden/>
              </w:rPr>
              <w:fldChar w:fldCharType="end"/>
            </w:r>
          </w:hyperlink>
        </w:p>
        <w:p w14:paraId="3F5834D3" w14:textId="48170A40" w:rsidR="00C77C23" w:rsidRDefault="00C77C23">
          <w:pPr>
            <w:pStyle w:val="T2"/>
            <w:tabs>
              <w:tab w:val="right" w:leader="dot" w:pos="9396"/>
            </w:tabs>
            <w:rPr>
              <w:rFonts w:cstheme="minorBidi"/>
              <w:noProof/>
              <w:kern w:val="2"/>
              <w:sz w:val="24"/>
              <w:szCs w:val="24"/>
              <w14:ligatures w14:val="standardContextual"/>
            </w:rPr>
          </w:pPr>
          <w:hyperlink w:anchor="_Toc232110434" w:history="1">
            <w:r w:rsidRPr="00840809">
              <w:rPr>
                <w:rStyle w:val="Kpr"/>
                <w:rFonts w:ascii="Times New Roman" w:eastAsia="Times New Roman" w:hAnsi="Times New Roman"/>
                <w:noProof/>
              </w:rPr>
              <w:t>5.1.35. Soru 35’e İlişkin Bulgular</w:t>
            </w:r>
            <w:r>
              <w:rPr>
                <w:noProof/>
                <w:webHidden/>
              </w:rPr>
              <w:tab/>
            </w:r>
            <w:r>
              <w:rPr>
                <w:noProof/>
                <w:webHidden/>
              </w:rPr>
              <w:fldChar w:fldCharType="begin"/>
            </w:r>
            <w:r>
              <w:rPr>
                <w:noProof/>
                <w:webHidden/>
              </w:rPr>
              <w:instrText xml:space="preserve"> PAGEREF _Toc232110434 \h </w:instrText>
            </w:r>
            <w:r>
              <w:rPr>
                <w:noProof/>
                <w:webHidden/>
              </w:rPr>
            </w:r>
            <w:r>
              <w:rPr>
                <w:noProof/>
                <w:webHidden/>
              </w:rPr>
              <w:fldChar w:fldCharType="separate"/>
            </w:r>
            <w:r>
              <w:rPr>
                <w:noProof/>
                <w:webHidden/>
              </w:rPr>
              <w:t>25</w:t>
            </w:r>
            <w:r>
              <w:rPr>
                <w:noProof/>
                <w:webHidden/>
              </w:rPr>
              <w:fldChar w:fldCharType="end"/>
            </w:r>
          </w:hyperlink>
        </w:p>
        <w:p w14:paraId="35EF5274" w14:textId="5898D4FC" w:rsidR="00C77C23" w:rsidRDefault="00C77C23">
          <w:pPr>
            <w:pStyle w:val="T2"/>
            <w:tabs>
              <w:tab w:val="right" w:leader="dot" w:pos="9396"/>
            </w:tabs>
            <w:rPr>
              <w:rFonts w:cstheme="minorBidi"/>
              <w:noProof/>
              <w:kern w:val="2"/>
              <w:sz w:val="24"/>
              <w:szCs w:val="24"/>
              <w14:ligatures w14:val="standardContextual"/>
            </w:rPr>
          </w:pPr>
          <w:hyperlink w:anchor="_Toc232110435" w:history="1">
            <w:r w:rsidRPr="00840809">
              <w:rPr>
                <w:rStyle w:val="Kpr"/>
                <w:rFonts w:ascii="Times New Roman" w:eastAsia="Times New Roman" w:hAnsi="Times New Roman"/>
                <w:noProof/>
              </w:rPr>
              <w:t>5.1.36. Soru 36’e İlişkin Bulgular</w:t>
            </w:r>
            <w:r>
              <w:rPr>
                <w:noProof/>
                <w:webHidden/>
              </w:rPr>
              <w:tab/>
            </w:r>
            <w:r>
              <w:rPr>
                <w:noProof/>
                <w:webHidden/>
              </w:rPr>
              <w:fldChar w:fldCharType="begin"/>
            </w:r>
            <w:r>
              <w:rPr>
                <w:noProof/>
                <w:webHidden/>
              </w:rPr>
              <w:instrText xml:space="preserve"> PAGEREF _Toc232110435 \h </w:instrText>
            </w:r>
            <w:r>
              <w:rPr>
                <w:noProof/>
                <w:webHidden/>
              </w:rPr>
            </w:r>
            <w:r>
              <w:rPr>
                <w:noProof/>
                <w:webHidden/>
              </w:rPr>
              <w:fldChar w:fldCharType="separate"/>
            </w:r>
            <w:r>
              <w:rPr>
                <w:noProof/>
                <w:webHidden/>
              </w:rPr>
              <w:t>25</w:t>
            </w:r>
            <w:r>
              <w:rPr>
                <w:noProof/>
                <w:webHidden/>
              </w:rPr>
              <w:fldChar w:fldCharType="end"/>
            </w:r>
          </w:hyperlink>
        </w:p>
        <w:p w14:paraId="393AF0C7" w14:textId="11CD7371" w:rsidR="00C77C23" w:rsidRDefault="00C77C23">
          <w:pPr>
            <w:pStyle w:val="T2"/>
            <w:tabs>
              <w:tab w:val="right" w:leader="dot" w:pos="9396"/>
            </w:tabs>
            <w:rPr>
              <w:rFonts w:cstheme="minorBidi"/>
              <w:noProof/>
              <w:kern w:val="2"/>
              <w:sz w:val="24"/>
              <w:szCs w:val="24"/>
              <w14:ligatures w14:val="standardContextual"/>
            </w:rPr>
          </w:pPr>
          <w:hyperlink w:anchor="_Toc232110436" w:history="1">
            <w:r w:rsidRPr="00840809">
              <w:rPr>
                <w:rStyle w:val="Kpr"/>
                <w:rFonts w:ascii="Times New Roman" w:eastAsia="Times New Roman" w:hAnsi="Times New Roman"/>
                <w:noProof/>
              </w:rPr>
              <w:t>5.1.37. Soru 37’e İlişkin Bulgular</w:t>
            </w:r>
            <w:r>
              <w:rPr>
                <w:noProof/>
                <w:webHidden/>
              </w:rPr>
              <w:tab/>
            </w:r>
            <w:r>
              <w:rPr>
                <w:noProof/>
                <w:webHidden/>
              </w:rPr>
              <w:fldChar w:fldCharType="begin"/>
            </w:r>
            <w:r>
              <w:rPr>
                <w:noProof/>
                <w:webHidden/>
              </w:rPr>
              <w:instrText xml:space="preserve"> PAGEREF _Toc232110436 \h </w:instrText>
            </w:r>
            <w:r>
              <w:rPr>
                <w:noProof/>
                <w:webHidden/>
              </w:rPr>
            </w:r>
            <w:r>
              <w:rPr>
                <w:noProof/>
                <w:webHidden/>
              </w:rPr>
              <w:fldChar w:fldCharType="separate"/>
            </w:r>
            <w:r>
              <w:rPr>
                <w:noProof/>
                <w:webHidden/>
              </w:rPr>
              <w:t>26</w:t>
            </w:r>
            <w:r>
              <w:rPr>
                <w:noProof/>
                <w:webHidden/>
              </w:rPr>
              <w:fldChar w:fldCharType="end"/>
            </w:r>
          </w:hyperlink>
        </w:p>
        <w:p w14:paraId="2533C475" w14:textId="4E72455F" w:rsidR="00C77C23" w:rsidRDefault="00C77C23">
          <w:pPr>
            <w:pStyle w:val="T2"/>
            <w:tabs>
              <w:tab w:val="right" w:leader="dot" w:pos="9396"/>
            </w:tabs>
            <w:rPr>
              <w:rFonts w:cstheme="minorBidi"/>
              <w:noProof/>
              <w:kern w:val="2"/>
              <w:sz w:val="24"/>
              <w:szCs w:val="24"/>
              <w14:ligatures w14:val="standardContextual"/>
            </w:rPr>
          </w:pPr>
          <w:hyperlink w:anchor="_Toc232110437" w:history="1">
            <w:r w:rsidRPr="00840809">
              <w:rPr>
                <w:rStyle w:val="Kpr"/>
                <w:rFonts w:ascii="Times New Roman" w:eastAsia="Times New Roman" w:hAnsi="Times New Roman"/>
                <w:noProof/>
              </w:rPr>
              <w:t>5.1.38. Soru 38’e İlişkin Bulgular</w:t>
            </w:r>
            <w:r>
              <w:rPr>
                <w:noProof/>
                <w:webHidden/>
              </w:rPr>
              <w:tab/>
            </w:r>
            <w:r>
              <w:rPr>
                <w:noProof/>
                <w:webHidden/>
              </w:rPr>
              <w:fldChar w:fldCharType="begin"/>
            </w:r>
            <w:r>
              <w:rPr>
                <w:noProof/>
                <w:webHidden/>
              </w:rPr>
              <w:instrText xml:space="preserve"> PAGEREF _Toc232110437 \h </w:instrText>
            </w:r>
            <w:r>
              <w:rPr>
                <w:noProof/>
                <w:webHidden/>
              </w:rPr>
            </w:r>
            <w:r>
              <w:rPr>
                <w:noProof/>
                <w:webHidden/>
              </w:rPr>
              <w:fldChar w:fldCharType="separate"/>
            </w:r>
            <w:r>
              <w:rPr>
                <w:noProof/>
                <w:webHidden/>
              </w:rPr>
              <w:t>27</w:t>
            </w:r>
            <w:r>
              <w:rPr>
                <w:noProof/>
                <w:webHidden/>
              </w:rPr>
              <w:fldChar w:fldCharType="end"/>
            </w:r>
          </w:hyperlink>
        </w:p>
        <w:p w14:paraId="4E047EE4" w14:textId="6AB0246A" w:rsidR="00C77C23" w:rsidRDefault="00C77C23">
          <w:pPr>
            <w:pStyle w:val="T2"/>
            <w:tabs>
              <w:tab w:val="right" w:leader="dot" w:pos="9396"/>
            </w:tabs>
            <w:rPr>
              <w:rFonts w:cstheme="minorBidi"/>
              <w:noProof/>
              <w:kern w:val="2"/>
              <w:sz w:val="24"/>
              <w:szCs w:val="24"/>
              <w14:ligatures w14:val="standardContextual"/>
            </w:rPr>
          </w:pPr>
          <w:hyperlink w:anchor="_Toc232110438" w:history="1">
            <w:r w:rsidRPr="00840809">
              <w:rPr>
                <w:rStyle w:val="Kpr"/>
                <w:rFonts w:ascii="Times New Roman" w:eastAsia="Times New Roman" w:hAnsi="Times New Roman"/>
                <w:noProof/>
              </w:rPr>
              <w:t>5.2. Açık Uçlu Sorulara İlişkin Bulgular</w:t>
            </w:r>
            <w:r>
              <w:rPr>
                <w:noProof/>
                <w:webHidden/>
              </w:rPr>
              <w:tab/>
            </w:r>
            <w:r>
              <w:rPr>
                <w:noProof/>
                <w:webHidden/>
              </w:rPr>
              <w:fldChar w:fldCharType="begin"/>
            </w:r>
            <w:r>
              <w:rPr>
                <w:noProof/>
                <w:webHidden/>
              </w:rPr>
              <w:instrText xml:space="preserve"> PAGEREF _Toc232110438 \h </w:instrText>
            </w:r>
            <w:r>
              <w:rPr>
                <w:noProof/>
                <w:webHidden/>
              </w:rPr>
            </w:r>
            <w:r>
              <w:rPr>
                <w:noProof/>
                <w:webHidden/>
              </w:rPr>
              <w:fldChar w:fldCharType="separate"/>
            </w:r>
            <w:r>
              <w:rPr>
                <w:noProof/>
                <w:webHidden/>
              </w:rPr>
              <w:t>27</w:t>
            </w:r>
            <w:r>
              <w:rPr>
                <w:noProof/>
                <w:webHidden/>
              </w:rPr>
              <w:fldChar w:fldCharType="end"/>
            </w:r>
          </w:hyperlink>
        </w:p>
        <w:p w14:paraId="1D84C81F" w14:textId="66B11134" w:rsidR="00C77C23" w:rsidRDefault="00C77C23">
          <w:pPr>
            <w:pStyle w:val="T3"/>
            <w:tabs>
              <w:tab w:val="right" w:leader="dot" w:pos="9396"/>
            </w:tabs>
            <w:rPr>
              <w:rFonts w:cstheme="minorBidi"/>
              <w:noProof/>
              <w:kern w:val="2"/>
              <w:sz w:val="24"/>
              <w:szCs w:val="24"/>
              <w14:ligatures w14:val="standardContextual"/>
            </w:rPr>
          </w:pPr>
          <w:hyperlink w:anchor="_Toc232110439" w:history="1">
            <w:r w:rsidRPr="00840809">
              <w:rPr>
                <w:rStyle w:val="Kpr"/>
                <w:rFonts w:ascii="Times New Roman" w:eastAsia="Times New Roman" w:hAnsi="Times New Roman"/>
                <w:noProof/>
              </w:rPr>
              <w:t>5.2.1. Programın güçlü yönleri nelerdir?</w:t>
            </w:r>
            <w:r>
              <w:rPr>
                <w:noProof/>
                <w:webHidden/>
              </w:rPr>
              <w:tab/>
            </w:r>
            <w:r>
              <w:rPr>
                <w:noProof/>
                <w:webHidden/>
              </w:rPr>
              <w:fldChar w:fldCharType="begin"/>
            </w:r>
            <w:r>
              <w:rPr>
                <w:noProof/>
                <w:webHidden/>
              </w:rPr>
              <w:instrText xml:space="preserve"> PAGEREF _Toc232110439 \h </w:instrText>
            </w:r>
            <w:r>
              <w:rPr>
                <w:noProof/>
                <w:webHidden/>
              </w:rPr>
            </w:r>
            <w:r>
              <w:rPr>
                <w:noProof/>
                <w:webHidden/>
              </w:rPr>
              <w:fldChar w:fldCharType="separate"/>
            </w:r>
            <w:r>
              <w:rPr>
                <w:noProof/>
                <w:webHidden/>
              </w:rPr>
              <w:t>27</w:t>
            </w:r>
            <w:r>
              <w:rPr>
                <w:noProof/>
                <w:webHidden/>
              </w:rPr>
              <w:fldChar w:fldCharType="end"/>
            </w:r>
          </w:hyperlink>
        </w:p>
        <w:p w14:paraId="09FE1832" w14:textId="0FF4E92D" w:rsidR="00C77C23" w:rsidRDefault="00C77C23">
          <w:pPr>
            <w:pStyle w:val="T3"/>
            <w:tabs>
              <w:tab w:val="right" w:leader="dot" w:pos="9396"/>
            </w:tabs>
            <w:rPr>
              <w:rFonts w:cstheme="minorBidi"/>
              <w:noProof/>
              <w:kern w:val="2"/>
              <w:sz w:val="24"/>
              <w:szCs w:val="24"/>
              <w14:ligatures w14:val="standardContextual"/>
            </w:rPr>
          </w:pPr>
          <w:hyperlink w:anchor="_Toc232110440" w:history="1">
            <w:r w:rsidRPr="00840809">
              <w:rPr>
                <w:rStyle w:val="Kpr"/>
                <w:rFonts w:ascii="Times New Roman" w:eastAsia="Times New Roman" w:hAnsi="Times New Roman"/>
                <w:noProof/>
              </w:rPr>
              <w:t>5.2.2. Geliştirilmesi gereken yönler nelerdir?</w:t>
            </w:r>
            <w:r>
              <w:rPr>
                <w:noProof/>
                <w:webHidden/>
              </w:rPr>
              <w:tab/>
            </w:r>
            <w:r>
              <w:rPr>
                <w:noProof/>
                <w:webHidden/>
              </w:rPr>
              <w:fldChar w:fldCharType="begin"/>
            </w:r>
            <w:r>
              <w:rPr>
                <w:noProof/>
                <w:webHidden/>
              </w:rPr>
              <w:instrText xml:space="preserve"> PAGEREF _Toc232110440 \h </w:instrText>
            </w:r>
            <w:r>
              <w:rPr>
                <w:noProof/>
                <w:webHidden/>
              </w:rPr>
            </w:r>
            <w:r>
              <w:rPr>
                <w:noProof/>
                <w:webHidden/>
              </w:rPr>
              <w:fldChar w:fldCharType="separate"/>
            </w:r>
            <w:r>
              <w:rPr>
                <w:noProof/>
                <w:webHidden/>
              </w:rPr>
              <w:t>28</w:t>
            </w:r>
            <w:r>
              <w:rPr>
                <w:noProof/>
                <w:webHidden/>
              </w:rPr>
              <w:fldChar w:fldCharType="end"/>
            </w:r>
          </w:hyperlink>
        </w:p>
        <w:p w14:paraId="73F2DBDA" w14:textId="018097C5" w:rsidR="00C77C23" w:rsidRDefault="00C77C23">
          <w:pPr>
            <w:pStyle w:val="T3"/>
            <w:tabs>
              <w:tab w:val="right" w:leader="dot" w:pos="9396"/>
            </w:tabs>
            <w:rPr>
              <w:rFonts w:cstheme="minorBidi"/>
              <w:noProof/>
              <w:kern w:val="2"/>
              <w:sz w:val="24"/>
              <w:szCs w:val="24"/>
              <w14:ligatures w14:val="standardContextual"/>
            </w:rPr>
          </w:pPr>
          <w:hyperlink w:anchor="_Toc232110441" w:history="1">
            <w:r w:rsidRPr="00840809">
              <w:rPr>
                <w:rStyle w:val="Kpr"/>
                <w:rFonts w:ascii="Times New Roman" w:eastAsia="Times New Roman" w:hAnsi="Times New Roman"/>
                <w:noProof/>
              </w:rPr>
              <w:t>5.2.3. Eğitim-öğretim sürecine yönelik önerileriniz nelerdir?</w:t>
            </w:r>
            <w:r>
              <w:rPr>
                <w:noProof/>
                <w:webHidden/>
              </w:rPr>
              <w:tab/>
            </w:r>
            <w:r>
              <w:rPr>
                <w:noProof/>
                <w:webHidden/>
              </w:rPr>
              <w:fldChar w:fldCharType="begin"/>
            </w:r>
            <w:r>
              <w:rPr>
                <w:noProof/>
                <w:webHidden/>
              </w:rPr>
              <w:instrText xml:space="preserve"> PAGEREF _Toc232110441 \h </w:instrText>
            </w:r>
            <w:r>
              <w:rPr>
                <w:noProof/>
                <w:webHidden/>
              </w:rPr>
            </w:r>
            <w:r>
              <w:rPr>
                <w:noProof/>
                <w:webHidden/>
              </w:rPr>
              <w:fldChar w:fldCharType="separate"/>
            </w:r>
            <w:r>
              <w:rPr>
                <w:noProof/>
                <w:webHidden/>
              </w:rPr>
              <w:t>28</w:t>
            </w:r>
            <w:r>
              <w:rPr>
                <w:noProof/>
                <w:webHidden/>
              </w:rPr>
              <w:fldChar w:fldCharType="end"/>
            </w:r>
          </w:hyperlink>
        </w:p>
        <w:p w14:paraId="46E9220C" w14:textId="0352A6ED" w:rsidR="00C77C23" w:rsidRDefault="00C77C23">
          <w:pPr>
            <w:pStyle w:val="T3"/>
            <w:tabs>
              <w:tab w:val="right" w:leader="dot" w:pos="9396"/>
            </w:tabs>
            <w:rPr>
              <w:rFonts w:cstheme="minorBidi"/>
              <w:noProof/>
              <w:kern w:val="2"/>
              <w:sz w:val="24"/>
              <w:szCs w:val="24"/>
              <w14:ligatures w14:val="standardContextual"/>
            </w:rPr>
          </w:pPr>
          <w:hyperlink w:anchor="_Toc232110442" w:history="1">
            <w:r w:rsidRPr="00840809">
              <w:rPr>
                <w:rStyle w:val="Kpr"/>
                <w:rFonts w:ascii="Times New Roman" w:eastAsia="Times New Roman" w:hAnsi="Times New Roman"/>
                <w:noProof/>
              </w:rPr>
              <w:t>5.2.4. Klinik/uygulama eğitimine yönelik önerileriniz nelerdir?</w:t>
            </w:r>
            <w:r>
              <w:rPr>
                <w:noProof/>
                <w:webHidden/>
              </w:rPr>
              <w:tab/>
            </w:r>
            <w:r>
              <w:rPr>
                <w:noProof/>
                <w:webHidden/>
              </w:rPr>
              <w:fldChar w:fldCharType="begin"/>
            </w:r>
            <w:r>
              <w:rPr>
                <w:noProof/>
                <w:webHidden/>
              </w:rPr>
              <w:instrText xml:space="preserve"> PAGEREF _Toc232110442 \h </w:instrText>
            </w:r>
            <w:r>
              <w:rPr>
                <w:noProof/>
                <w:webHidden/>
              </w:rPr>
            </w:r>
            <w:r>
              <w:rPr>
                <w:noProof/>
                <w:webHidden/>
              </w:rPr>
              <w:fldChar w:fldCharType="separate"/>
            </w:r>
            <w:r>
              <w:rPr>
                <w:noProof/>
                <w:webHidden/>
              </w:rPr>
              <w:t>28</w:t>
            </w:r>
            <w:r>
              <w:rPr>
                <w:noProof/>
                <w:webHidden/>
              </w:rPr>
              <w:fldChar w:fldCharType="end"/>
            </w:r>
          </w:hyperlink>
        </w:p>
        <w:p w14:paraId="78CBF6E7" w14:textId="1C26C264" w:rsidR="00C77C23" w:rsidRDefault="00C77C23">
          <w:pPr>
            <w:pStyle w:val="T1"/>
            <w:tabs>
              <w:tab w:val="right" w:leader="dot" w:pos="9396"/>
            </w:tabs>
            <w:rPr>
              <w:rFonts w:cstheme="minorBidi"/>
              <w:noProof/>
              <w:kern w:val="2"/>
              <w:sz w:val="24"/>
              <w:szCs w:val="24"/>
              <w14:ligatures w14:val="standardContextual"/>
            </w:rPr>
          </w:pPr>
          <w:hyperlink w:anchor="_Toc232110443" w:history="1">
            <w:r w:rsidRPr="00840809">
              <w:rPr>
                <w:rStyle w:val="Kpr"/>
                <w:rFonts w:ascii="Times New Roman" w:eastAsia="Times New Roman" w:hAnsi="Times New Roman"/>
                <w:noProof/>
              </w:rPr>
              <w:t>6. Genel Değerlendirme</w:t>
            </w:r>
            <w:r>
              <w:rPr>
                <w:noProof/>
                <w:webHidden/>
              </w:rPr>
              <w:tab/>
            </w:r>
            <w:r>
              <w:rPr>
                <w:noProof/>
                <w:webHidden/>
              </w:rPr>
              <w:fldChar w:fldCharType="begin"/>
            </w:r>
            <w:r>
              <w:rPr>
                <w:noProof/>
                <w:webHidden/>
              </w:rPr>
              <w:instrText xml:space="preserve"> PAGEREF _Toc232110443 \h </w:instrText>
            </w:r>
            <w:r>
              <w:rPr>
                <w:noProof/>
                <w:webHidden/>
              </w:rPr>
            </w:r>
            <w:r>
              <w:rPr>
                <w:noProof/>
                <w:webHidden/>
              </w:rPr>
              <w:fldChar w:fldCharType="separate"/>
            </w:r>
            <w:r>
              <w:rPr>
                <w:noProof/>
                <w:webHidden/>
              </w:rPr>
              <w:t>29</w:t>
            </w:r>
            <w:r>
              <w:rPr>
                <w:noProof/>
                <w:webHidden/>
              </w:rPr>
              <w:fldChar w:fldCharType="end"/>
            </w:r>
          </w:hyperlink>
        </w:p>
        <w:p w14:paraId="43CC063C" w14:textId="0A5D41A7" w:rsidR="00C77C23" w:rsidRDefault="00C77C23">
          <w:pPr>
            <w:pStyle w:val="T1"/>
            <w:tabs>
              <w:tab w:val="right" w:leader="dot" w:pos="9396"/>
            </w:tabs>
            <w:rPr>
              <w:rFonts w:cstheme="minorBidi"/>
              <w:noProof/>
              <w:kern w:val="2"/>
              <w:sz w:val="24"/>
              <w:szCs w:val="24"/>
              <w14:ligatures w14:val="standardContextual"/>
            </w:rPr>
          </w:pPr>
          <w:hyperlink w:anchor="_Toc232110444" w:history="1">
            <w:r w:rsidRPr="00840809">
              <w:rPr>
                <w:rStyle w:val="Kpr"/>
                <w:rFonts w:ascii="Times New Roman" w:eastAsia="Times New Roman" w:hAnsi="Times New Roman"/>
                <w:noProof/>
              </w:rPr>
              <w:t>7. Ekler</w:t>
            </w:r>
            <w:r>
              <w:rPr>
                <w:noProof/>
                <w:webHidden/>
              </w:rPr>
              <w:tab/>
            </w:r>
            <w:r>
              <w:rPr>
                <w:noProof/>
                <w:webHidden/>
              </w:rPr>
              <w:fldChar w:fldCharType="begin"/>
            </w:r>
            <w:r>
              <w:rPr>
                <w:noProof/>
                <w:webHidden/>
              </w:rPr>
              <w:instrText xml:space="preserve"> PAGEREF _Toc232110444 \h </w:instrText>
            </w:r>
            <w:r>
              <w:rPr>
                <w:noProof/>
                <w:webHidden/>
              </w:rPr>
            </w:r>
            <w:r>
              <w:rPr>
                <w:noProof/>
                <w:webHidden/>
              </w:rPr>
              <w:fldChar w:fldCharType="separate"/>
            </w:r>
            <w:r>
              <w:rPr>
                <w:noProof/>
                <w:webHidden/>
              </w:rPr>
              <w:t>30</w:t>
            </w:r>
            <w:r>
              <w:rPr>
                <w:noProof/>
                <w:webHidden/>
              </w:rPr>
              <w:fldChar w:fldCharType="end"/>
            </w:r>
          </w:hyperlink>
        </w:p>
        <w:p w14:paraId="051811A1" w14:textId="0C169DF0" w:rsidR="00C77C23" w:rsidRDefault="00C77C23">
          <w:pPr>
            <w:pStyle w:val="T2"/>
            <w:tabs>
              <w:tab w:val="right" w:leader="dot" w:pos="9396"/>
            </w:tabs>
            <w:rPr>
              <w:rFonts w:cstheme="minorBidi"/>
              <w:noProof/>
              <w:kern w:val="2"/>
              <w:sz w:val="24"/>
              <w:szCs w:val="24"/>
              <w14:ligatures w14:val="standardContextual"/>
            </w:rPr>
          </w:pPr>
          <w:hyperlink w:anchor="_Toc232110445" w:history="1">
            <w:r w:rsidRPr="00840809">
              <w:rPr>
                <w:rStyle w:val="Kpr"/>
                <w:rFonts w:ascii="Times New Roman" w:eastAsia="Times New Roman" w:hAnsi="Times New Roman"/>
                <w:noProof/>
              </w:rPr>
              <w:t>Ek 1. Mezun Memnuniyet Anketi Genel Değerlendirme Özeti</w:t>
            </w:r>
            <w:r>
              <w:rPr>
                <w:noProof/>
                <w:webHidden/>
              </w:rPr>
              <w:tab/>
            </w:r>
            <w:r>
              <w:rPr>
                <w:noProof/>
                <w:webHidden/>
              </w:rPr>
              <w:fldChar w:fldCharType="begin"/>
            </w:r>
            <w:r>
              <w:rPr>
                <w:noProof/>
                <w:webHidden/>
              </w:rPr>
              <w:instrText xml:space="preserve"> PAGEREF _Toc232110445 \h </w:instrText>
            </w:r>
            <w:r>
              <w:rPr>
                <w:noProof/>
                <w:webHidden/>
              </w:rPr>
            </w:r>
            <w:r>
              <w:rPr>
                <w:noProof/>
                <w:webHidden/>
              </w:rPr>
              <w:fldChar w:fldCharType="separate"/>
            </w:r>
            <w:r>
              <w:rPr>
                <w:noProof/>
                <w:webHidden/>
              </w:rPr>
              <w:t>30</w:t>
            </w:r>
            <w:r>
              <w:rPr>
                <w:noProof/>
                <w:webHidden/>
              </w:rPr>
              <w:fldChar w:fldCharType="end"/>
            </w:r>
          </w:hyperlink>
        </w:p>
        <w:p w14:paraId="0768FB33" w14:textId="06B4BE34" w:rsidR="00C77C23" w:rsidRDefault="00C77C23">
          <w:pPr>
            <w:pStyle w:val="T2"/>
            <w:tabs>
              <w:tab w:val="right" w:leader="dot" w:pos="9396"/>
            </w:tabs>
            <w:rPr>
              <w:rFonts w:cstheme="minorBidi"/>
              <w:noProof/>
              <w:kern w:val="2"/>
              <w:sz w:val="24"/>
              <w:szCs w:val="24"/>
              <w14:ligatures w14:val="standardContextual"/>
            </w:rPr>
          </w:pPr>
          <w:hyperlink w:anchor="_Toc232110446" w:history="1">
            <w:r w:rsidRPr="00840809">
              <w:rPr>
                <w:rStyle w:val="Kpr"/>
                <w:rFonts w:ascii="Times New Roman" w:eastAsia="Times New Roman" w:hAnsi="Times New Roman"/>
                <w:noProof/>
              </w:rPr>
              <w:t>Ek 2. Maddelere Ait Ortalama Puanlar</w:t>
            </w:r>
            <w:r>
              <w:rPr>
                <w:noProof/>
                <w:webHidden/>
              </w:rPr>
              <w:tab/>
            </w:r>
            <w:r>
              <w:rPr>
                <w:noProof/>
                <w:webHidden/>
              </w:rPr>
              <w:fldChar w:fldCharType="begin"/>
            </w:r>
            <w:r>
              <w:rPr>
                <w:noProof/>
                <w:webHidden/>
              </w:rPr>
              <w:instrText xml:space="preserve"> PAGEREF _Toc232110446 \h </w:instrText>
            </w:r>
            <w:r>
              <w:rPr>
                <w:noProof/>
                <w:webHidden/>
              </w:rPr>
            </w:r>
            <w:r>
              <w:rPr>
                <w:noProof/>
                <w:webHidden/>
              </w:rPr>
              <w:fldChar w:fldCharType="separate"/>
            </w:r>
            <w:r>
              <w:rPr>
                <w:noProof/>
                <w:webHidden/>
              </w:rPr>
              <w:t>30</w:t>
            </w:r>
            <w:r>
              <w:rPr>
                <w:noProof/>
                <w:webHidden/>
              </w:rPr>
              <w:fldChar w:fldCharType="end"/>
            </w:r>
          </w:hyperlink>
        </w:p>
        <w:p w14:paraId="61797F5C" w14:textId="71140B77" w:rsidR="00C77C23" w:rsidRDefault="00C77C23">
          <w:pPr>
            <w:pStyle w:val="T2"/>
            <w:tabs>
              <w:tab w:val="right" w:leader="dot" w:pos="9396"/>
            </w:tabs>
            <w:rPr>
              <w:rFonts w:cstheme="minorBidi"/>
              <w:noProof/>
              <w:kern w:val="2"/>
              <w:sz w:val="24"/>
              <w:szCs w:val="24"/>
              <w14:ligatures w14:val="standardContextual"/>
            </w:rPr>
          </w:pPr>
          <w:hyperlink w:anchor="_Toc232110447" w:history="1">
            <w:r w:rsidRPr="00840809">
              <w:rPr>
                <w:rStyle w:val="Kpr"/>
                <w:rFonts w:ascii="Times New Roman" w:eastAsia="Times New Roman" w:hAnsi="Times New Roman"/>
                <w:noProof/>
              </w:rPr>
              <w:t>Ek 3. Mezun Memnuniyet Anketi</w:t>
            </w:r>
            <w:r>
              <w:rPr>
                <w:noProof/>
                <w:webHidden/>
              </w:rPr>
              <w:tab/>
            </w:r>
            <w:r>
              <w:rPr>
                <w:noProof/>
                <w:webHidden/>
              </w:rPr>
              <w:fldChar w:fldCharType="begin"/>
            </w:r>
            <w:r>
              <w:rPr>
                <w:noProof/>
                <w:webHidden/>
              </w:rPr>
              <w:instrText xml:space="preserve"> PAGEREF _Toc232110447 \h </w:instrText>
            </w:r>
            <w:r>
              <w:rPr>
                <w:noProof/>
                <w:webHidden/>
              </w:rPr>
            </w:r>
            <w:r>
              <w:rPr>
                <w:noProof/>
                <w:webHidden/>
              </w:rPr>
              <w:fldChar w:fldCharType="separate"/>
            </w:r>
            <w:r>
              <w:rPr>
                <w:noProof/>
                <w:webHidden/>
              </w:rPr>
              <w:t>32</w:t>
            </w:r>
            <w:r>
              <w:rPr>
                <w:noProof/>
                <w:webHidden/>
              </w:rPr>
              <w:fldChar w:fldCharType="end"/>
            </w:r>
          </w:hyperlink>
        </w:p>
        <w:p w14:paraId="7B678326" w14:textId="0D17D03B" w:rsidR="00C77C23" w:rsidRDefault="00C77C23">
          <w:r>
            <w:rPr>
              <w:b/>
              <w:bCs/>
            </w:rPr>
            <w:fldChar w:fldCharType="end"/>
          </w:r>
        </w:p>
      </w:sdtContent>
    </w:sdt>
    <w:p w14:paraId="01F90ADD" w14:textId="525166BF" w:rsidR="008D22FA" w:rsidRDefault="008D22FA"/>
    <w:p w14:paraId="4A227269" w14:textId="77777777" w:rsidR="008D22FA" w:rsidRPr="00C77C23" w:rsidRDefault="00000000" w:rsidP="00C77C23">
      <w:pPr>
        <w:pStyle w:val="Balk1"/>
      </w:pPr>
      <w:bookmarkStart w:id="0" w:name="_Toc232110394"/>
      <w:r w:rsidRPr="00C77C23">
        <w:t xml:space="preserve">1. </w:t>
      </w:r>
      <w:proofErr w:type="spellStart"/>
      <w:r w:rsidRPr="00C77C23">
        <w:t>Giriş</w:t>
      </w:r>
      <w:bookmarkEnd w:id="0"/>
      <w:proofErr w:type="spellEnd"/>
    </w:p>
    <w:p w14:paraId="268C13D8" w14:textId="77777777" w:rsidR="008D22FA" w:rsidRDefault="00000000">
      <w:pPr>
        <w:spacing w:after="120"/>
        <w:ind w:firstLine="425"/>
      </w:pPr>
      <w:proofErr w:type="spellStart"/>
      <w:r>
        <w:t>Mezun</w:t>
      </w:r>
      <w:proofErr w:type="spellEnd"/>
      <w:r>
        <w:t xml:space="preserve"> </w:t>
      </w:r>
      <w:proofErr w:type="spellStart"/>
      <w:r>
        <w:t>memnuniyet</w:t>
      </w:r>
      <w:proofErr w:type="spellEnd"/>
      <w:r>
        <w:t xml:space="preserve"> </w:t>
      </w:r>
      <w:proofErr w:type="spellStart"/>
      <w:r>
        <w:t>anketi</w:t>
      </w:r>
      <w:proofErr w:type="spellEnd"/>
      <w:r>
        <w:t xml:space="preserve">, </w:t>
      </w:r>
      <w:proofErr w:type="spellStart"/>
      <w:r>
        <w:t>Veteriner</w:t>
      </w:r>
      <w:proofErr w:type="spellEnd"/>
      <w:r>
        <w:t xml:space="preserve"> Fakültesi mezunlarının eğitim-öğretim süreci, program yapısı, akademik ve idari hizmetler, uygulama olanakları, mesleki yeterlilik kazanımları ve genel memnuniyet düzeylerine ilişkin görüşlerini belirlemek amacıyla uygulanmıştır. Anket aracılığıyla mezunların eğitim sürecine ilişkin deneyimleri nicel ve nitel olarak değerlendirilmiş, programın güçlü yönleri ile geliştirilmesi gereken alanların belirlenmesi hedeflenmiştir.</w:t>
      </w:r>
    </w:p>
    <w:p w14:paraId="66E20CF3" w14:textId="77777777" w:rsidR="008D22FA" w:rsidRDefault="00000000">
      <w:pPr>
        <w:spacing w:after="120"/>
        <w:ind w:firstLine="425"/>
      </w:pPr>
      <w:r>
        <w:t>Bu kapsamda derslerin program amaçlarıyla uyumu, teorik ve uygulamalı eğitimin dengesi, klinik ve laboratuvar olanakları, öğretim elemanlarıyla iletişim, danışmanlık ve idari hizmetlerin yeterliliği, mesleki bilgi-beceri kazanımı, klinik karar verme, etik sorumluluk, disiplinler arası çalışma, kariyer gelişimi ve genel memnuniyet gibi boyutlar incelenmiştir. Elde edilen bulgular, fakültenin eğitim kalitesinin izlenmesi, mezun geri bildirimlerinin kurumsal iyileştirme süreçlerine yansıtılması ve kalite güvencesi çalışmalarına veri sağlanması açısından önemli bir kaynak niteliğindedir.</w:t>
      </w:r>
    </w:p>
    <w:p w14:paraId="0917AB0F" w14:textId="77777777" w:rsidR="008D22FA" w:rsidRDefault="00000000">
      <w:pPr>
        <w:pStyle w:val="Balk1"/>
        <w:jc w:val="left"/>
      </w:pPr>
      <w:bookmarkStart w:id="1" w:name="_Toc232110395"/>
      <w:r>
        <w:rPr>
          <w:rFonts w:ascii="Times New Roman" w:eastAsia="Times New Roman" w:hAnsi="Times New Roman"/>
        </w:rPr>
        <w:lastRenderedPageBreak/>
        <w:t>2. Değerlendirme Yöntemi</w:t>
      </w:r>
      <w:bookmarkEnd w:id="1"/>
    </w:p>
    <w:p w14:paraId="6C0A1DB0" w14:textId="77777777" w:rsidR="008D22FA" w:rsidRDefault="00000000">
      <w:pPr>
        <w:spacing w:after="120"/>
        <w:ind w:firstLine="425"/>
      </w:pPr>
      <w:r>
        <w:t>Anket, 5’li Likert ölçeği kullanılarak uygulanmıştır. Ölçekte 1 = Kesinlikle Katılmıyorum, 2 = Katılmıyorum, 3 = Kararsızım, 4 = Katılıyorum ve 5 = Kesinlikle Katılıyorum seçenekleri yer almaktadır. Değerlendirme sürecinde “Katılıyorum” ve “Kesinlikle Katılıyorum” seçenekleri olumlu görüş; “Kararsızım” seçeneği kararsız görüş; “Katılmıyorum” ve “Kesinlikle Katılmıyorum” seçenekleri ise olumsuz görüş olarak kabul edilmiştir.</w:t>
      </w:r>
    </w:p>
    <w:p w14:paraId="5B21CE77" w14:textId="77777777" w:rsidR="008D22FA" w:rsidRDefault="00000000">
      <w:pPr>
        <w:spacing w:after="120"/>
        <w:ind w:firstLine="425"/>
      </w:pPr>
      <w:r>
        <w:t>Verilerin analizinde her madde için frekans, yüzde, olumlu görüş oranı, kararsız görüş oranı, olumsuz görüş oranı ve ortalama puan hesaplanmıştır. Dikkat kontrolü amacıyla eklenen madde, veri kalitesinin değerlendirilmesinde ayrıca ele alınmış; genel memnuniyet ortalaması hesaplanırken bu madde kapsam dışı bırakılmıştır. Açık uçlu sorular ise içerik analizi yaklaşımıyla incelenmiş, yanıtlar benzer temalar altında gruplandırılarak raporlanmıştır.</w:t>
      </w:r>
    </w:p>
    <w:p w14:paraId="3AFA89DE" w14:textId="77777777" w:rsidR="008D22FA" w:rsidRDefault="00000000">
      <w:pPr>
        <w:pStyle w:val="Balk1"/>
        <w:jc w:val="left"/>
      </w:pPr>
      <w:bookmarkStart w:id="2" w:name="_Toc232110396"/>
      <w:r>
        <w:rPr>
          <w:rFonts w:ascii="Times New Roman" w:eastAsia="Times New Roman" w:hAnsi="Times New Roman"/>
        </w:rPr>
        <w:t>3. Verilerin Analizi</w:t>
      </w:r>
      <w:bookmarkEnd w:id="2"/>
    </w:p>
    <w:p w14:paraId="3887CCEF" w14:textId="77777777" w:rsidR="008D22FA" w:rsidRDefault="00000000">
      <w:pPr>
        <w:spacing w:after="120"/>
        <w:ind w:firstLine="425"/>
      </w:pPr>
      <w:r>
        <w:t>Mezun memnuniyet anketine toplam 52 kişi katılmıştır. Anket formunda 38 Likert tipi madde ve 4 açık uçlu soru yer almaktadır. Likert maddelerinden biri dikkat kontrolü amacıyla kullanılmış, kalan 37 madde program memnuniyeti ve eğitim sürecinin değerlendirilmesine yönelik analizlerde temel alınmıştır.</w:t>
      </w:r>
    </w:p>
    <w:p w14:paraId="4CCDCB02" w14:textId="77777777" w:rsidR="008D22FA" w:rsidRDefault="00000000">
      <w:pPr>
        <w:spacing w:after="120"/>
        <w:ind w:firstLine="425"/>
      </w:pPr>
      <w:r>
        <w:t xml:space="preserve">Dikkat kontrolü maddesi hariç tutulduğunda genel ortalama puan 3,23/5,00 olarak hesaplanmıştır. Tüm maddeler birlikte değerlendirildiğinde olumlu görüş oranı %45,3, kararsız görüş oranı %25,9 ve olumsuz görüş oranı %28,7 düzeyindedir. Bu sonuç, mezunların fakülte eğitimine ilişkin genel değerlendirmelerinin ağırlıklı </w:t>
      </w:r>
      <w:proofErr w:type="spellStart"/>
      <w:r>
        <w:t>olarak</w:t>
      </w:r>
      <w:proofErr w:type="spellEnd"/>
      <w:r>
        <w:t xml:space="preserve"> </w:t>
      </w:r>
      <w:proofErr w:type="spellStart"/>
      <w:r>
        <w:t>olumlu</w:t>
      </w:r>
      <w:proofErr w:type="spellEnd"/>
      <w:r>
        <w:t xml:space="preserve"> </w:t>
      </w:r>
      <w:proofErr w:type="spellStart"/>
      <w:r>
        <w:t>olduğunu</w:t>
      </w:r>
      <w:proofErr w:type="spellEnd"/>
      <w:r>
        <w:t xml:space="preserve"> </w:t>
      </w:r>
      <w:proofErr w:type="spellStart"/>
      <w:r>
        <w:t>göstermektedir</w:t>
      </w:r>
      <w:proofErr w:type="spellEnd"/>
      <w:r>
        <w:t>.</w:t>
      </w:r>
    </w:p>
    <w:p w14:paraId="617A1A58" w14:textId="77777777" w:rsidR="00C77C23" w:rsidRPr="00C77C23" w:rsidRDefault="00C77C23" w:rsidP="00C77C23">
      <w:pPr>
        <w:pStyle w:val="Balk1"/>
        <w:rPr>
          <w:lang w:val="tr-TR"/>
        </w:rPr>
      </w:pPr>
      <w:bookmarkStart w:id="3" w:name="_Toc232110397"/>
      <w:r w:rsidRPr="00C77C23">
        <w:rPr>
          <w:lang w:val="tr-TR"/>
        </w:rPr>
        <w:t>4. Paydaş Dağılımının Değerlendirilmesi</w:t>
      </w:r>
      <w:bookmarkEnd w:id="3"/>
    </w:p>
    <w:p w14:paraId="245192AA" w14:textId="77777777" w:rsidR="00C77C23" w:rsidRPr="00C77C23" w:rsidRDefault="00C77C23" w:rsidP="00C77C23">
      <w:pPr>
        <w:spacing w:after="120"/>
        <w:ind w:firstLine="425"/>
        <w:rPr>
          <w:lang w:val="tr-TR"/>
        </w:rPr>
      </w:pPr>
      <w:r w:rsidRPr="00C77C23">
        <w:rPr>
          <w:lang w:val="tr-TR"/>
        </w:rPr>
        <w:t>Paydaş dağılımı incelendiğinde ankete toplam 52 mezunun katıldığı görülmektedir. Anket yalnızca Veteriner Fakültesi mezunlarına uygulanmış olduğundan katılımcıların tamamını mezunlar oluşturmaktadır (%100). Bu nedenle ankette mevcut öğrenci, akademik personel veya sektör temsilcisi gibi farklı paydaş gruplarına ait bir dağılım bulunmamaktadır.</w:t>
      </w:r>
    </w:p>
    <w:p w14:paraId="68743E6D" w14:textId="77777777" w:rsidR="00C77C23" w:rsidRPr="00C77C23" w:rsidRDefault="00C77C23" w:rsidP="00C77C23">
      <w:pPr>
        <w:spacing w:after="120"/>
        <w:ind w:firstLine="425"/>
        <w:rPr>
          <w:lang w:val="tr-TR"/>
        </w:rPr>
      </w:pPr>
      <w:r w:rsidRPr="00C77C23">
        <w:rPr>
          <w:lang w:val="tr-TR"/>
        </w:rPr>
        <w:t>Bu durum, elde edilen bulguların doğrudan mezunların eğitim sürecine ilişkin değerlendirmelerini yansıtmasını sağlamaktadır. Mezunların görüşleri; programın mesleki yeterlilik kazandırma düzeyi, uygulamalı eğitim olanakları, akademik ve idari hizmetlerin etkinliği ile genel memnuniyet düzeyinin değerlendirilmesinde önemli bir veri kaynağı oluşturmaktadır.</w:t>
      </w:r>
    </w:p>
    <w:p w14:paraId="4E8BBE0E" w14:textId="77777777" w:rsidR="00C77C23" w:rsidRPr="00C77C23" w:rsidRDefault="00C77C23" w:rsidP="00C77C23">
      <w:pPr>
        <w:spacing w:after="120"/>
        <w:ind w:firstLine="425"/>
        <w:rPr>
          <w:lang w:val="tr-TR"/>
        </w:rPr>
      </w:pPr>
      <w:r w:rsidRPr="00C77C23">
        <w:rPr>
          <w:lang w:val="tr-TR"/>
        </w:rPr>
        <w:t>Gelecekte yapılacak değerlendirmelerde mevcut öğrenciler, akademik personel, işverenler ve sektör temsilcileri gibi farklı paydaş gruplarının da sürece dahil edilmesi, programın çok yönlü değerlendirilmesine ve kalite güvence çalışmalarının güçlendirilmesine katkı sağlayacaktır.</w:t>
      </w:r>
    </w:p>
    <w:p w14:paraId="51BDCAF7" w14:textId="77777777" w:rsidR="00C77C23" w:rsidRDefault="00C77C23">
      <w:pPr>
        <w:spacing w:after="120"/>
        <w:ind w:firstLine="425"/>
      </w:pPr>
    </w:p>
    <w:p w14:paraId="16DF17A4" w14:textId="77777777" w:rsidR="00C77C23" w:rsidRDefault="00C77C23">
      <w:pPr>
        <w:spacing w:after="120"/>
        <w:ind w:firstLine="425"/>
      </w:pPr>
    </w:p>
    <w:p w14:paraId="0DF1F1EF" w14:textId="77777777" w:rsidR="008D22FA" w:rsidRDefault="00000000">
      <w:r>
        <w:rPr>
          <w:noProof/>
        </w:rPr>
        <w:lastRenderedPageBreak/>
        <w:drawing>
          <wp:inline distT="0" distB="0" distL="0" distR="0" wp14:anchorId="687524DF" wp14:editId="711460A4">
            <wp:extent cx="5577840" cy="28709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talama_puanlar.png"/>
                    <pic:cNvPicPr/>
                  </pic:nvPicPr>
                  <pic:blipFill>
                    <a:blip r:embed="rId8"/>
                    <a:stretch>
                      <a:fillRect/>
                    </a:stretch>
                  </pic:blipFill>
                  <pic:spPr>
                    <a:xfrm>
                      <a:off x="0" y="0"/>
                      <a:ext cx="5577840" cy="2870947"/>
                    </a:xfrm>
                    <a:prstGeom prst="rect">
                      <a:avLst/>
                    </a:prstGeom>
                  </pic:spPr>
                </pic:pic>
              </a:graphicData>
            </a:graphic>
          </wp:inline>
        </w:drawing>
      </w:r>
    </w:p>
    <w:p w14:paraId="15DB0803" w14:textId="0375E551" w:rsidR="008D22FA" w:rsidRPr="00C77C23" w:rsidRDefault="00C77C23">
      <w:pPr>
        <w:pStyle w:val="Balk1"/>
        <w:jc w:val="left"/>
        <w:rPr>
          <w:rFonts w:ascii="Times New Roman" w:eastAsia="Times New Roman" w:hAnsi="Times New Roman"/>
        </w:rPr>
      </w:pPr>
      <w:bookmarkStart w:id="4" w:name="_Toc232110398"/>
      <w:r>
        <w:rPr>
          <w:rFonts w:ascii="Times New Roman" w:eastAsia="Times New Roman" w:hAnsi="Times New Roman"/>
        </w:rPr>
        <w:t>5</w:t>
      </w:r>
      <w:r w:rsidR="00000000">
        <w:rPr>
          <w:rFonts w:ascii="Times New Roman" w:eastAsia="Times New Roman" w:hAnsi="Times New Roman"/>
        </w:rPr>
        <w:t>. Mezun Memnuniyet Bulguları</w:t>
      </w:r>
      <w:bookmarkEnd w:id="4"/>
    </w:p>
    <w:p w14:paraId="0ECF18AF" w14:textId="346E0C11" w:rsidR="008D22FA" w:rsidRDefault="00C77C23">
      <w:pPr>
        <w:pStyle w:val="Balk2"/>
        <w:jc w:val="left"/>
      </w:pPr>
      <w:bookmarkStart w:id="5" w:name="_Toc232110399"/>
      <w:r>
        <w:rPr>
          <w:rFonts w:ascii="Times New Roman" w:eastAsia="Times New Roman" w:hAnsi="Times New Roman"/>
        </w:rPr>
        <w:t>5</w:t>
      </w:r>
      <w:r w:rsidR="00000000">
        <w:rPr>
          <w:rFonts w:ascii="Times New Roman" w:eastAsia="Times New Roman" w:hAnsi="Times New Roman"/>
        </w:rPr>
        <w:t>.1. Likert Maddelerine İlişkin Bulgular</w:t>
      </w:r>
      <w:bookmarkEnd w:id="5"/>
    </w:p>
    <w:p w14:paraId="39F2B0E4" w14:textId="1418BBA1" w:rsidR="008D22FA" w:rsidRDefault="00C77C23">
      <w:pPr>
        <w:pStyle w:val="Balk2"/>
        <w:jc w:val="left"/>
      </w:pPr>
      <w:bookmarkStart w:id="6" w:name="_Toc232110400"/>
      <w:r>
        <w:rPr>
          <w:rFonts w:ascii="Times New Roman" w:eastAsia="Times New Roman" w:hAnsi="Times New Roman"/>
        </w:rPr>
        <w:t>5</w:t>
      </w:r>
      <w:r w:rsidR="00000000">
        <w:rPr>
          <w:rFonts w:ascii="Times New Roman" w:eastAsia="Times New Roman" w:hAnsi="Times New Roman"/>
        </w:rPr>
        <w:t>.1.1. Soru 1’e İlişkin Bulgular</w:t>
      </w:r>
      <w:bookmarkEnd w:id="6"/>
    </w:p>
    <w:p w14:paraId="2E78E0F6" w14:textId="77777777" w:rsidR="008D22FA" w:rsidRDefault="00000000">
      <w:pPr>
        <w:spacing w:after="120"/>
        <w:ind w:firstLine="425"/>
      </w:pPr>
      <w:r>
        <w:rPr>
          <w:i/>
        </w:rPr>
        <w:t>(Aldığım dersler, programın amaç ve öğrenme çıktılarıyla uyumluydu.)</w:t>
      </w:r>
    </w:p>
    <w:p w14:paraId="6E5B17CE" w14:textId="77777777" w:rsidR="008D22FA" w:rsidRDefault="00000000">
      <w:pPr>
        <w:spacing w:after="120"/>
        <w:ind w:firstLine="425"/>
      </w:pPr>
      <w:r>
        <w:t>Katılımcıların; 10’i (%19,2) Kesinlikle Katılıyorum, 15’i (%28,8) Katılıyorum, 18’i (%34,6) Kararsızım, 3’i (%5,8) Katılmıyorum, 6’i (%11,5) Kesinlikle Katılmıyorum şeklinde görüş bildirdiği belirlenmiştir. Bu sonuçlar, ilgili boyutta olumlu görüşlerin bulunmakla birlikte memnuniyet düzeyinin görece sınırlı kaldığını göstermektedir. Ortalama puanın 3,38 olması, bu başlığın iyileştirme planlarında öncelikli olarak ele alınmasının yararlı olacağını düşündürmektedir.</w:t>
      </w:r>
    </w:p>
    <w:p w14:paraId="37AD1CE4" w14:textId="77777777" w:rsidR="008D22FA" w:rsidRDefault="00000000">
      <w:r>
        <w:rPr>
          <w:noProof/>
        </w:rPr>
        <w:drawing>
          <wp:inline distT="0" distB="0" distL="0" distR="0" wp14:anchorId="35CC676B" wp14:editId="7DA846D0">
            <wp:extent cx="5029200" cy="2514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01.png"/>
                    <pic:cNvPicPr/>
                  </pic:nvPicPr>
                  <pic:blipFill>
                    <a:blip r:embed="rId9"/>
                    <a:stretch>
                      <a:fillRect/>
                    </a:stretch>
                  </pic:blipFill>
                  <pic:spPr>
                    <a:xfrm>
                      <a:off x="0" y="0"/>
                      <a:ext cx="5029200" cy="2514600"/>
                    </a:xfrm>
                    <a:prstGeom prst="rect">
                      <a:avLst/>
                    </a:prstGeom>
                  </pic:spPr>
                </pic:pic>
              </a:graphicData>
            </a:graphic>
          </wp:inline>
        </w:drawing>
      </w:r>
    </w:p>
    <w:p w14:paraId="073A35C4" w14:textId="0146A267" w:rsidR="008D22FA" w:rsidRDefault="00C77C23">
      <w:pPr>
        <w:pStyle w:val="Balk2"/>
        <w:jc w:val="left"/>
      </w:pPr>
      <w:bookmarkStart w:id="7" w:name="_Toc232110401"/>
      <w:r>
        <w:rPr>
          <w:rFonts w:ascii="Times New Roman" w:eastAsia="Times New Roman" w:hAnsi="Times New Roman"/>
        </w:rPr>
        <w:lastRenderedPageBreak/>
        <w:t>5</w:t>
      </w:r>
      <w:r w:rsidR="00000000">
        <w:rPr>
          <w:rFonts w:ascii="Times New Roman" w:eastAsia="Times New Roman" w:hAnsi="Times New Roman"/>
        </w:rPr>
        <w:t>.1.2. Soru 2’e İlişkin Bulgular</w:t>
      </w:r>
      <w:bookmarkEnd w:id="7"/>
    </w:p>
    <w:p w14:paraId="5F2D58FF" w14:textId="77777777" w:rsidR="008D22FA" w:rsidRDefault="00000000">
      <w:pPr>
        <w:spacing w:after="120"/>
        <w:ind w:firstLine="425"/>
      </w:pPr>
      <w:r>
        <w:rPr>
          <w:i/>
        </w:rPr>
        <w:t>(Dersler eğitim-öğretim dönemlerine dengeli bir şekilde dağıtılmıştı.)</w:t>
      </w:r>
    </w:p>
    <w:p w14:paraId="69BC22B3" w14:textId="77777777" w:rsidR="008D22FA" w:rsidRDefault="00000000">
      <w:pPr>
        <w:spacing w:after="120"/>
        <w:ind w:firstLine="425"/>
      </w:pPr>
      <w:r>
        <w:t>Katılımcıların; 12’i (%23,1) Kesinlikle Katılıyorum, 14’i (%26,9) Katılıyorum, 13’i (%25,0) Kararsızım, 9’i (%17,3) Katılmıyorum, 4’i (%7,7) Kesinlikle Katılmıyorum şeklinde görüş bildirdiği belirlenmiştir. Bu sonuçlar, ilgili boyutta olumlu görüşlerin bulunmakla birlikte memnuniyet düzeyinin görece sınırlı kaldığını göstermektedir. Ortalama puanın 3,40 olması, bu başlığın iyileştirme planlarında öncelikli olarak ele alınmasının yararlı olacağını düşündürmektedir.</w:t>
      </w:r>
    </w:p>
    <w:p w14:paraId="718C14BA" w14:textId="77777777" w:rsidR="008D22FA" w:rsidRDefault="00000000">
      <w:r>
        <w:rPr>
          <w:noProof/>
        </w:rPr>
        <w:drawing>
          <wp:inline distT="0" distB="0" distL="0" distR="0" wp14:anchorId="3BB19CB0" wp14:editId="27D4E0FC">
            <wp:extent cx="5029200" cy="2514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02.png"/>
                    <pic:cNvPicPr/>
                  </pic:nvPicPr>
                  <pic:blipFill>
                    <a:blip r:embed="rId10"/>
                    <a:stretch>
                      <a:fillRect/>
                    </a:stretch>
                  </pic:blipFill>
                  <pic:spPr>
                    <a:xfrm>
                      <a:off x="0" y="0"/>
                      <a:ext cx="5029200" cy="2514600"/>
                    </a:xfrm>
                    <a:prstGeom prst="rect">
                      <a:avLst/>
                    </a:prstGeom>
                  </pic:spPr>
                </pic:pic>
              </a:graphicData>
            </a:graphic>
          </wp:inline>
        </w:drawing>
      </w:r>
    </w:p>
    <w:p w14:paraId="26040C66" w14:textId="1DEBAB44" w:rsidR="008D22FA" w:rsidRDefault="00C77C23">
      <w:pPr>
        <w:pStyle w:val="Balk2"/>
        <w:jc w:val="left"/>
      </w:pPr>
      <w:bookmarkStart w:id="8" w:name="_Toc232110402"/>
      <w:r>
        <w:rPr>
          <w:rFonts w:ascii="Times New Roman" w:eastAsia="Times New Roman" w:hAnsi="Times New Roman"/>
        </w:rPr>
        <w:t>5</w:t>
      </w:r>
      <w:r w:rsidR="00000000">
        <w:rPr>
          <w:rFonts w:ascii="Times New Roman" w:eastAsia="Times New Roman" w:hAnsi="Times New Roman"/>
        </w:rPr>
        <w:t>.1.3. Soru 3’e İlişkin Bulgular</w:t>
      </w:r>
      <w:bookmarkEnd w:id="8"/>
    </w:p>
    <w:p w14:paraId="045C5D08" w14:textId="77777777" w:rsidR="008D22FA" w:rsidRDefault="00000000">
      <w:pPr>
        <w:spacing w:after="120"/>
        <w:ind w:firstLine="425"/>
      </w:pPr>
      <w:r>
        <w:rPr>
          <w:i/>
        </w:rPr>
        <w:t>(Alan içi (klinik/temel bilimler) ve alan dışı derslerin dağılımı dengeliydi.)</w:t>
      </w:r>
    </w:p>
    <w:p w14:paraId="6669A351" w14:textId="77777777" w:rsidR="008D22FA" w:rsidRDefault="00000000">
      <w:pPr>
        <w:spacing w:after="120"/>
        <w:ind w:firstLine="425"/>
      </w:pPr>
      <w:r>
        <w:t>Katılımcıların; 12’i (%23,1) Kesinlikle Katılıyorum, 8’i (%15,4) Katılıyorum, 17’i (%32,7) Kararsızım, 7’i (%13,5) Katılmıyorum, 8’i (%15,4) Kesinlikle Katılmıyorum şeklinde görüş bildirdiği belirlenmiştir. Bu sonuçlar, ilgili boyutta olumlu görüşlerin bulunmakla birlikte memnuniyet düzeyinin görece sınırlı kaldığını göstermektedir. Ortalama puanın 3,17 olması, bu başlığın iyileştirme planlarında öncelikli olarak ele alınmasının yararlı olacağını düşündürmektedir.</w:t>
      </w:r>
    </w:p>
    <w:p w14:paraId="7DAB4917" w14:textId="77777777" w:rsidR="008D22FA" w:rsidRDefault="00000000">
      <w:r>
        <w:rPr>
          <w:noProof/>
        </w:rPr>
        <w:lastRenderedPageBreak/>
        <w:drawing>
          <wp:inline distT="0" distB="0" distL="0" distR="0" wp14:anchorId="2CC7DD3E" wp14:editId="0A7F681F">
            <wp:extent cx="5029200" cy="2514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03.png"/>
                    <pic:cNvPicPr/>
                  </pic:nvPicPr>
                  <pic:blipFill>
                    <a:blip r:embed="rId11"/>
                    <a:stretch>
                      <a:fillRect/>
                    </a:stretch>
                  </pic:blipFill>
                  <pic:spPr>
                    <a:xfrm>
                      <a:off x="0" y="0"/>
                      <a:ext cx="5029200" cy="2514600"/>
                    </a:xfrm>
                    <a:prstGeom prst="rect">
                      <a:avLst/>
                    </a:prstGeom>
                  </pic:spPr>
                </pic:pic>
              </a:graphicData>
            </a:graphic>
          </wp:inline>
        </w:drawing>
      </w:r>
    </w:p>
    <w:p w14:paraId="2F20026C" w14:textId="69217655" w:rsidR="008D22FA" w:rsidRDefault="00C77C23">
      <w:pPr>
        <w:pStyle w:val="Balk2"/>
        <w:jc w:val="left"/>
      </w:pPr>
      <w:bookmarkStart w:id="9" w:name="_Toc232110403"/>
      <w:r>
        <w:rPr>
          <w:rFonts w:ascii="Times New Roman" w:eastAsia="Times New Roman" w:hAnsi="Times New Roman"/>
        </w:rPr>
        <w:t>5</w:t>
      </w:r>
      <w:r w:rsidR="00000000">
        <w:rPr>
          <w:rFonts w:ascii="Times New Roman" w:eastAsia="Times New Roman" w:hAnsi="Times New Roman"/>
        </w:rPr>
        <w:t>.1.4. Soru 4’e İlişkin Bulgular</w:t>
      </w:r>
      <w:bookmarkEnd w:id="9"/>
    </w:p>
    <w:p w14:paraId="7A09C7DE" w14:textId="77777777" w:rsidR="008D22FA" w:rsidRDefault="00000000">
      <w:pPr>
        <w:spacing w:after="120"/>
        <w:ind w:firstLine="425"/>
      </w:pPr>
      <w:r>
        <w:rPr>
          <w:i/>
        </w:rPr>
        <w:t>(Seçmeli dersler, ilgi alanlarıma ve mesleki ihtiyaçlarıma katkı sağlamıştı.)</w:t>
      </w:r>
    </w:p>
    <w:p w14:paraId="6445794C" w14:textId="77777777" w:rsidR="008D22FA" w:rsidRDefault="00000000">
      <w:pPr>
        <w:spacing w:after="120"/>
        <w:ind w:firstLine="425"/>
      </w:pPr>
      <w:r>
        <w:t>Katılımcıların; 12’i (%23,1) Kesinlikle Katılıyorum, 7’i (%13,5) Katılıyorum, 12’i (%23,1) Kararsızım, 10’i (%19,2) Katılmıyorum, 11’i (%21,2) Kesinlikle Katılmıyorum şeklinde görüş bildirdiği belirlenmiştir. Bu sonuçlar, ilgili boyutta olumlu görüşlerin bulunmakla birlikte memnuniyet düzeyinin görece sınırlı kaldığını göstermektedir. Ortalama puanın 2,98 olması, bu başlığın iyileştirme planlarında öncelikli olarak ele alınmasının yararlı olacağını düşündürmektedir.</w:t>
      </w:r>
    </w:p>
    <w:p w14:paraId="584B36F1" w14:textId="77777777" w:rsidR="008D22FA" w:rsidRDefault="00000000">
      <w:r>
        <w:rPr>
          <w:noProof/>
        </w:rPr>
        <w:drawing>
          <wp:inline distT="0" distB="0" distL="0" distR="0" wp14:anchorId="54CA2382" wp14:editId="69C11F8B">
            <wp:extent cx="5029200" cy="2514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04.png"/>
                    <pic:cNvPicPr/>
                  </pic:nvPicPr>
                  <pic:blipFill>
                    <a:blip r:embed="rId12"/>
                    <a:stretch>
                      <a:fillRect/>
                    </a:stretch>
                  </pic:blipFill>
                  <pic:spPr>
                    <a:xfrm>
                      <a:off x="0" y="0"/>
                      <a:ext cx="5029200" cy="2514600"/>
                    </a:xfrm>
                    <a:prstGeom prst="rect">
                      <a:avLst/>
                    </a:prstGeom>
                  </pic:spPr>
                </pic:pic>
              </a:graphicData>
            </a:graphic>
          </wp:inline>
        </w:drawing>
      </w:r>
    </w:p>
    <w:p w14:paraId="5887AFB0" w14:textId="730E654B" w:rsidR="008D22FA" w:rsidRDefault="00C77C23">
      <w:pPr>
        <w:pStyle w:val="Balk2"/>
        <w:jc w:val="left"/>
      </w:pPr>
      <w:bookmarkStart w:id="10" w:name="_Toc232110404"/>
      <w:r>
        <w:rPr>
          <w:rFonts w:ascii="Times New Roman" w:eastAsia="Times New Roman" w:hAnsi="Times New Roman"/>
        </w:rPr>
        <w:t>5</w:t>
      </w:r>
      <w:r w:rsidR="00000000">
        <w:rPr>
          <w:rFonts w:ascii="Times New Roman" w:eastAsia="Times New Roman" w:hAnsi="Times New Roman"/>
        </w:rPr>
        <w:t>.1.5. Soru 5’e İlişkin Bulgular</w:t>
      </w:r>
      <w:bookmarkEnd w:id="10"/>
    </w:p>
    <w:p w14:paraId="686BE19B" w14:textId="77777777" w:rsidR="008D22FA" w:rsidRDefault="00000000">
      <w:pPr>
        <w:spacing w:after="120"/>
        <w:ind w:firstLine="425"/>
      </w:pPr>
      <w:r>
        <w:rPr>
          <w:i/>
        </w:rPr>
        <w:t>(Ders içerikleri, eğitim aldığım dönemde ulusal ve uluslararası gelişmelerle uyumluydu.)</w:t>
      </w:r>
    </w:p>
    <w:p w14:paraId="0DBADC04" w14:textId="77777777" w:rsidR="008D22FA" w:rsidRDefault="00000000">
      <w:pPr>
        <w:spacing w:after="120"/>
        <w:ind w:firstLine="425"/>
      </w:pPr>
      <w:r>
        <w:t xml:space="preserve">Katılımcıların; 10’i (%19,2) Kesinlikle Katılıyorum, 9’i (%17,3) Katılıyorum, 18’i (%34,6) Kararsızım, 7’i (%13,5) Katılmıyorum, 8’i (%15,4) Kesinlikle Katılmıyorum şeklinde görüş bildirdiği belirlenmiştir. Bu sonuçlar, ilgili boyutta olumlu görüşlerin bulunmakla birlikte </w:t>
      </w:r>
      <w:r>
        <w:lastRenderedPageBreak/>
        <w:t>memnuniyet düzeyinin görece sınırlı kaldığını göstermektedir. Ortalama puanın 3,12 olması, bu başlığın iyileştirme planlarında öncelikli olarak ele alınmasının yararlı olacağını düşündürmektedir.</w:t>
      </w:r>
    </w:p>
    <w:p w14:paraId="54973DB9" w14:textId="77777777" w:rsidR="008D22FA" w:rsidRDefault="00000000">
      <w:r>
        <w:rPr>
          <w:noProof/>
        </w:rPr>
        <w:drawing>
          <wp:inline distT="0" distB="0" distL="0" distR="0" wp14:anchorId="30E41839" wp14:editId="39821ECB">
            <wp:extent cx="5029200" cy="2514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05.png"/>
                    <pic:cNvPicPr/>
                  </pic:nvPicPr>
                  <pic:blipFill>
                    <a:blip r:embed="rId13"/>
                    <a:stretch>
                      <a:fillRect/>
                    </a:stretch>
                  </pic:blipFill>
                  <pic:spPr>
                    <a:xfrm>
                      <a:off x="0" y="0"/>
                      <a:ext cx="5029200" cy="2514600"/>
                    </a:xfrm>
                    <a:prstGeom prst="rect">
                      <a:avLst/>
                    </a:prstGeom>
                  </pic:spPr>
                </pic:pic>
              </a:graphicData>
            </a:graphic>
          </wp:inline>
        </w:drawing>
      </w:r>
    </w:p>
    <w:p w14:paraId="4927CBDB" w14:textId="0CC49E5C" w:rsidR="008D22FA" w:rsidRDefault="00C77C23">
      <w:pPr>
        <w:pStyle w:val="Balk2"/>
        <w:jc w:val="left"/>
      </w:pPr>
      <w:bookmarkStart w:id="11" w:name="_Toc232110405"/>
      <w:r>
        <w:rPr>
          <w:rFonts w:ascii="Times New Roman" w:eastAsia="Times New Roman" w:hAnsi="Times New Roman"/>
        </w:rPr>
        <w:t>5</w:t>
      </w:r>
      <w:r w:rsidR="00000000">
        <w:rPr>
          <w:rFonts w:ascii="Times New Roman" w:eastAsia="Times New Roman" w:hAnsi="Times New Roman"/>
        </w:rPr>
        <w:t>.1.6. Soru 6’e İlişkin Bulgular</w:t>
      </w:r>
      <w:bookmarkEnd w:id="11"/>
    </w:p>
    <w:p w14:paraId="16C46EBF" w14:textId="77777777" w:rsidR="008D22FA" w:rsidRDefault="00000000">
      <w:pPr>
        <w:spacing w:after="120"/>
        <w:ind w:firstLine="425"/>
      </w:pPr>
      <w:r>
        <w:rPr>
          <w:i/>
        </w:rPr>
        <w:t>(Program, meslek hayatımda karşılaştığım klinik ve saha problemlerine çözüm üretebilecek şekilde yapılandırılmıştı.)</w:t>
      </w:r>
    </w:p>
    <w:p w14:paraId="08D9553B" w14:textId="77777777" w:rsidR="008D22FA" w:rsidRDefault="00000000">
      <w:pPr>
        <w:spacing w:after="120"/>
        <w:ind w:firstLine="425"/>
      </w:pPr>
      <w:r>
        <w:t>Katılımcıların; 8’i (%15,4) Kesinlikle Katılıyorum, 14’i (%26,9) Katılıyorum, 16’i (%30,8) Kararsızım, 5’i (%9,6) Katılmıyorum, 9’i (%17,3) Kesinlikle Katılmıyorum şeklinde görüş bildirdiği belirlenmiştir. Bu sonuçlar, ilgili boyutta olumlu görüşlerin bulunmakla birlikte memnuniyet düzeyinin görece sınırlı kaldığını göstermektedir. Ortalama puanın 3,13 olması, bu başlığın iyileştirme planlarında öncelikli olarak ele alınmasının yararlı olacağını düşündürmektedir.</w:t>
      </w:r>
    </w:p>
    <w:p w14:paraId="14A7629F" w14:textId="77777777" w:rsidR="008D22FA" w:rsidRDefault="00000000">
      <w:r>
        <w:rPr>
          <w:noProof/>
        </w:rPr>
        <w:drawing>
          <wp:inline distT="0" distB="0" distL="0" distR="0" wp14:anchorId="4FE434A7" wp14:editId="00C4BB85">
            <wp:extent cx="5029200" cy="2514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06.png"/>
                    <pic:cNvPicPr/>
                  </pic:nvPicPr>
                  <pic:blipFill>
                    <a:blip r:embed="rId14"/>
                    <a:stretch>
                      <a:fillRect/>
                    </a:stretch>
                  </pic:blipFill>
                  <pic:spPr>
                    <a:xfrm>
                      <a:off x="0" y="0"/>
                      <a:ext cx="5029200" cy="2514600"/>
                    </a:xfrm>
                    <a:prstGeom prst="rect">
                      <a:avLst/>
                    </a:prstGeom>
                  </pic:spPr>
                </pic:pic>
              </a:graphicData>
            </a:graphic>
          </wp:inline>
        </w:drawing>
      </w:r>
    </w:p>
    <w:p w14:paraId="747F2B5A" w14:textId="5C2F16AA" w:rsidR="008D22FA" w:rsidRDefault="00C77C23">
      <w:pPr>
        <w:pStyle w:val="Balk2"/>
        <w:jc w:val="left"/>
      </w:pPr>
      <w:bookmarkStart w:id="12" w:name="_Toc232110406"/>
      <w:r>
        <w:rPr>
          <w:rFonts w:ascii="Times New Roman" w:eastAsia="Times New Roman" w:hAnsi="Times New Roman"/>
        </w:rPr>
        <w:lastRenderedPageBreak/>
        <w:t>5</w:t>
      </w:r>
      <w:r w:rsidR="00000000">
        <w:rPr>
          <w:rFonts w:ascii="Times New Roman" w:eastAsia="Times New Roman" w:hAnsi="Times New Roman"/>
        </w:rPr>
        <w:t>.1.7. Soru 7’e İlişkin Bulgular</w:t>
      </w:r>
      <w:bookmarkEnd w:id="12"/>
    </w:p>
    <w:p w14:paraId="4DAF015F" w14:textId="77777777" w:rsidR="008D22FA" w:rsidRDefault="00000000">
      <w:pPr>
        <w:spacing w:after="120"/>
        <w:ind w:firstLine="425"/>
      </w:pPr>
      <w:r>
        <w:rPr>
          <w:i/>
        </w:rPr>
        <w:t>(Aldığım eğitimde teorik ve uygulamalı (klinik/laboratuvar) dengeliydi.)</w:t>
      </w:r>
    </w:p>
    <w:p w14:paraId="4DD48615" w14:textId="77777777" w:rsidR="008D22FA" w:rsidRDefault="00000000">
      <w:pPr>
        <w:spacing w:after="120"/>
        <w:ind w:firstLine="425"/>
      </w:pPr>
      <w:r>
        <w:t>Katılımcıların; 11’i (%21,2) Kesinlikle Katılıyorum, 7’i (%13,5) Katılıyorum, 19’i (%36,5) Kararsızım, 6’i (%11,5) Katılmıyorum, 9’i (%17,3) Kesinlikle Katılmıyorum şeklinde görüş bildirdiği belirlenmiştir. Bu sonuçlar, ilgili boyutta olumlu görüşlerin bulunmakla birlikte memnuniyet düzeyinin görece sınırlı kaldığını göstermektedir. Ortalama puanın 3,10 olması, bu başlığın iyileştirme planlarında öncelikli olarak ele alınmasının yararlı olacağını düşündürmektedir.</w:t>
      </w:r>
    </w:p>
    <w:p w14:paraId="6D28B509" w14:textId="77777777" w:rsidR="008D22FA" w:rsidRDefault="00000000">
      <w:r>
        <w:rPr>
          <w:noProof/>
        </w:rPr>
        <w:drawing>
          <wp:inline distT="0" distB="0" distL="0" distR="0" wp14:anchorId="165A906C" wp14:editId="2B632E11">
            <wp:extent cx="5029200" cy="2514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07.png"/>
                    <pic:cNvPicPr/>
                  </pic:nvPicPr>
                  <pic:blipFill>
                    <a:blip r:embed="rId15"/>
                    <a:stretch>
                      <a:fillRect/>
                    </a:stretch>
                  </pic:blipFill>
                  <pic:spPr>
                    <a:xfrm>
                      <a:off x="0" y="0"/>
                      <a:ext cx="5029200" cy="2514600"/>
                    </a:xfrm>
                    <a:prstGeom prst="rect">
                      <a:avLst/>
                    </a:prstGeom>
                  </pic:spPr>
                </pic:pic>
              </a:graphicData>
            </a:graphic>
          </wp:inline>
        </w:drawing>
      </w:r>
    </w:p>
    <w:p w14:paraId="4DB5F934" w14:textId="36FCC7BA" w:rsidR="008D22FA" w:rsidRDefault="00C77C23">
      <w:pPr>
        <w:pStyle w:val="Balk2"/>
        <w:jc w:val="left"/>
      </w:pPr>
      <w:bookmarkStart w:id="13" w:name="_Toc232110407"/>
      <w:r>
        <w:rPr>
          <w:rFonts w:ascii="Times New Roman" w:eastAsia="Times New Roman" w:hAnsi="Times New Roman"/>
        </w:rPr>
        <w:t>5</w:t>
      </w:r>
      <w:r w:rsidR="00000000">
        <w:rPr>
          <w:rFonts w:ascii="Times New Roman" w:eastAsia="Times New Roman" w:hAnsi="Times New Roman"/>
        </w:rPr>
        <w:t>.1.8. Soru 8’e İlişkin Bulgular</w:t>
      </w:r>
      <w:bookmarkEnd w:id="13"/>
    </w:p>
    <w:p w14:paraId="59261F20" w14:textId="77777777" w:rsidR="008D22FA" w:rsidRDefault="00000000">
      <w:pPr>
        <w:spacing w:after="120"/>
        <w:ind w:firstLine="425"/>
      </w:pPr>
      <w:r>
        <w:rPr>
          <w:i/>
        </w:rPr>
        <w:t>(Derslerin iş yükü (AKTS), öğrenme kazanımlarımı destekleyecek düzeydeydi.)</w:t>
      </w:r>
    </w:p>
    <w:p w14:paraId="2684E34C" w14:textId="77777777" w:rsidR="008D22FA" w:rsidRDefault="00000000">
      <w:pPr>
        <w:spacing w:after="120"/>
        <w:ind w:firstLine="425"/>
      </w:pPr>
      <w:r>
        <w:t>Katılımcıların; 11’i (%21,2) Kesinlikle Katılıyorum, 8’i (%15,4) Katılıyorum, 23’i (%44,2) Kararsızım, 5’i (%9,6) Katılmıyorum, 5’i (%9,6) Kesinlikle Katılmıyorum şeklinde görüş bildirdiği belirlenmiştir. Bu sonuçlar, ilgili boyutta olumlu görüşlerin bulunmakla birlikte memnuniyet düzeyinin görece sınırlı kaldığını göstermektedir. Ortalama puanın 3,29 olması, bu başlığın iyileştirme planlarında öncelikli olarak ele alınmasının yararlı olacağını düşündürmektedir.</w:t>
      </w:r>
    </w:p>
    <w:p w14:paraId="531097D3" w14:textId="77777777" w:rsidR="008D22FA" w:rsidRDefault="00000000">
      <w:r>
        <w:rPr>
          <w:noProof/>
        </w:rPr>
        <w:lastRenderedPageBreak/>
        <w:drawing>
          <wp:inline distT="0" distB="0" distL="0" distR="0" wp14:anchorId="16EB1550" wp14:editId="539D52B3">
            <wp:extent cx="5029200" cy="2514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08.png"/>
                    <pic:cNvPicPr/>
                  </pic:nvPicPr>
                  <pic:blipFill>
                    <a:blip r:embed="rId16"/>
                    <a:stretch>
                      <a:fillRect/>
                    </a:stretch>
                  </pic:blipFill>
                  <pic:spPr>
                    <a:xfrm>
                      <a:off x="0" y="0"/>
                      <a:ext cx="5029200" cy="2514600"/>
                    </a:xfrm>
                    <a:prstGeom prst="rect">
                      <a:avLst/>
                    </a:prstGeom>
                  </pic:spPr>
                </pic:pic>
              </a:graphicData>
            </a:graphic>
          </wp:inline>
        </w:drawing>
      </w:r>
    </w:p>
    <w:p w14:paraId="3E9D62DA" w14:textId="4A1152AF" w:rsidR="008D22FA" w:rsidRDefault="00C77C23">
      <w:pPr>
        <w:pStyle w:val="Balk2"/>
        <w:jc w:val="left"/>
      </w:pPr>
      <w:bookmarkStart w:id="14" w:name="_Toc232110408"/>
      <w:r>
        <w:rPr>
          <w:rFonts w:ascii="Times New Roman" w:eastAsia="Times New Roman" w:hAnsi="Times New Roman"/>
        </w:rPr>
        <w:t>5</w:t>
      </w:r>
      <w:r w:rsidR="00000000">
        <w:rPr>
          <w:rFonts w:ascii="Times New Roman" w:eastAsia="Times New Roman" w:hAnsi="Times New Roman"/>
        </w:rPr>
        <w:t>.1.9. Soru 9’e İlişkin Bulgular</w:t>
      </w:r>
      <w:bookmarkEnd w:id="14"/>
    </w:p>
    <w:p w14:paraId="36E61FEF" w14:textId="77777777" w:rsidR="008D22FA" w:rsidRDefault="00000000">
      <w:pPr>
        <w:spacing w:after="120"/>
        <w:ind w:firstLine="425"/>
      </w:pPr>
      <w:r>
        <w:rPr>
          <w:i/>
        </w:rPr>
        <w:t>(Haftalık ders programı, öğrenme sürecimi destekleyecek şekilde planlanmıştı.)</w:t>
      </w:r>
    </w:p>
    <w:p w14:paraId="3563EC64" w14:textId="77777777" w:rsidR="008D22FA" w:rsidRDefault="00000000">
      <w:pPr>
        <w:spacing w:after="120"/>
        <w:ind w:firstLine="425"/>
      </w:pPr>
      <w:r>
        <w:t>Katılımcıların; 12’i (%23,1) Kesinlikle Katılıyorum, 12’i (%23,1) Katılıyorum, 17’i (%32,7) Kararsızım, 2’i (%3,8) Katılmıyorum, 9’i (%17,3) Kesinlikle Katılmıyorum şeklinde görüş bildirdiği belirlenmiştir. Bu sonuçlar, ilgili boyutta olumlu görüşlerin bulunmakla birlikte memnuniyet düzeyinin görece sınırlı kaldığını göstermektedir. Ortalama puanın 3,31 olması, bu başlığın iyileştirme planlarında öncelikli olarak ele alınmasının yararlı olacağını düşündürmektedir.</w:t>
      </w:r>
    </w:p>
    <w:p w14:paraId="557086A1" w14:textId="77777777" w:rsidR="008D22FA" w:rsidRDefault="00000000">
      <w:r>
        <w:rPr>
          <w:noProof/>
        </w:rPr>
        <w:drawing>
          <wp:inline distT="0" distB="0" distL="0" distR="0" wp14:anchorId="557A7ACD" wp14:editId="56C5DD7E">
            <wp:extent cx="5029200" cy="2514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09.png"/>
                    <pic:cNvPicPr/>
                  </pic:nvPicPr>
                  <pic:blipFill>
                    <a:blip r:embed="rId17"/>
                    <a:stretch>
                      <a:fillRect/>
                    </a:stretch>
                  </pic:blipFill>
                  <pic:spPr>
                    <a:xfrm>
                      <a:off x="0" y="0"/>
                      <a:ext cx="5029200" cy="2514600"/>
                    </a:xfrm>
                    <a:prstGeom prst="rect">
                      <a:avLst/>
                    </a:prstGeom>
                  </pic:spPr>
                </pic:pic>
              </a:graphicData>
            </a:graphic>
          </wp:inline>
        </w:drawing>
      </w:r>
    </w:p>
    <w:p w14:paraId="58E9A135" w14:textId="3C779598" w:rsidR="008D22FA" w:rsidRDefault="00C77C23">
      <w:pPr>
        <w:pStyle w:val="Balk2"/>
        <w:jc w:val="left"/>
      </w:pPr>
      <w:bookmarkStart w:id="15" w:name="_Toc232110409"/>
      <w:r>
        <w:rPr>
          <w:rFonts w:ascii="Times New Roman" w:eastAsia="Times New Roman" w:hAnsi="Times New Roman"/>
        </w:rPr>
        <w:t>5</w:t>
      </w:r>
      <w:r w:rsidR="00000000">
        <w:rPr>
          <w:rFonts w:ascii="Times New Roman" w:eastAsia="Times New Roman" w:hAnsi="Times New Roman"/>
        </w:rPr>
        <w:t>.1.10. Soru 10’e İlişkin Bulgular</w:t>
      </w:r>
      <w:bookmarkEnd w:id="15"/>
    </w:p>
    <w:p w14:paraId="15DA5C7A" w14:textId="77777777" w:rsidR="008D22FA" w:rsidRDefault="00000000">
      <w:pPr>
        <w:spacing w:after="120"/>
        <w:ind w:firstLine="425"/>
      </w:pPr>
      <w:r>
        <w:rPr>
          <w:i/>
        </w:rPr>
        <w:t>(Eğitim sürecinde kullanılan öğretim yöntemleri (uygulama, vaka analizi vb.) öğrenmemi desteklemişti.)</w:t>
      </w:r>
    </w:p>
    <w:p w14:paraId="751A6F36" w14:textId="77777777" w:rsidR="008D22FA" w:rsidRDefault="00000000">
      <w:pPr>
        <w:spacing w:after="120"/>
        <w:ind w:firstLine="425"/>
      </w:pPr>
      <w:r>
        <w:t xml:space="preserve">Katılımcıların; 10’i (%19,2) Kesinlikle Katılıyorum, 11’i (%21,2) Katılıyorum, 16’i (%30,8) Kararsızım, 4’i (%7,7) Katılmıyorum, 11’i (%21,2) Kesinlikle Katılmıyorum şeklinde görüş </w:t>
      </w:r>
      <w:r>
        <w:lastRenderedPageBreak/>
        <w:t>bildirdiği belirlenmiştir. Bu sonuçlar, ilgili boyutta olumlu görüşlerin bulunmakla birlikte memnuniyet düzeyinin görece sınırlı kaldığını göstermektedir. Ortalama puanın 3,10 olması, bu başlığın iyileştirme planlarında öncelikli olarak ele alınmasının yararlı olacağını düşündürmektedir.</w:t>
      </w:r>
    </w:p>
    <w:p w14:paraId="122961FB" w14:textId="77777777" w:rsidR="008D22FA" w:rsidRDefault="00000000">
      <w:r>
        <w:rPr>
          <w:noProof/>
        </w:rPr>
        <w:drawing>
          <wp:inline distT="0" distB="0" distL="0" distR="0" wp14:anchorId="7FCF0E80" wp14:editId="456C3BA3">
            <wp:extent cx="5029200" cy="2514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10.png"/>
                    <pic:cNvPicPr/>
                  </pic:nvPicPr>
                  <pic:blipFill>
                    <a:blip r:embed="rId18"/>
                    <a:stretch>
                      <a:fillRect/>
                    </a:stretch>
                  </pic:blipFill>
                  <pic:spPr>
                    <a:xfrm>
                      <a:off x="0" y="0"/>
                      <a:ext cx="5029200" cy="2514600"/>
                    </a:xfrm>
                    <a:prstGeom prst="rect">
                      <a:avLst/>
                    </a:prstGeom>
                  </pic:spPr>
                </pic:pic>
              </a:graphicData>
            </a:graphic>
          </wp:inline>
        </w:drawing>
      </w:r>
    </w:p>
    <w:p w14:paraId="58A09B4C" w14:textId="2DA09893" w:rsidR="008D22FA" w:rsidRDefault="00C77C23">
      <w:pPr>
        <w:pStyle w:val="Balk2"/>
        <w:jc w:val="left"/>
      </w:pPr>
      <w:bookmarkStart w:id="16" w:name="_Toc232110410"/>
      <w:r>
        <w:rPr>
          <w:rFonts w:ascii="Times New Roman" w:eastAsia="Times New Roman" w:hAnsi="Times New Roman"/>
        </w:rPr>
        <w:t>5</w:t>
      </w:r>
      <w:r w:rsidR="00000000">
        <w:rPr>
          <w:rFonts w:ascii="Times New Roman" w:eastAsia="Times New Roman" w:hAnsi="Times New Roman"/>
        </w:rPr>
        <w:t>.1.11. Soru 11’e İlişkin Bulgular</w:t>
      </w:r>
      <w:bookmarkEnd w:id="16"/>
    </w:p>
    <w:p w14:paraId="24728688" w14:textId="77777777" w:rsidR="008D22FA" w:rsidRDefault="00000000">
      <w:pPr>
        <w:spacing w:after="120"/>
        <w:ind w:firstLine="425"/>
      </w:pPr>
      <w:r>
        <w:rPr>
          <w:i/>
        </w:rPr>
        <w:t>(Ölçme ve değerlendirme yöntemleri öğrenme düzeyimi doğru yansıtmıştı.)</w:t>
      </w:r>
    </w:p>
    <w:p w14:paraId="589FD3AA" w14:textId="77777777" w:rsidR="008D22FA" w:rsidRDefault="00000000">
      <w:pPr>
        <w:spacing w:after="120"/>
        <w:ind w:firstLine="425"/>
      </w:pPr>
      <w:r>
        <w:t>Katılımcıların; 7’i (%13,5) Kesinlikle Katılıyorum, 14’i (%26,9) Katılıyorum, 18’i (%34,6) Kararsızım, 6’i (%11,5) Katılmıyorum, 7’i (%13,5) Kesinlikle Katılmıyorum şeklinde görüş bildirdiği belirlenmiştir. Bu sonuçlar, ilgili boyutta olumlu görüşlerin bulunmakla birlikte memnuniyet düzeyinin görece sınırlı kaldığını göstermektedir. Ortalama puanın 3,15 olması, bu başlığın iyileştirme planlarında öncelikli olarak ele alınmasının yararlı olacağını düşündürmektedir.</w:t>
      </w:r>
    </w:p>
    <w:p w14:paraId="06880CCF" w14:textId="77777777" w:rsidR="008D22FA" w:rsidRDefault="00000000">
      <w:r>
        <w:rPr>
          <w:noProof/>
        </w:rPr>
        <w:drawing>
          <wp:inline distT="0" distB="0" distL="0" distR="0" wp14:anchorId="6438AEDC" wp14:editId="6D99152C">
            <wp:extent cx="5029200" cy="2514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11.png"/>
                    <pic:cNvPicPr/>
                  </pic:nvPicPr>
                  <pic:blipFill>
                    <a:blip r:embed="rId19"/>
                    <a:stretch>
                      <a:fillRect/>
                    </a:stretch>
                  </pic:blipFill>
                  <pic:spPr>
                    <a:xfrm>
                      <a:off x="0" y="0"/>
                      <a:ext cx="5029200" cy="2514600"/>
                    </a:xfrm>
                    <a:prstGeom prst="rect">
                      <a:avLst/>
                    </a:prstGeom>
                  </pic:spPr>
                </pic:pic>
              </a:graphicData>
            </a:graphic>
          </wp:inline>
        </w:drawing>
      </w:r>
    </w:p>
    <w:p w14:paraId="2C6011D4" w14:textId="6AA328CE" w:rsidR="008D22FA" w:rsidRDefault="00C77C23">
      <w:pPr>
        <w:pStyle w:val="Balk2"/>
        <w:jc w:val="left"/>
      </w:pPr>
      <w:bookmarkStart w:id="17" w:name="_Toc232110411"/>
      <w:r>
        <w:rPr>
          <w:rFonts w:ascii="Times New Roman" w:eastAsia="Times New Roman" w:hAnsi="Times New Roman"/>
        </w:rPr>
        <w:lastRenderedPageBreak/>
        <w:t>5</w:t>
      </w:r>
      <w:r w:rsidR="00000000">
        <w:rPr>
          <w:rFonts w:ascii="Times New Roman" w:eastAsia="Times New Roman" w:hAnsi="Times New Roman"/>
        </w:rPr>
        <w:t>.1.12. Soru 12’e İlişkin Bulgular</w:t>
      </w:r>
      <w:bookmarkEnd w:id="17"/>
    </w:p>
    <w:p w14:paraId="7C98C76E" w14:textId="77777777" w:rsidR="008D22FA" w:rsidRDefault="00000000">
      <w:pPr>
        <w:spacing w:after="120"/>
        <w:ind w:firstLine="425"/>
      </w:pPr>
      <w:r>
        <w:rPr>
          <w:i/>
        </w:rPr>
        <w:t>(Ders içerikleri, meslek hayatımda karşılaştığım sorunları çözmeme katkı sağlamıştı.)</w:t>
      </w:r>
    </w:p>
    <w:p w14:paraId="0C27C9DD" w14:textId="77777777" w:rsidR="008D22FA" w:rsidRDefault="00000000">
      <w:pPr>
        <w:spacing w:after="120"/>
        <w:ind w:firstLine="425"/>
      </w:pPr>
      <w:r>
        <w:t>Katılımcıların; 9’i (%17,3) Kesinlikle Katılıyorum, 12’i (%23,1) Katılıyorum, 18’i (%34,6) Kararsızım, 5’i (%9,6) Katılmıyorum, 8’i (%15,4) Kesinlikle Katılmıyorum şeklinde görüş bildirdiği belirlenmiştir. Bu sonuçlar, ilgili boyutta olumlu görüşlerin bulunmakla birlikte memnuniyet düzeyinin görece sınırlı kaldığını göstermektedir. Ortalama puanın 3,17 olması, bu başlığın iyileştirme planlarında öncelikli olarak ele alınmasının yararlı olacağını düşündürmektedir.</w:t>
      </w:r>
    </w:p>
    <w:p w14:paraId="6D77E359" w14:textId="77777777" w:rsidR="008D22FA" w:rsidRDefault="00000000">
      <w:r>
        <w:rPr>
          <w:noProof/>
        </w:rPr>
        <w:drawing>
          <wp:inline distT="0" distB="0" distL="0" distR="0" wp14:anchorId="24CE1E5D" wp14:editId="126FA67C">
            <wp:extent cx="5029200" cy="2514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12.png"/>
                    <pic:cNvPicPr/>
                  </pic:nvPicPr>
                  <pic:blipFill>
                    <a:blip r:embed="rId20"/>
                    <a:stretch>
                      <a:fillRect/>
                    </a:stretch>
                  </pic:blipFill>
                  <pic:spPr>
                    <a:xfrm>
                      <a:off x="0" y="0"/>
                      <a:ext cx="5029200" cy="2514600"/>
                    </a:xfrm>
                    <a:prstGeom prst="rect">
                      <a:avLst/>
                    </a:prstGeom>
                  </pic:spPr>
                </pic:pic>
              </a:graphicData>
            </a:graphic>
          </wp:inline>
        </w:drawing>
      </w:r>
    </w:p>
    <w:p w14:paraId="2B59B2C9" w14:textId="7F03729E" w:rsidR="008D22FA" w:rsidRDefault="00C77C23">
      <w:pPr>
        <w:pStyle w:val="Balk2"/>
        <w:jc w:val="left"/>
      </w:pPr>
      <w:bookmarkStart w:id="18" w:name="_Toc232110412"/>
      <w:r>
        <w:rPr>
          <w:rFonts w:ascii="Times New Roman" w:eastAsia="Times New Roman" w:hAnsi="Times New Roman"/>
        </w:rPr>
        <w:t>5</w:t>
      </w:r>
      <w:r w:rsidR="00000000">
        <w:rPr>
          <w:rFonts w:ascii="Times New Roman" w:eastAsia="Times New Roman" w:hAnsi="Times New Roman"/>
        </w:rPr>
        <w:t>.1.13. Soru 13’e İlişkin Bulgular</w:t>
      </w:r>
      <w:bookmarkEnd w:id="18"/>
    </w:p>
    <w:p w14:paraId="2B2CA0C3" w14:textId="77777777" w:rsidR="008D22FA" w:rsidRDefault="00000000">
      <w:pPr>
        <w:spacing w:after="120"/>
        <w:ind w:firstLine="425"/>
      </w:pPr>
      <w:r>
        <w:rPr>
          <w:i/>
        </w:rPr>
        <w:t>(Ders saatleri fiziksel ve psikolojik sağlığımı olumsuz etkilememişti.)</w:t>
      </w:r>
    </w:p>
    <w:p w14:paraId="6A202736" w14:textId="77777777" w:rsidR="008D22FA" w:rsidRDefault="00000000">
      <w:pPr>
        <w:spacing w:after="120"/>
        <w:ind w:firstLine="425"/>
      </w:pPr>
      <w:r>
        <w:t>Katılımcıların; 11’i (%21,2) Kesinlikle Katılıyorum, 11’i (%21,2) Katılıyorum, 13’i (%25,0) Kararsızım, 4’i (%7,7) Katılmıyorum, 13’i (%25,0) Kesinlikle Katılmıyorum şeklinde görüş bildirdiği belirlenmiştir. Bu sonuçlar, ilgili boyutta olumlu görüşlerin bulunmakla birlikte memnuniyet düzeyinin görece sınırlı kaldığını göstermektedir. Ortalama puanın 3,06 olması, bu başlığın iyileştirme planlarında öncelikli olarak ele alınmasının yararlı olacağını düşündürmektedir.</w:t>
      </w:r>
    </w:p>
    <w:p w14:paraId="6E8D42AB" w14:textId="77777777" w:rsidR="008D22FA" w:rsidRDefault="00000000">
      <w:r>
        <w:rPr>
          <w:noProof/>
        </w:rPr>
        <w:lastRenderedPageBreak/>
        <w:drawing>
          <wp:inline distT="0" distB="0" distL="0" distR="0" wp14:anchorId="6052AE93" wp14:editId="5F001AD6">
            <wp:extent cx="5029200" cy="2514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13.png"/>
                    <pic:cNvPicPr/>
                  </pic:nvPicPr>
                  <pic:blipFill>
                    <a:blip r:embed="rId21"/>
                    <a:stretch>
                      <a:fillRect/>
                    </a:stretch>
                  </pic:blipFill>
                  <pic:spPr>
                    <a:xfrm>
                      <a:off x="0" y="0"/>
                      <a:ext cx="5029200" cy="2514600"/>
                    </a:xfrm>
                    <a:prstGeom prst="rect">
                      <a:avLst/>
                    </a:prstGeom>
                  </pic:spPr>
                </pic:pic>
              </a:graphicData>
            </a:graphic>
          </wp:inline>
        </w:drawing>
      </w:r>
    </w:p>
    <w:p w14:paraId="3C438438" w14:textId="3C9E79B6" w:rsidR="008D22FA" w:rsidRDefault="00C77C23">
      <w:pPr>
        <w:pStyle w:val="Balk2"/>
        <w:jc w:val="left"/>
      </w:pPr>
      <w:bookmarkStart w:id="19" w:name="_Toc232110413"/>
      <w:r>
        <w:rPr>
          <w:rFonts w:ascii="Times New Roman" w:eastAsia="Times New Roman" w:hAnsi="Times New Roman"/>
        </w:rPr>
        <w:t>5</w:t>
      </w:r>
      <w:r w:rsidR="00000000">
        <w:rPr>
          <w:rFonts w:ascii="Times New Roman" w:eastAsia="Times New Roman" w:hAnsi="Times New Roman"/>
        </w:rPr>
        <w:t>.1.14. Soru 14’e İlişkin Bulgular</w:t>
      </w:r>
      <w:bookmarkEnd w:id="19"/>
    </w:p>
    <w:p w14:paraId="053439FB" w14:textId="77777777" w:rsidR="008D22FA" w:rsidRDefault="00000000">
      <w:pPr>
        <w:spacing w:after="120"/>
        <w:ind w:firstLine="425"/>
      </w:pPr>
      <w:r>
        <w:rPr>
          <w:i/>
        </w:rPr>
        <w:t>(Ders içerikleri, öğrenci ihtiyaçlarına göre yeterli ve çeşitliydi.)</w:t>
      </w:r>
    </w:p>
    <w:p w14:paraId="3FA0F94C" w14:textId="77777777" w:rsidR="008D22FA" w:rsidRDefault="00000000">
      <w:pPr>
        <w:spacing w:after="120"/>
        <w:ind w:firstLine="425"/>
      </w:pPr>
      <w:r>
        <w:t>Katılımcıların; 10’i (%19,2) Kesinlikle Katılıyorum, 10’i (%19,2) Katılıyorum, 17’i (%32,7) Kararsızım, 8’i (%15,4) Katılmıyorum, 7’i (%13,5) Kesinlikle Katılmıyorum şeklinde görüş bildirdiği belirlenmiştir. Bu sonuçlar, ilgili boyutta olumlu görüşlerin bulunmakla birlikte memnuniyet düzeyinin görece sınırlı kaldığını göstermektedir. Ortalama puanın 3,15 olması, bu başlığın iyileştirme planlarında öncelikli olarak ele alınmasının yararlı olacağını düşündürmektedir.</w:t>
      </w:r>
    </w:p>
    <w:p w14:paraId="1D88AB68" w14:textId="77777777" w:rsidR="008D22FA" w:rsidRDefault="00000000">
      <w:r>
        <w:rPr>
          <w:noProof/>
        </w:rPr>
        <w:drawing>
          <wp:inline distT="0" distB="0" distL="0" distR="0" wp14:anchorId="221270FD" wp14:editId="38856D4E">
            <wp:extent cx="5029200" cy="2514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14.png"/>
                    <pic:cNvPicPr/>
                  </pic:nvPicPr>
                  <pic:blipFill>
                    <a:blip r:embed="rId22"/>
                    <a:stretch>
                      <a:fillRect/>
                    </a:stretch>
                  </pic:blipFill>
                  <pic:spPr>
                    <a:xfrm>
                      <a:off x="0" y="0"/>
                      <a:ext cx="5029200" cy="2514600"/>
                    </a:xfrm>
                    <a:prstGeom prst="rect">
                      <a:avLst/>
                    </a:prstGeom>
                  </pic:spPr>
                </pic:pic>
              </a:graphicData>
            </a:graphic>
          </wp:inline>
        </w:drawing>
      </w:r>
    </w:p>
    <w:p w14:paraId="1F24839C" w14:textId="40A2DAE4" w:rsidR="008D22FA" w:rsidRDefault="00C77C23">
      <w:pPr>
        <w:pStyle w:val="Balk2"/>
        <w:jc w:val="left"/>
      </w:pPr>
      <w:bookmarkStart w:id="20" w:name="_Toc232110414"/>
      <w:r>
        <w:rPr>
          <w:rFonts w:ascii="Times New Roman" w:eastAsia="Times New Roman" w:hAnsi="Times New Roman"/>
        </w:rPr>
        <w:t>5</w:t>
      </w:r>
      <w:r w:rsidR="00000000">
        <w:rPr>
          <w:rFonts w:ascii="Times New Roman" w:eastAsia="Times New Roman" w:hAnsi="Times New Roman"/>
        </w:rPr>
        <w:t>.1.15. Soru 15’e İlişkin Bulgular</w:t>
      </w:r>
      <w:bookmarkEnd w:id="20"/>
    </w:p>
    <w:p w14:paraId="56D9AE72" w14:textId="77777777" w:rsidR="008D22FA" w:rsidRDefault="00000000">
      <w:pPr>
        <w:spacing w:after="120"/>
        <w:ind w:firstLine="425"/>
      </w:pPr>
      <w:r>
        <w:rPr>
          <w:i/>
        </w:rPr>
        <w:t>(Klinik uygulama olanakları mesleki becerilerimi geliştirmede yeterliydi.)</w:t>
      </w:r>
    </w:p>
    <w:p w14:paraId="78061CC8" w14:textId="77777777" w:rsidR="008D22FA" w:rsidRDefault="00000000">
      <w:pPr>
        <w:spacing w:after="120"/>
        <w:ind w:firstLine="425"/>
      </w:pPr>
      <w:r>
        <w:t xml:space="preserve">Katılımcıların; 13’i (%25,0) Kesinlikle Katılıyorum, 6’i (%11,5) Katılıyorum, 14’i (%26,9) Kararsızım, 7’i (%13,5) Katılmıyorum, 12’i (%23,1) Kesinlikle Katılmıyorum şeklinde görüş bildirdiği belirlenmiştir. Bu sonuçlar, ilgili boyutta olumlu görüşlerin bulunmakla birlikte </w:t>
      </w:r>
      <w:r>
        <w:lastRenderedPageBreak/>
        <w:t>memnuniyet düzeyinin görece sınırlı kaldığını göstermektedir. Ortalama puanın 3,02 olması, bu başlığın iyileştirme planlarında öncelikli olarak ele alınmasının yararlı olacağını düşündürmektedir.</w:t>
      </w:r>
    </w:p>
    <w:p w14:paraId="1D8B2EE7" w14:textId="77777777" w:rsidR="008D22FA" w:rsidRDefault="00000000">
      <w:r>
        <w:rPr>
          <w:noProof/>
        </w:rPr>
        <w:drawing>
          <wp:inline distT="0" distB="0" distL="0" distR="0" wp14:anchorId="71BF298B" wp14:editId="4DA99C07">
            <wp:extent cx="5029200" cy="2514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15.png"/>
                    <pic:cNvPicPr/>
                  </pic:nvPicPr>
                  <pic:blipFill>
                    <a:blip r:embed="rId23"/>
                    <a:stretch>
                      <a:fillRect/>
                    </a:stretch>
                  </pic:blipFill>
                  <pic:spPr>
                    <a:xfrm>
                      <a:off x="0" y="0"/>
                      <a:ext cx="5029200" cy="2514600"/>
                    </a:xfrm>
                    <a:prstGeom prst="rect">
                      <a:avLst/>
                    </a:prstGeom>
                  </pic:spPr>
                </pic:pic>
              </a:graphicData>
            </a:graphic>
          </wp:inline>
        </w:drawing>
      </w:r>
    </w:p>
    <w:p w14:paraId="7F930C56" w14:textId="48805673" w:rsidR="008D22FA" w:rsidRDefault="00C77C23">
      <w:pPr>
        <w:pStyle w:val="Balk2"/>
        <w:jc w:val="left"/>
      </w:pPr>
      <w:bookmarkStart w:id="21" w:name="_Toc232110415"/>
      <w:r>
        <w:rPr>
          <w:rFonts w:ascii="Times New Roman" w:eastAsia="Times New Roman" w:hAnsi="Times New Roman"/>
        </w:rPr>
        <w:t>5</w:t>
      </w:r>
      <w:r w:rsidR="00000000">
        <w:rPr>
          <w:rFonts w:ascii="Times New Roman" w:eastAsia="Times New Roman" w:hAnsi="Times New Roman"/>
        </w:rPr>
        <w:t>.1.16. Soru 16’e İlişkin Bulgular</w:t>
      </w:r>
      <w:bookmarkEnd w:id="21"/>
    </w:p>
    <w:p w14:paraId="474D36D4" w14:textId="77777777" w:rsidR="008D22FA" w:rsidRDefault="00000000">
      <w:pPr>
        <w:spacing w:after="120"/>
        <w:ind w:firstLine="425"/>
      </w:pPr>
      <w:r>
        <w:rPr>
          <w:i/>
        </w:rPr>
        <w:t>(Laboratuvar ve araştırma altyapısı yeterliydi.)</w:t>
      </w:r>
    </w:p>
    <w:p w14:paraId="783D38F5" w14:textId="77777777" w:rsidR="008D22FA" w:rsidRDefault="00000000">
      <w:pPr>
        <w:spacing w:after="120"/>
        <w:ind w:firstLine="425"/>
      </w:pPr>
      <w:r>
        <w:t>Katılımcıların; 14’i (%26,9) Kesinlikle Katılıyorum, 11’i (%21,2) Katılıyorum, 11’i (%21,2) Kararsızım, 5’i (%9,6) Katılmıyorum, 11’i (%21,2) Kesinlikle Katılmıyorum şeklinde görüş bildirdiği belirlenmiştir. Bu sonuçlar, ilgili boyutta olumlu görüşlerin bulunmakla birlikte memnuniyet düzeyinin görece sınırlı kaldığını göstermektedir. Ortalama puanın 3,23 olması, bu başlığın iyileştirme planlarında öncelikli olarak ele alınmasının yararlı olacağını düşündürmektedir.</w:t>
      </w:r>
    </w:p>
    <w:p w14:paraId="5FBEF5F4" w14:textId="77777777" w:rsidR="008D22FA" w:rsidRDefault="00000000">
      <w:r>
        <w:rPr>
          <w:noProof/>
        </w:rPr>
        <w:drawing>
          <wp:inline distT="0" distB="0" distL="0" distR="0" wp14:anchorId="7ED38CFC" wp14:editId="14D49496">
            <wp:extent cx="5029200" cy="2514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16.png"/>
                    <pic:cNvPicPr/>
                  </pic:nvPicPr>
                  <pic:blipFill>
                    <a:blip r:embed="rId24"/>
                    <a:stretch>
                      <a:fillRect/>
                    </a:stretch>
                  </pic:blipFill>
                  <pic:spPr>
                    <a:xfrm>
                      <a:off x="0" y="0"/>
                      <a:ext cx="5029200" cy="2514600"/>
                    </a:xfrm>
                    <a:prstGeom prst="rect">
                      <a:avLst/>
                    </a:prstGeom>
                  </pic:spPr>
                </pic:pic>
              </a:graphicData>
            </a:graphic>
          </wp:inline>
        </w:drawing>
      </w:r>
    </w:p>
    <w:p w14:paraId="3BEE81A9" w14:textId="1845BCEA" w:rsidR="008D22FA" w:rsidRDefault="00C77C23">
      <w:pPr>
        <w:pStyle w:val="Balk2"/>
        <w:jc w:val="left"/>
      </w:pPr>
      <w:bookmarkStart w:id="22" w:name="_Toc232110416"/>
      <w:r>
        <w:rPr>
          <w:rFonts w:ascii="Times New Roman" w:eastAsia="Times New Roman" w:hAnsi="Times New Roman"/>
        </w:rPr>
        <w:t>5</w:t>
      </w:r>
      <w:r w:rsidR="00000000">
        <w:rPr>
          <w:rFonts w:ascii="Times New Roman" w:eastAsia="Times New Roman" w:hAnsi="Times New Roman"/>
        </w:rPr>
        <w:t>.1.17. Soru 17’e İlişkin Bulgular</w:t>
      </w:r>
      <w:bookmarkEnd w:id="22"/>
    </w:p>
    <w:p w14:paraId="47F0F913" w14:textId="77777777" w:rsidR="008D22FA" w:rsidRDefault="00000000">
      <w:pPr>
        <w:spacing w:after="120"/>
        <w:ind w:firstLine="425"/>
      </w:pPr>
      <w:r>
        <w:rPr>
          <w:i/>
        </w:rPr>
        <w:t>(Bilimsel araştırma yapmaya teşvik edilmiştim.)</w:t>
      </w:r>
    </w:p>
    <w:p w14:paraId="02902F17" w14:textId="77777777" w:rsidR="008D22FA" w:rsidRDefault="00000000">
      <w:pPr>
        <w:spacing w:after="120"/>
        <w:ind w:firstLine="425"/>
      </w:pPr>
      <w:r>
        <w:lastRenderedPageBreak/>
        <w:t>Katılımcıların; 12’i (%23,1) Kesinlikle Katılıyorum, 6’i (%11,5) Katılıyorum, 10’i (%19,2) Kararsızım, 12’i (%23,1) Katılmıyorum, 12’i (%23,1) Kesinlikle Katılmıyorum şeklinde görüş bildirdiği belirlenmiştir. Bu sonuçlar, ilgili boyutta olumlu görüşlerin bulunmakla birlikte memnuniyet düzeyinin görece sınırlı kaldığını göstermektedir. Ortalama puanın 2,88 olması, bu başlığın iyileştirme planlarında öncelikli olarak ele alınmasının yararlı olacağını düşündürmektedir.</w:t>
      </w:r>
    </w:p>
    <w:p w14:paraId="706B2905" w14:textId="77777777" w:rsidR="008D22FA" w:rsidRDefault="00000000">
      <w:r>
        <w:rPr>
          <w:noProof/>
        </w:rPr>
        <w:drawing>
          <wp:inline distT="0" distB="0" distL="0" distR="0" wp14:anchorId="3A550DD8" wp14:editId="6C00D8A7">
            <wp:extent cx="5029200" cy="25146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17.png"/>
                    <pic:cNvPicPr/>
                  </pic:nvPicPr>
                  <pic:blipFill>
                    <a:blip r:embed="rId25"/>
                    <a:stretch>
                      <a:fillRect/>
                    </a:stretch>
                  </pic:blipFill>
                  <pic:spPr>
                    <a:xfrm>
                      <a:off x="0" y="0"/>
                      <a:ext cx="5029200" cy="2514600"/>
                    </a:xfrm>
                    <a:prstGeom prst="rect">
                      <a:avLst/>
                    </a:prstGeom>
                  </pic:spPr>
                </pic:pic>
              </a:graphicData>
            </a:graphic>
          </wp:inline>
        </w:drawing>
      </w:r>
    </w:p>
    <w:p w14:paraId="5A119057" w14:textId="62DEA28B" w:rsidR="008D22FA" w:rsidRDefault="00C77C23">
      <w:pPr>
        <w:pStyle w:val="Balk2"/>
        <w:jc w:val="left"/>
      </w:pPr>
      <w:bookmarkStart w:id="23" w:name="_Toc232110417"/>
      <w:r>
        <w:rPr>
          <w:rFonts w:ascii="Times New Roman" w:eastAsia="Times New Roman" w:hAnsi="Times New Roman"/>
        </w:rPr>
        <w:t>5</w:t>
      </w:r>
      <w:r w:rsidR="00000000">
        <w:rPr>
          <w:rFonts w:ascii="Times New Roman" w:eastAsia="Times New Roman" w:hAnsi="Times New Roman"/>
        </w:rPr>
        <w:t>.1.18. Soru 18’e İlişkin Bulgular</w:t>
      </w:r>
      <w:bookmarkEnd w:id="23"/>
    </w:p>
    <w:p w14:paraId="6EDB3D2F" w14:textId="77777777" w:rsidR="008D22FA" w:rsidRDefault="00000000">
      <w:pPr>
        <w:spacing w:after="120"/>
        <w:ind w:firstLine="425"/>
      </w:pPr>
      <w:r>
        <w:rPr>
          <w:i/>
        </w:rPr>
        <w:t>(Kongre, seminer ve bilimsel etkinliklere katılımım desteklenmişti.)</w:t>
      </w:r>
    </w:p>
    <w:p w14:paraId="6BC71D45" w14:textId="77777777" w:rsidR="008D22FA" w:rsidRDefault="00000000">
      <w:pPr>
        <w:spacing w:after="120"/>
        <w:ind w:firstLine="425"/>
      </w:pPr>
      <w:r>
        <w:t>Katılımcıların; 11’i (%21,2) Kesinlikle Katılıyorum, 9’i (%17,3) Katılıyorum, 13’i (%25,0) Kararsızım, 4’i (%7,7) Katılmıyorum, 15’i (%28,8) Kesinlikle Katılmıyorum şeklinde görüş bildirdiği belirlenmiştir. Bu sonuçlar, ilgili boyutta olumlu görüşlerin bulunmakla birlikte memnuniyet düzeyinin görece sınırlı kaldığını göstermektedir. Ortalama puanın 2,94 olması, bu başlığın iyileştirme planlarında öncelikli olarak ele alınmasının yararlı olacağını düşündürmektedir.</w:t>
      </w:r>
    </w:p>
    <w:p w14:paraId="50BAE12B" w14:textId="77777777" w:rsidR="008D22FA" w:rsidRDefault="00000000">
      <w:r>
        <w:rPr>
          <w:noProof/>
        </w:rPr>
        <w:drawing>
          <wp:inline distT="0" distB="0" distL="0" distR="0" wp14:anchorId="77847FEB" wp14:editId="312C40F3">
            <wp:extent cx="5029200" cy="2514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18.png"/>
                    <pic:cNvPicPr/>
                  </pic:nvPicPr>
                  <pic:blipFill>
                    <a:blip r:embed="rId26"/>
                    <a:stretch>
                      <a:fillRect/>
                    </a:stretch>
                  </pic:blipFill>
                  <pic:spPr>
                    <a:xfrm>
                      <a:off x="0" y="0"/>
                      <a:ext cx="5029200" cy="2514600"/>
                    </a:xfrm>
                    <a:prstGeom prst="rect">
                      <a:avLst/>
                    </a:prstGeom>
                  </pic:spPr>
                </pic:pic>
              </a:graphicData>
            </a:graphic>
          </wp:inline>
        </w:drawing>
      </w:r>
    </w:p>
    <w:p w14:paraId="2C5D0743" w14:textId="53E44DA7" w:rsidR="008D22FA" w:rsidRDefault="00C77C23">
      <w:pPr>
        <w:pStyle w:val="Balk2"/>
        <w:jc w:val="left"/>
      </w:pPr>
      <w:bookmarkStart w:id="24" w:name="_Toc232110418"/>
      <w:r>
        <w:rPr>
          <w:rFonts w:ascii="Times New Roman" w:eastAsia="Times New Roman" w:hAnsi="Times New Roman"/>
        </w:rPr>
        <w:lastRenderedPageBreak/>
        <w:t>5</w:t>
      </w:r>
      <w:r w:rsidR="00000000">
        <w:rPr>
          <w:rFonts w:ascii="Times New Roman" w:eastAsia="Times New Roman" w:hAnsi="Times New Roman"/>
        </w:rPr>
        <w:t>.1.19. Soru 19’e İlişkin Bulgular</w:t>
      </w:r>
      <w:bookmarkEnd w:id="24"/>
    </w:p>
    <w:p w14:paraId="07EC6A9D" w14:textId="77777777" w:rsidR="008D22FA" w:rsidRDefault="00000000">
      <w:pPr>
        <w:spacing w:after="120"/>
        <w:ind w:firstLine="425"/>
      </w:pPr>
      <w:r>
        <w:rPr>
          <w:i/>
        </w:rPr>
        <w:t>(Öğretim elemanlarının alanlarında yetkin ve güncel olduğunu, ders içeriklerinin ise uzmanlık alanlarıyla uyumlu şekilde yürütüldüğünü düşünüyorum.)</w:t>
      </w:r>
    </w:p>
    <w:p w14:paraId="13C2B146" w14:textId="77777777" w:rsidR="008D22FA" w:rsidRDefault="00000000">
      <w:pPr>
        <w:spacing w:after="120"/>
        <w:ind w:firstLine="425"/>
      </w:pPr>
      <w:r>
        <w:t>Katılımcıların; 11’i (%21,2) Kesinlikle Katılıyorum, 12’i (%23,1) Katılıyorum, 11’i (%21,2) Kararsızım, 3’i (%5,8) Katılmıyorum, 15’i (%28,8) Kesinlikle Katılmıyorum şeklinde görüş bildirdiği belirlenmiştir. Bu sonuçlar, ilgili boyutta olumlu görüşlerin bulunmakla birlikte memnuniyet düzeyinin görece sınırlı kaldığını göstermektedir. Ortalama puanın 3,02 olması, bu başlığın iyileştirme planlarında öncelikli olarak ele alınmasının yararlı olacağını düşündürmektedir.</w:t>
      </w:r>
    </w:p>
    <w:p w14:paraId="2F1792A9" w14:textId="77777777" w:rsidR="008D22FA" w:rsidRDefault="00000000">
      <w:r>
        <w:rPr>
          <w:noProof/>
        </w:rPr>
        <w:drawing>
          <wp:inline distT="0" distB="0" distL="0" distR="0" wp14:anchorId="09C47762" wp14:editId="51249A8E">
            <wp:extent cx="5029200" cy="25146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19.png"/>
                    <pic:cNvPicPr/>
                  </pic:nvPicPr>
                  <pic:blipFill>
                    <a:blip r:embed="rId27"/>
                    <a:stretch>
                      <a:fillRect/>
                    </a:stretch>
                  </pic:blipFill>
                  <pic:spPr>
                    <a:xfrm>
                      <a:off x="0" y="0"/>
                      <a:ext cx="5029200" cy="2514600"/>
                    </a:xfrm>
                    <a:prstGeom prst="rect">
                      <a:avLst/>
                    </a:prstGeom>
                  </pic:spPr>
                </pic:pic>
              </a:graphicData>
            </a:graphic>
          </wp:inline>
        </w:drawing>
      </w:r>
    </w:p>
    <w:p w14:paraId="36623B21" w14:textId="77080D34" w:rsidR="008D22FA" w:rsidRDefault="00C77C23">
      <w:pPr>
        <w:pStyle w:val="Balk2"/>
        <w:jc w:val="left"/>
      </w:pPr>
      <w:bookmarkStart w:id="25" w:name="_Toc232110419"/>
      <w:r>
        <w:rPr>
          <w:rFonts w:ascii="Times New Roman" w:eastAsia="Times New Roman" w:hAnsi="Times New Roman"/>
        </w:rPr>
        <w:t>5</w:t>
      </w:r>
      <w:r w:rsidR="00000000">
        <w:rPr>
          <w:rFonts w:ascii="Times New Roman" w:eastAsia="Times New Roman" w:hAnsi="Times New Roman"/>
        </w:rPr>
        <w:t>.1.20. Soru 20’e İlişkin Bulgular</w:t>
      </w:r>
      <w:bookmarkEnd w:id="25"/>
    </w:p>
    <w:p w14:paraId="718343BE" w14:textId="77777777" w:rsidR="008D22FA" w:rsidRDefault="00000000">
      <w:pPr>
        <w:spacing w:after="120"/>
        <w:ind w:firstLine="425"/>
      </w:pPr>
      <w:r>
        <w:rPr>
          <w:i/>
        </w:rPr>
        <w:t>(Öğretim elemanlarına erişim ve iletişim yeterliydi.)</w:t>
      </w:r>
    </w:p>
    <w:p w14:paraId="53CAB94C" w14:textId="77777777" w:rsidR="008D22FA" w:rsidRDefault="00000000">
      <w:pPr>
        <w:spacing w:after="120"/>
        <w:ind w:firstLine="425"/>
      </w:pPr>
      <w:r>
        <w:t>Katılımcıların; 19’i (%36,5) Kesinlikle Katılıyorum, 10’i (%19,2) Katılıyorum, 12’i (%23,1) Kararsızım, 5’i (%9,6) Katılmıyorum, 6’i (%11,5) Kesinlikle Katılmıyorum şeklinde görüş bildirdiği belirlenmiştir. Bu sonuçlar, ilgili boyutta olumlu görüşlerin bulunmakla birlikte memnuniyet düzeyinin görece sınırlı kaldığını göstermektedir. Ortalama puanın 3,60 olması, bu başlığın iyileştirme planlarında öncelikli olarak ele alınmasının yararlı olacağını düşündürmektedir.</w:t>
      </w:r>
    </w:p>
    <w:p w14:paraId="23337A65" w14:textId="77777777" w:rsidR="008D22FA" w:rsidRDefault="00000000">
      <w:r>
        <w:rPr>
          <w:noProof/>
        </w:rPr>
        <w:lastRenderedPageBreak/>
        <w:drawing>
          <wp:inline distT="0" distB="0" distL="0" distR="0" wp14:anchorId="044A1D05" wp14:editId="2A47FDB8">
            <wp:extent cx="5029200" cy="2514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20.png"/>
                    <pic:cNvPicPr/>
                  </pic:nvPicPr>
                  <pic:blipFill>
                    <a:blip r:embed="rId28"/>
                    <a:stretch>
                      <a:fillRect/>
                    </a:stretch>
                  </pic:blipFill>
                  <pic:spPr>
                    <a:xfrm>
                      <a:off x="0" y="0"/>
                      <a:ext cx="5029200" cy="2514600"/>
                    </a:xfrm>
                    <a:prstGeom prst="rect">
                      <a:avLst/>
                    </a:prstGeom>
                  </pic:spPr>
                </pic:pic>
              </a:graphicData>
            </a:graphic>
          </wp:inline>
        </w:drawing>
      </w:r>
    </w:p>
    <w:p w14:paraId="08EB29BF" w14:textId="208BEB66" w:rsidR="008D22FA" w:rsidRDefault="00C77C23">
      <w:pPr>
        <w:pStyle w:val="Balk2"/>
        <w:jc w:val="left"/>
      </w:pPr>
      <w:bookmarkStart w:id="26" w:name="_Toc232110420"/>
      <w:r>
        <w:rPr>
          <w:rFonts w:ascii="Times New Roman" w:eastAsia="Times New Roman" w:hAnsi="Times New Roman"/>
        </w:rPr>
        <w:t>5</w:t>
      </w:r>
      <w:r w:rsidR="00000000">
        <w:rPr>
          <w:rFonts w:ascii="Times New Roman" w:eastAsia="Times New Roman" w:hAnsi="Times New Roman"/>
        </w:rPr>
        <w:t>.1.21. Soru 21’e İlişkin Bulgular</w:t>
      </w:r>
      <w:bookmarkEnd w:id="26"/>
    </w:p>
    <w:p w14:paraId="40AD2894" w14:textId="77777777" w:rsidR="008D22FA" w:rsidRDefault="00000000">
      <w:pPr>
        <w:spacing w:after="120"/>
        <w:ind w:firstLine="425"/>
      </w:pPr>
      <w:r>
        <w:rPr>
          <w:i/>
        </w:rPr>
        <w:t>(Danışmanlık hizmetleri yeterli ve yönlendiriciydi.)</w:t>
      </w:r>
    </w:p>
    <w:p w14:paraId="4DFA8557" w14:textId="77777777" w:rsidR="008D22FA" w:rsidRDefault="00000000">
      <w:pPr>
        <w:spacing w:after="120"/>
        <w:ind w:firstLine="425"/>
      </w:pPr>
      <w:r>
        <w:t>Katılımcıların; 14’i (%26,9) Kesinlikle Katılıyorum, 8’i (%15,4) Katılıyorum, 10’i (%19,2) Kararsızım, 4’i (%7,7) Katılmıyorum, 16’i (%30,8) Kesinlikle Katılmıyorum şeklinde görüş bildirdiği belirlenmiştir. Bu sonuçlar, ilgili boyutta olumlu görüşlerin bulunmakla birlikte memnuniyet düzeyinin görece sınırlı kaldığını göstermektedir. Ortalama puanın 3,00 olması, bu başlığın iyileştirme planlarında öncelikli olarak ele alınmasının yararlı olacağını düşündürmektedir.</w:t>
      </w:r>
    </w:p>
    <w:p w14:paraId="1EDA30B3" w14:textId="77777777" w:rsidR="008D22FA" w:rsidRDefault="00000000">
      <w:r>
        <w:rPr>
          <w:noProof/>
        </w:rPr>
        <w:drawing>
          <wp:inline distT="0" distB="0" distL="0" distR="0" wp14:anchorId="26DD3876" wp14:editId="0FCBDEB0">
            <wp:extent cx="5029200" cy="25146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21.png"/>
                    <pic:cNvPicPr/>
                  </pic:nvPicPr>
                  <pic:blipFill>
                    <a:blip r:embed="rId29"/>
                    <a:stretch>
                      <a:fillRect/>
                    </a:stretch>
                  </pic:blipFill>
                  <pic:spPr>
                    <a:xfrm>
                      <a:off x="0" y="0"/>
                      <a:ext cx="5029200" cy="2514600"/>
                    </a:xfrm>
                    <a:prstGeom prst="rect">
                      <a:avLst/>
                    </a:prstGeom>
                  </pic:spPr>
                </pic:pic>
              </a:graphicData>
            </a:graphic>
          </wp:inline>
        </w:drawing>
      </w:r>
    </w:p>
    <w:p w14:paraId="338B118E" w14:textId="011993F4" w:rsidR="008D22FA" w:rsidRDefault="00C77C23">
      <w:pPr>
        <w:pStyle w:val="Balk2"/>
        <w:jc w:val="left"/>
      </w:pPr>
      <w:bookmarkStart w:id="27" w:name="_Toc232110421"/>
      <w:r>
        <w:rPr>
          <w:rFonts w:ascii="Times New Roman" w:eastAsia="Times New Roman" w:hAnsi="Times New Roman"/>
        </w:rPr>
        <w:t>5</w:t>
      </w:r>
      <w:r w:rsidR="00000000">
        <w:rPr>
          <w:rFonts w:ascii="Times New Roman" w:eastAsia="Times New Roman" w:hAnsi="Times New Roman"/>
        </w:rPr>
        <w:t>.1.22. Soru 22’e İlişkin Bulgular</w:t>
      </w:r>
      <w:bookmarkEnd w:id="27"/>
    </w:p>
    <w:p w14:paraId="792D35D8" w14:textId="77777777" w:rsidR="008D22FA" w:rsidRDefault="00000000">
      <w:pPr>
        <w:spacing w:after="120"/>
        <w:ind w:firstLine="425"/>
      </w:pPr>
      <w:r>
        <w:rPr>
          <w:i/>
        </w:rPr>
        <w:t>(Öğrenci işleri hizmetleri hızlı ve düzenliydi.)</w:t>
      </w:r>
    </w:p>
    <w:p w14:paraId="5677A7B0" w14:textId="77777777" w:rsidR="008D22FA" w:rsidRDefault="00000000">
      <w:pPr>
        <w:spacing w:after="120"/>
        <w:ind w:firstLine="425"/>
      </w:pPr>
      <w:r>
        <w:t xml:space="preserve">Katılımcıların; 19’i (%36,5) Kesinlikle Katılıyorum, 13’i (%25,0) Katılıyorum, 10’i (%19,2) Kararsızım, 4’i (%7,7) Katılmıyorum, 6’i (%11,5) Kesinlikle Katılmıyorum şeklinde görüş bildirdiği belirlenmiştir. Bu sonuçlar, ilgili boyutta olumlu görüşlerin bulunmakla birlikte </w:t>
      </w:r>
      <w:r>
        <w:lastRenderedPageBreak/>
        <w:t>memnuniyet düzeyinin görece sınırlı kaldığını göstermektedir. Ortalama puanın 3,67 olması, bu başlığın iyileştirme planlarında öncelikli olarak ele alınmasının yararlı olacağını düşündürmektedir.</w:t>
      </w:r>
    </w:p>
    <w:p w14:paraId="4768ED78" w14:textId="77777777" w:rsidR="008D22FA" w:rsidRDefault="00000000">
      <w:r>
        <w:rPr>
          <w:noProof/>
        </w:rPr>
        <w:drawing>
          <wp:inline distT="0" distB="0" distL="0" distR="0" wp14:anchorId="1B2AB4EC" wp14:editId="506B70F0">
            <wp:extent cx="5029200" cy="2514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22.png"/>
                    <pic:cNvPicPr/>
                  </pic:nvPicPr>
                  <pic:blipFill>
                    <a:blip r:embed="rId30"/>
                    <a:stretch>
                      <a:fillRect/>
                    </a:stretch>
                  </pic:blipFill>
                  <pic:spPr>
                    <a:xfrm>
                      <a:off x="0" y="0"/>
                      <a:ext cx="5029200" cy="2514600"/>
                    </a:xfrm>
                    <a:prstGeom prst="rect">
                      <a:avLst/>
                    </a:prstGeom>
                  </pic:spPr>
                </pic:pic>
              </a:graphicData>
            </a:graphic>
          </wp:inline>
        </w:drawing>
      </w:r>
    </w:p>
    <w:p w14:paraId="1F6AE8F7" w14:textId="504CA5AF" w:rsidR="008D22FA" w:rsidRDefault="00C77C23">
      <w:pPr>
        <w:pStyle w:val="Balk2"/>
        <w:jc w:val="left"/>
      </w:pPr>
      <w:bookmarkStart w:id="28" w:name="_Toc232110422"/>
      <w:r>
        <w:rPr>
          <w:rFonts w:ascii="Times New Roman" w:eastAsia="Times New Roman" w:hAnsi="Times New Roman"/>
        </w:rPr>
        <w:t>5</w:t>
      </w:r>
      <w:r w:rsidR="00000000">
        <w:rPr>
          <w:rFonts w:ascii="Times New Roman" w:eastAsia="Times New Roman" w:hAnsi="Times New Roman"/>
        </w:rPr>
        <w:t>.1.23. Soru 23’e İlişkin Bulgular</w:t>
      </w:r>
      <w:bookmarkEnd w:id="28"/>
    </w:p>
    <w:p w14:paraId="6378136F" w14:textId="77777777" w:rsidR="008D22FA" w:rsidRDefault="00000000">
      <w:pPr>
        <w:spacing w:after="120"/>
        <w:ind w:firstLine="425"/>
      </w:pPr>
      <w:r>
        <w:rPr>
          <w:i/>
        </w:rPr>
        <w:t>(İdari personel ilgili ve çözüm odaklıydı.)</w:t>
      </w:r>
    </w:p>
    <w:p w14:paraId="108E8303" w14:textId="77777777" w:rsidR="008D22FA" w:rsidRDefault="00000000">
      <w:pPr>
        <w:spacing w:after="120"/>
        <w:ind w:firstLine="425"/>
      </w:pPr>
      <w:r>
        <w:t>Katılımcıların; 19’i (%36,5) Kesinlikle Katılıyorum, 9’i (%17,3) Katılıyorum, 9’i (%17,3) Kararsızım, 6’i (%11,5) Katılmıyorum, 9’i (%17,3) Kesinlikle Katılmıyorum şeklinde görüş bildirdiği belirlenmiştir. Bu sonuçlar, ilgili boyutta olumlu görüşlerin bulunmakla birlikte memnuniyet düzeyinin görece sınırlı kaldığını göstermektedir. Ortalama puanın 3,44 olması, bu başlığın iyileştirme planlarında öncelikli olarak ele alınmasının yararlı olacağını düşündürmektedir.</w:t>
      </w:r>
    </w:p>
    <w:p w14:paraId="4644BCF7" w14:textId="77777777" w:rsidR="008D22FA" w:rsidRDefault="00000000">
      <w:r>
        <w:rPr>
          <w:noProof/>
        </w:rPr>
        <w:drawing>
          <wp:inline distT="0" distB="0" distL="0" distR="0" wp14:anchorId="44D891A9" wp14:editId="4358DE81">
            <wp:extent cx="5029200" cy="2514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23.png"/>
                    <pic:cNvPicPr/>
                  </pic:nvPicPr>
                  <pic:blipFill>
                    <a:blip r:embed="rId31"/>
                    <a:stretch>
                      <a:fillRect/>
                    </a:stretch>
                  </pic:blipFill>
                  <pic:spPr>
                    <a:xfrm>
                      <a:off x="0" y="0"/>
                      <a:ext cx="5029200" cy="2514600"/>
                    </a:xfrm>
                    <a:prstGeom prst="rect">
                      <a:avLst/>
                    </a:prstGeom>
                  </pic:spPr>
                </pic:pic>
              </a:graphicData>
            </a:graphic>
          </wp:inline>
        </w:drawing>
      </w:r>
    </w:p>
    <w:p w14:paraId="56123662" w14:textId="364E9F39" w:rsidR="008D22FA" w:rsidRDefault="00C77C23">
      <w:pPr>
        <w:pStyle w:val="Balk2"/>
        <w:jc w:val="left"/>
      </w:pPr>
      <w:bookmarkStart w:id="29" w:name="_Toc232110423"/>
      <w:r>
        <w:rPr>
          <w:rFonts w:ascii="Times New Roman" w:eastAsia="Times New Roman" w:hAnsi="Times New Roman"/>
        </w:rPr>
        <w:lastRenderedPageBreak/>
        <w:t>5</w:t>
      </w:r>
      <w:r w:rsidR="00000000">
        <w:rPr>
          <w:rFonts w:ascii="Times New Roman" w:eastAsia="Times New Roman" w:hAnsi="Times New Roman"/>
        </w:rPr>
        <w:t>.1.24. Soru 24’e İlişkin Bulgular</w:t>
      </w:r>
      <w:bookmarkEnd w:id="29"/>
    </w:p>
    <w:p w14:paraId="13BD2199" w14:textId="77777777" w:rsidR="008D22FA" w:rsidRDefault="00000000">
      <w:pPr>
        <w:spacing w:after="120"/>
        <w:ind w:firstLine="425"/>
      </w:pPr>
      <w:r>
        <w:rPr>
          <w:i/>
        </w:rPr>
        <w:t>(Duyuruların zamanında ve anlaşılır şekilde yapıldığını, web sayfasının ise güncel ve bilgilendirici olduğunu düşünüyorum.)</w:t>
      </w:r>
    </w:p>
    <w:p w14:paraId="59BEB5CF" w14:textId="77777777" w:rsidR="008D22FA" w:rsidRDefault="00000000">
      <w:pPr>
        <w:spacing w:after="120"/>
        <w:ind w:firstLine="425"/>
      </w:pPr>
      <w:r>
        <w:t>Katılımcıların; 17’i (%32,7) Kesinlikle Katılıyorum, 10’i (%19,2) Katılıyorum, 10’i (%19,2) Kararsızım, 6’i (%11,5) Katılmıyorum, 9’i (%17,3) Kesinlikle Katılmıyorum şeklinde görüş bildirdiği belirlenmiştir. Bu sonuçlar, ilgili boyutta olumlu görüşlerin bulunmakla birlikte memnuniyet düzeyinin görece sınırlı kaldığını göstermektedir. Ortalama puanın 3,38 olması, bu başlığın iyileştirme planlarında öncelikli olarak ele alınmasının yararlı olacağını düşündürmektedir.</w:t>
      </w:r>
    </w:p>
    <w:p w14:paraId="0451AE21" w14:textId="77777777" w:rsidR="008D22FA" w:rsidRDefault="00000000">
      <w:r>
        <w:rPr>
          <w:noProof/>
        </w:rPr>
        <w:drawing>
          <wp:inline distT="0" distB="0" distL="0" distR="0" wp14:anchorId="435CDA19" wp14:editId="5C27C5C0">
            <wp:extent cx="5029200" cy="25146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24.png"/>
                    <pic:cNvPicPr/>
                  </pic:nvPicPr>
                  <pic:blipFill>
                    <a:blip r:embed="rId32"/>
                    <a:stretch>
                      <a:fillRect/>
                    </a:stretch>
                  </pic:blipFill>
                  <pic:spPr>
                    <a:xfrm>
                      <a:off x="0" y="0"/>
                      <a:ext cx="5029200" cy="2514600"/>
                    </a:xfrm>
                    <a:prstGeom prst="rect">
                      <a:avLst/>
                    </a:prstGeom>
                  </pic:spPr>
                </pic:pic>
              </a:graphicData>
            </a:graphic>
          </wp:inline>
        </w:drawing>
      </w:r>
    </w:p>
    <w:p w14:paraId="4C91D8FE" w14:textId="6AC0E6DD" w:rsidR="008D22FA" w:rsidRDefault="00C77C23">
      <w:pPr>
        <w:pStyle w:val="Balk2"/>
        <w:jc w:val="left"/>
      </w:pPr>
      <w:bookmarkStart w:id="30" w:name="_Toc232110424"/>
      <w:r>
        <w:rPr>
          <w:rFonts w:ascii="Times New Roman" w:eastAsia="Times New Roman" w:hAnsi="Times New Roman"/>
        </w:rPr>
        <w:t>5</w:t>
      </w:r>
      <w:r w:rsidR="00000000">
        <w:rPr>
          <w:rFonts w:ascii="Times New Roman" w:eastAsia="Times New Roman" w:hAnsi="Times New Roman"/>
        </w:rPr>
        <w:t>.1.25. Soru 25’e İlişkin Bulgular</w:t>
      </w:r>
      <w:bookmarkEnd w:id="30"/>
    </w:p>
    <w:p w14:paraId="123E5A2C" w14:textId="77777777" w:rsidR="008D22FA" w:rsidRDefault="00000000">
      <w:pPr>
        <w:spacing w:after="120"/>
        <w:ind w:firstLine="425"/>
      </w:pPr>
      <w:r>
        <w:rPr>
          <w:i/>
        </w:rPr>
        <w:t>(Bu soru dikkat kontrolü amacıyla hazırlanmıştır. Lütfen bu maddede “Katılıyorum” seçeneğini işaretleyiniz.)</w:t>
      </w:r>
    </w:p>
    <w:p w14:paraId="7D1611EA" w14:textId="77777777" w:rsidR="008D22FA" w:rsidRDefault="00000000">
      <w:pPr>
        <w:spacing w:after="120"/>
        <w:ind w:firstLine="425"/>
      </w:pPr>
      <w:r>
        <w:t>Katılımcıların; 15’i (%28,8) Kesinlikle Katılıyorum, 32’i (%61,5) Katılıyorum, 2’i (%3,8) Kararsızım, 1’i (%1,9) Katılmıyorum, 2’i (%3,8) Kesinlikle Katılmıyorum şeklinde görüş bildirdiği belirlenmiştir. Bu madde dikkat kontrolü amacıyla hazırlanmıştır. Katılımcıların 32’i (%61,5) beklenen seçenek olan “Katılıyorum” yanıtını vermiştir. Bu bulgu, veri kalitesinin yorumlanmasında dikkate alınması gereken bir kontrol göstergesi olarak değerlendirilmiştir.</w:t>
      </w:r>
    </w:p>
    <w:p w14:paraId="52BA263B" w14:textId="77777777" w:rsidR="008D22FA" w:rsidRDefault="00000000">
      <w:r>
        <w:rPr>
          <w:noProof/>
        </w:rPr>
        <w:lastRenderedPageBreak/>
        <w:drawing>
          <wp:inline distT="0" distB="0" distL="0" distR="0" wp14:anchorId="7CDA3A54" wp14:editId="5AFC91B7">
            <wp:extent cx="5029200" cy="25146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25.png"/>
                    <pic:cNvPicPr/>
                  </pic:nvPicPr>
                  <pic:blipFill>
                    <a:blip r:embed="rId33"/>
                    <a:stretch>
                      <a:fillRect/>
                    </a:stretch>
                  </pic:blipFill>
                  <pic:spPr>
                    <a:xfrm>
                      <a:off x="0" y="0"/>
                      <a:ext cx="5029200" cy="2514600"/>
                    </a:xfrm>
                    <a:prstGeom prst="rect">
                      <a:avLst/>
                    </a:prstGeom>
                  </pic:spPr>
                </pic:pic>
              </a:graphicData>
            </a:graphic>
          </wp:inline>
        </w:drawing>
      </w:r>
    </w:p>
    <w:p w14:paraId="4A5998BF" w14:textId="2497C297" w:rsidR="008D22FA" w:rsidRDefault="00C77C23">
      <w:pPr>
        <w:pStyle w:val="Balk2"/>
        <w:jc w:val="left"/>
      </w:pPr>
      <w:bookmarkStart w:id="31" w:name="_Toc232110425"/>
      <w:r>
        <w:rPr>
          <w:rFonts w:ascii="Times New Roman" w:eastAsia="Times New Roman" w:hAnsi="Times New Roman"/>
        </w:rPr>
        <w:t>5</w:t>
      </w:r>
      <w:r w:rsidR="00000000">
        <w:rPr>
          <w:rFonts w:ascii="Times New Roman" w:eastAsia="Times New Roman" w:hAnsi="Times New Roman"/>
        </w:rPr>
        <w:t>.1.26. Soru 26’e İlişkin Bulgular</w:t>
      </w:r>
      <w:bookmarkEnd w:id="31"/>
    </w:p>
    <w:p w14:paraId="6A45C621" w14:textId="77777777" w:rsidR="008D22FA" w:rsidRDefault="00000000">
      <w:pPr>
        <w:spacing w:after="120"/>
        <w:ind w:firstLine="425"/>
      </w:pPr>
      <w:r>
        <w:rPr>
          <w:i/>
        </w:rPr>
        <w:t>(Resmi işlemler sırasında yeterli bilgilendirme yapılmıştır.)</w:t>
      </w:r>
    </w:p>
    <w:p w14:paraId="11CECBAA" w14:textId="77777777" w:rsidR="008D22FA" w:rsidRDefault="00000000">
      <w:pPr>
        <w:spacing w:after="120"/>
        <w:ind w:firstLine="425"/>
      </w:pPr>
      <w:r>
        <w:t>Katılımcıların; 14’i (%26,9) Kesinlikle Katılıyorum, 13’i (%25,0) Katılıyorum, 15’i (%28,8) Kararsızım, 6’i (%11,5) Katılmıyorum, 4’i (%7,7) Kesinlikle Katılmıyorum şeklinde görüş bildirdiği belirlenmiştir. Bu sonuçlar, ilgili boyutta olumlu görüşlerin bulunmakla birlikte memnuniyet düzeyinin görece sınırlı kaldığını göstermektedir. Ortalama puanın 3,52 olması, bu başlığın iyileştirme planlarında öncelikli olarak ele alınmasının yararlı olacağını düşündürmektedir.</w:t>
      </w:r>
    </w:p>
    <w:p w14:paraId="4567ECE8" w14:textId="77777777" w:rsidR="008D22FA" w:rsidRDefault="00000000">
      <w:r>
        <w:rPr>
          <w:noProof/>
        </w:rPr>
        <w:drawing>
          <wp:inline distT="0" distB="0" distL="0" distR="0" wp14:anchorId="266EF438" wp14:editId="099BE0EA">
            <wp:extent cx="5029200" cy="25146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26.png"/>
                    <pic:cNvPicPr/>
                  </pic:nvPicPr>
                  <pic:blipFill>
                    <a:blip r:embed="rId34"/>
                    <a:stretch>
                      <a:fillRect/>
                    </a:stretch>
                  </pic:blipFill>
                  <pic:spPr>
                    <a:xfrm>
                      <a:off x="0" y="0"/>
                      <a:ext cx="5029200" cy="2514600"/>
                    </a:xfrm>
                    <a:prstGeom prst="rect">
                      <a:avLst/>
                    </a:prstGeom>
                  </pic:spPr>
                </pic:pic>
              </a:graphicData>
            </a:graphic>
          </wp:inline>
        </w:drawing>
      </w:r>
    </w:p>
    <w:p w14:paraId="3EF86A4E" w14:textId="38E80321" w:rsidR="008D22FA" w:rsidRDefault="00C77C23">
      <w:pPr>
        <w:pStyle w:val="Balk2"/>
        <w:jc w:val="left"/>
      </w:pPr>
      <w:bookmarkStart w:id="32" w:name="_Toc232110426"/>
      <w:r>
        <w:rPr>
          <w:rFonts w:ascii="Times New Roman" w:eastAsia="Times New Roman" w:hAnsi="Times New Roman"/>
        </w:rPr>
        <w:t>5</w:t>
      </w:r>
      <w:r w:rsidR="00000000">
        <w:rPr>
          <w:rFonts w:ascii="Times New Roman" w:eastAsia="Times New Roman" w:hAnsi="Times New Roman"/>
        </w:rPr>
        <w:t>.1.27. Soru 27’e İlişkin Bulgular</w:t>
      </w:r>
      <w:bookmarkEnd w:id="32"/>
    </w:p>
    <w:p w14:paraId="5B130CFF" w14:textId="77777777" w:rsidR="008D22FA" w:rsidRDefault="00000000">
      <w:pPr>
        <w:spacing w:after="120"/>
        <w:ind w:firstLine="425"/>
      </w:pPr>
      <w:r>
        <w:rPr>
          <w:i/>
        </w:rPr>
        <w:t>(İdari süreçlerde yaşadığım sorunlar etkin şekilde çözülmüştü.)</w:t>
      </w:r>
    </w:p>
    <w:p w14:paraId="04E68A9A" w14:textId="77777777" w:rsidR="008D22FA" w:rsidRDefault="00000000">
      <w:pPr>
        <w:spacing w:after="120"/>
        <w:ind w:firstLine="425"/>
      </w:pPr>
      <w:r>
        <w:t xml:space="preserve">Katılımcıların; 14’i (%26,9) Kesinlikle Katılıyorum, 14’i (%26,9) Katılıyorum, 11’i (%21,2) Kararsızım, 7’i (%13,5) Katılmıyorum, 6’i (%11,5) Kesinlikle Katılmıyorum şeklinde görüş bildirdiği belirlenmiştir. Bu sonuçlar, ilgili boyutta olumlu görüşlerin bulunmakla birlikte </w:t>
      </w:r>
      <w:r>
        <w:lastRenderedPageBreak/>
        <w:t>memnuniyet düzeyinin görece sınırlı kaldığını göstermektedir. Ortalama puanın 3,44 olması, bu başlığın iyileştirme planlarında öncelikli olarak ele alınmasının yararlı olacağını düşündürmektedir.</w:t>
      </w:r>
    </w:p>
    <w:p w14:paraId="1B5FE201" w14:textId="77777777" w:rsidR="008D22FA" w:rsidRDefault="00000000">
      <w:r>
        <w:rPr>
          <w:noProof/>
        </w:rPr>
        <w:drawing>
          <wp:inline distT="0" distB="0" distL="0" distR="0" wp14:anchorId="3C1018F2" wp14:editId="5099CEA2">
            <wp:extent cx="5029200" cy="25146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27.png"/>
                    <pic:cNvPicPr/>
                  </pic:nvPicPr>
                  <pic:blipFill>
                    <a:blip r:embed="rId35"/>
                    <a:stretch>
                      <a:fillRect/>
                    </a:stretch>
                  </pic:blipFill>
                  <pic:spPr>
                    <a:xfrm>
                      <a:off x="0" y="0"/>
                      <a:ext cx="5029200" cy="2514600"/>
                    </a:xfrm>
                    <a:prstGeom prst="rect">
                      <a:avLst/>
                    </a:prstGeom>
                  </pic:spPr>
                </pic:pic>
              </a:graphicData>
            </a:graphic>
          </wp:inline>
        </w:drawing>
      </w:r>
    </w:p>
    <w:p w14:paraId="486E12B6" w14:textId="490CFD5C" w:rsidR="008D22FA" w:rsidRDefault="00C77C23">
      <w:pPr>
        <w:pStyle w:val="Balk2"/>
        <w:jc w:val="left"/>
      </w:pPr>
      <w:bookmarkStart w:id="33" w:name="_Toc232110427"/>
      <w:r>
        <w:rPr>
          <w:rFonts w:ascii="Times New Roman" w:eastAsia="Times New Roman" w:hAnsi="Times New Roman"/>
        </w:rPr>
        <w:t>5</w:t>
      </w:r>
      <w:r w:rsidR="00000000">
        <w:rPr>
          <w:rFonts w:ascii="Times New Roman" w:eastAsia="Times New Roman" w:hAnsi="Times New Roman"/>
        </w:rPr>
        <w:t>.1.28. Soru 28’e İlişkin Bulgular</w:t>
      </w:r>
      <w:bookmarkEnd w:id="33"/>
    </w:p>
    <w:p w14:paraId="41D09B7F" w14:textId="77777777" w:rsidR="008D22FA" w:rsidRDefault="00000000">
      <w:pPr>
        <w:spacing w:after="120"/>
        <w:ind w:firstLine="425"/>
      </w:pPr>
      <w:r>
        <w:rPr>
          <w:i/>
        </w:rPr>
        <w:t>(Program, mesleki bilgi ve becerilerimi geliştirmişti.)</w:t>
      </w:r>
    </w:p>
    <w:p w14:paraId="7AEA26A2" w14:textId="77777777" w:rsidR="008D22FA" w:rsidRDefault="00000000">
      <w:pPr>
        <w:spacing w:after="120"/>
        <w:ind w:firstLine="425"/>
      </w:pPr>
      <w:r>
        <w:t>Katılımcıların; 9’i (%17,3) Kesinlikle Katılıyorum, 16’i (%30,8) Katılıyorum, 14’i (%26,9) Kararsızım, 6’i (%11,5) Katılmıyorum, 7’i (%13,5) Kesinlikle Katılmıyorum şeklinde görüş bildirdiği belirlenmiştir. Bu sonuçlar, ilgili boyutta olumlu görüşlerin bulunmakla birlikte memnuniyet düzeyinin görece sınırlı kaldığını göstermektedir. Ortalama puanın 3,27 olması, bu başlığın iyileştirme planlarında öncelikli olarak ele alınmasının yararlı olacağını düşündürmektedir.</w:t>
      </w:r>
    </w:p>
    <w:p w14:paraId="03D90A58" w14:textId="77777777" w:rsidR="008D22FA" w:rsidRDefault="00000000">
      <w:r>
        <w:rPr>
          <w:noProof/>
        </w:rPr>
        <w:drawing>
          <wp:inline distT="0" distB="0" distL="0" distR="0" wp14:anchorId="37990B12" wp14:editId="054A92CD">
            <wp:extent cx="5029200" cy="25146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28.png"/>
                    <pic:cNvPicPr/>
                  </pic:nvPicPr>
                  <pic:blipFill>
                    <a:blip r:embed="rId36"/>
                    <a:stretch>
                      <a:fillRect/>
                    </a:stretch>
                  </pic:blipFill>
                  <pic:spPr>
                    <a:xfrm>
                      <a:off x="0" y="0"/>
                      <a:ext cx="5029200" cy="2514600"/>
                    </a:xfrm>
                    <a:prstGeom prst="rect">
                      <a:avLst/>
                    </a:prstGeom>
                  </pic:spPr>
                </pic:pic>
              </a:graphicData>
            </a:graphic>
          </wp:inline>
        </w:drawing>
      </w:r>
    </w:p>
    <w:p w14:paraId="386E7E41" w14:textId="1FE895DF" w:rsidR="008D22FA" w:rsidRDefault="00C77C23">
      <w:pPr>
        <w:pStyle w:val="Balk2"/>
        <w:jc w:val="left"/>
      </w:pPr>
      <w:bookmarkStart w:id="34" w:name="_Toc232110428"/>
      <w:r>
        <w:rPr>
          <w:rFonts w:ascii="Times New Roman" w:eastAsia="Times New Roman" w:hAnsi="Times New Roman"/>
        </w:rPr>
        <w:t>5</w:t>
      </w:r>
      <w:r w:rsidR="00000000">
        <w:rPr>
          <w:rFonts w:ascii="Times New Roman" w:eastAsia="Times New Roman" w:hAnsi="Times New Roman"/>
        </w:rPr>
        <w:t>.1.29. Soru 29’e İlişkin Bulgular</w:t>
      </w:r>
      <w:bookmarkEnd w:id="34"/>
    </w:p>
    <w:p w14:paraId="01EE4481" w14:textId="77777777" w:rsidR="008D22FA" w:rsidRDefault="00000000">
      <w:pPr>
        <w:spacing w:after="120"/>
        <w:ind w:firstLine="425"/>
      </w:pPr>
      <w:r>
        <w:rPr>
          <w:i/>
        </w:rPr>
        <w:t>(Klinik karar verme ve problem çözme becerim gelişmişti.)</w:t>
      </w:r>
    </w:p>
    <w:p w14:paraId="2CC6C7E1" w14:textId="77777777" w:rsidR="008D22FA" w:rsidRDefault="00000000">
      <w:pPr>
        <w:spacing w:after="120"/>
        <w:ind w:firstLine="425"/>
      </w:pPr>
      <w:r>
        <w:lastRenderedPageBreak/>
        <w:t>Katılımcıların; 13’i (%25,0) Kesinlikle Katılıyorum, 18’i (%34,6) Katılıyorum, 7’i (%13,5) Kararsızım, 6’i (%11,5) Katılmıyorum, 8’i (%15,4) Kesinlikle Katılmıyorum şeklinde görüş bildirdiği belirlenmiştir. Bu sonuçlar, ilgili boyutta olumlu görüşlerin bulunmakla birlikte memnuniyet düzeyinin görece sınırlı kaldığını göstermektedir. Ortalama puanın 3,42 olması, bu başlığın iyileştirme planlarında öncelikli olarak ele alınmasının yararlı olacağını düşündürmektedir.</w:t>
      </w:r>
    </w:p>
    <w:p w14:paraId="60EED35D" w14:textId="77777777" w:rsidR="008D22FA" w:rsidRDefault="00000000">
      <w:r>
        <w:rPr>
          <w:noProof/>
        </w:rPr>
        <w:drawing>
          <wp:inline distT="0" distB="0" distL="0" distR="0" wp14:anchorId="18EE6D1C" wp14:editId="0DDC8C37">
            <wp:extent cx="5029200" cy="25146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29.png"/>
                    <pic:cNvPicPr/>
                  </pic:nvPicPr>
                  <pic:blipFill>
                    <a:blip r:embed="rId37"/>
                    <a:stretch>
                      <a:fillRect/>
                    </a:stretch>
                  </pic:blipFill>
                  <pic:spPr>
                    <a:xfrm>
                      <a:off x="0" y="0"/>
                      <a:ext cx="5029200" cy="2514600"/>
                    </a:xfrm>
                    <a:prstGeom prst="rect">
                      <a:avLst/>
                    </a:prstGeom>
                  </pic:spPr>
                </pic:pic>
              </a:graphicData>
            </a:graphic>
          </wp:inline>
        </w:drawing>
      </w:r>
    </w:p>
    <w:p w14:paraId="452F7259" w14:textId="45900670" w:rsidR="008D22FA" w:rsidRDefault="00C77C23">
      <w:pPr>
        <w:pStyle w:val="Balk2"/>
        <w:jc w:val="left"/>
      </w:pPr>
      <w:bookmarkStart w:id="35" w:name="_Toc232110429"/>
      <w:r>
        <w:rPr>
          <w:rFonts w:ascii="Times New Roman" w:eastAsia="Times New Roman" w:hAnsi="Times New Roman"/>
        </w:rPr>
        <w:t>5</w:t>
      </w:r>
      <w:r w:rsidR="00000000">
        <w:rPr>
          <w:rFonts w:ascii="Times New Roman" w:eastAsia="Times New Roman" w:hAnsi="Times New Roman"/>
        </w:rPr>
        <w:t>.1.30. Soru 30’e İlişkin Bulgular</w:t>
      </w:r>
      <w:bookmarkEnd w:id="35"/>
    </w:p>
    <w:p w14:paraId="484298D2" w14:textId="77777777" w:rsidR="008D22FA" w:rsidRDefault="00000000">
      <w:pPr>
        <w:spacing w:after="120"/>
        <w:ind w:firstLine="425"/>
      </w:pPr>
      <w:r>
        <w:rPr>
          <w:i/>
        </w:rPr>
        <w:t>(Eleştirel düşünme ve bilimsel değerlendirme becerim gelişmişti.)</w:t>
      </w:r>
    </w:p>
    <w:p w14:paraId="3DED9DFC" w14:textId="77777777" w:rsidR="008D22FA" w:rsidRDefault="00000000">
      <w:pPr>
        <w:spacing w:after="120"/>
        <w:ind w:firstLine="425"/>
      </w:pPr>
      <w:r>
        <w:t>Katılımcıların; 11’i (%21,2) Kesinlikle Katılıyorum, 14’i (%26,9) Katılıyorum, 13’i (%25,0) Kararsızım, 5’i (%9,6) Katılmıyorum, 9’i (%17,3) Kesinlikle Katılmıyorum şeklinde görüş bildirdiği belirlenmiştir. Bu sonuçlar, ilgili boyutta olumlu görüşlerin bulunmakla birlikte memnuniyet düzeyinin görece sınırlı kaldığını göstermektedir. Ortalama puanın 3,25 olması, bu başlığın iyileştirme planlarında öncelikli olarak ele alınmasının yararlı olacağını düşündürmektedir.</w:t>
      </w:r>
    </w:p>
    <w:p w14:paraId="5FD2A363" w14:textId="77777777" w:rsidR="008D22FA" w:rsidRDefault="00000000">
      <w:r>
        <w:rPr>
          <w:noProof/>
        </w:rPr>
        <w:drawing>
          <wp:inline distT="0" distB="0" distL="0" distR="0" wp14:anchorId="60FBC091" wp14:editId="3517696C">
            <wp:extent cx="5029200" cy="25146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30.png"/>
                    <pic:cNvPicPr/>
                  </pic:nvPicPr>
                  <pic:blipFill>
                    <a:blip r:embed="rId38"/>
                    <a:stretch>
                      <a:fillRect/>
                    </a:stretch>
                  </pic:blipFill>
                  <pic:spPr>
                    <a:xfrm>
                      <a:off x="0" y="0"/>
                      <a:ext cx="5029200" cy="2514600"/>
                    </a:xfrm>
                    <a:prstGeom prst="rect">
                      <a:avLst/>
                    </a:prstGeom>
                  </pic:spPr>
                </pic:pic>
              </a:graphicData>
            </a:graphic>
          </wp:inline>
        </w:drawing>
      </w:r>
    </w:p>
    <w:p w14:paraId="2ED2FAD0" w14:textId="49BE0255" w:rsidR="008D22FA" w:rsidRDefault="00C77C23">
      <w:pPr>
        <w:pStyle w:val="Balk2"/>
        <w:jc w:val="left"/>
      </w:pPr>
      <w:bookmarkStart w:id="36" w:name="_Toc232110430"/>
      <w:r>
        <w:rPr>
          <w:rFonts w:ascii="Times New Roman" w:eastAsia="Times New Roman" w:hAnsi="Times New Roman"/>
        </w:rPr>
        <w:lastRenderedPageBreak/>
        <w:t>5</w:t>
      </w:r>
      <w:r w:rsidR="00000000">
        <w:rPr>
          <w:rFonts w:ascii="Times New Roman" w:eastAsia="Times New Roman" w:hAnsi="Times New Roman"/>
        </w:rPr>
        <w:t>.1.31. Soru 31’e İlişkin Bulgular</w:t>
      </w:r>
      <w:bookmarkEnd w:id="36"/>
    </w:p>
    <w:p w14:paraId="6EECBBFA" w14:textId="77777777" w:rsidR="008D22FA" w:rsidRDefault="00000000">
      <w:pPr>
        <w:spacing w:after="120"/>
        <w:ind w:firstLine="425"/>
      </w:pPr>
      <w:r>
        <w:rPr>
          <w:i/>
        </w:rPr>
        <w:t>(Etik değerler ve mesleki sorumluluk bilincim gelişmişti.)</w:t>
      </w:r>
    </w:p>
    <w:p w14:paraId="0AF44B6D" w14:textId="77777777" w:rsidR="008D22FA" w:rsidRDefault="00000000">
      <w:pPr>
        <w:spacing w:after="120"/>
        <w:ind w:firstLine="425"/>
      </w:pPr>
      <w:r>
        <w:t>Katılımcıların; 14’i (%26,9) Kesinlikle Katılıyorum, 16’i (%30,8) Katılıyorum, 8’i (%15,4) Kararsızım, 4’i (%7,7) Katılmıyorum, 10’i (%19,2) Kesinlikle Katılmıyorum şeklinde görüş bildirdiği belirlenmiştir. Bu sonuçlar, ilgili boyutta olumlu görüşlerin bulunmakla birlikte memnuniyet düzeyinin görece sınırlı kaldığını göstermektedir. Ortalama puanın 3,38 olması, bu başlığın iyileştirme planlarında öncelikli olarak ele alınmasının yararlı olacağını düşündürmektedir.</w:t>
      </w:r>
    </w:p>
    <w:p w14:paraId="58FE53C3" w14:textId="77777777" w:rsidR="008D22FA" w:rsidRDefault="00000000">
      <w:r>
        <w:rPr>
          <w:noProof/>
        </w:rPr>
        <w:drawing>
          <wp:inline distT="0" distB="0" distL="0" distR="0" wp14:anchorId="5E34198B" wp14:editId="0FC4C403">
            <wp:extent cx="5029200" cy="25146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31.png"/>
                    <pic:cNvPicPr/>
                  </pic:nvPicPr>
                  <pic:blipFill>
                    <a:blip r:embed="rId39"/>
                    <a:stretch>
                      <a:fillRect/>
                    </a:stretch>
                  </pic:blipFill>
                  <pic:spPr>
                    <a:xfrm>
                      <a:off x="0" y="0"/>
                      <a:ext cx="5029200" cy="2514600"/>
                    </a:xfrm>
                    <a:prstGeom prst="rect">
                      <a:avLst/>
                    </a:prstGeom>
                  </pic:spPr>
                </pic:pic>
              </a:graphicData>
            </a:graphic>
          </wp:inline>
        </w:drawing>
      </w:r>
    </w:p>
    <w:p w14:paraId="2FE03E67" w14:textId="6BCEAF99" w:rsidR="008D22FA" w:rsidRDefault="00C77C23">
      <w:pPr>
        <w:pStyle w:val="Balk2"/>
        <w:jc w:val="left"/>
      </w:pPr>
      <w:bookmarkStart w:id="37" w:name="_Toc232110431"/>
      <w:r>
        <w:rPr>
          <w:rFonts w:ascii="Times New Roman" w:eastAsia="Times New Roman" w:hAnsi="Times New Roman"/>
        </w:rPr>
        <w:t>5</w:t>
      </w:r>
      <w:r w:rsidR="00000000">
        <w:rPr>
          <w:rFonts w:ascii="Times New Roman" w:eastAsia="Times New Roman" w:hAnsi="Times New Roman"/>
        </w:rPr>
        <w:t>.1.32. Soru 32’e İlişkin Bulgular</w:t>
      </w:r>
      <w:bookmarkEnd w:id="37"/>
    </w:p>
    <w:p w14:paraId="48C6B1BC" w14:textId="77777777" w:rsidR="008D22FA" w:rsidRDefault="00000000">
      <w:pPr>
        <w:spacing w:after="120"/>
        <w:ind w:firstLine="425"/>
      </w:pPr>
      <w:r>
        <w:rPr>
          <w:i/>
        </w:rPr>
        <w:t>(Disiplinler arası çalışma becerim gelişmişti.)</w:t>
      </w:r>
    </w:p>
    <w:p w14:paraId="099D5B9B" w14:textId="77777777" w:rsidR="008D22FA" w:rsidRDefault="00000000">
      <w:pPr>
        <w:spacing w:after="120"/>
        <w:ind w:firstLine="425"/>
      </w:pPr>
      <w:r>
        <w:t>Katılımcıların; 15’i (%28,8) Kesinlikle Katılıyorum, 10’i (%19,2) Katılıyorum, 13’i (%25,0) Kararsızım, 6’i (%11,5) Katılmıyorum, 8’i (%15,4) Kesinlikle Katılmıyorum şeklinde görüş bildirdiği belirlenmiştir. Bu sonuçlar, ilgili boyutta olumlu görüşlerin bulunmakla birlikte memnuniyet düzeyinin görece sınırlı kaldığını göstermektedir. Ortalama puanın 3,35 olması, bu başlığın iyileştirme planlarında öncelikli olarak ele alınmasının yararlı olacağını düşündürmektedir.</w:t>
      </w:r>
    </w:p>
    <w:p w14:paraId="74D008C5" w14:textId="77777777" w:rsidR="008D22FA" w:rsidRDefault="00000000">
      <w:r>
        <w:rPr>
          <w:noProof/>
        </w:rPr>
        <w:lastRenderedPageBreak/>
        <w:drawing>
          <wp:inline distT="0" distB="0" distL="0" distR="0" wp14:anchorId="0AA06AC1" wp14:editId="472C226A">
            <wp:extent cx="5029200" cy="25146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32.png"/>
                    <pic:cNvPicPr/>
                  </pic:nvPicPr>
                  <pic:blipFill>
                    <a:blip r:embed="rId40"/>
                    <a:stretch>
                      <a:fillRect/>
                    </a:stretch>
                  </pic:blipFill>
                  <pic:spPr>
                    <a:xfrm>
                      <a:off x="0" y="0"/>
                      <a:ext cx="5029200" cy="2514600"/>
                    </a:xfrm>
                    <a:prstGeom prst="rect">
                      <a:avLst/>
                    </a:prstGeom>
                  </pic:spPr>
                </pic:pic>
              </a:graphicData>
            </a:graphic>
          </wp:inline>
        </w:drawing>
      </w:r>
    </w:p>
    <w:p w14:paraId="6BED67FF" w14:textId="195676FA" w:rsidR="008D22FA" w:rsidRDefault="00C77C23">
      <w:pPr>
        <w:pStyle w:val="Balk2"/>
        <w:jc w:val="left"/>
      </w:pPr>
      <w:bookmarkStart w:id="38" w:name="_Toc232110432"/>
      <w:r>
        <w:rPr>
          <w:rFonts w:ascii="Times New Roman" w:eastAsia="Times New Roman" w:hAnsi="Times New Roman"/>
        </w:rPr>
        <w:t>5</w:t>
      </w:r>
      <w:r w:rsidR="00000000">
        <w:rPr>
          <w:rFonts w:ascii="Times New Roman" w:eastAsia="Times New Roman" w:hAnsi="Times New Roman"/>
        </w:rPr>
        <w:t>.1.33. Soru 33’e İlişkin Bulgular</w:t>
      </w:r>
      <w:bookmarkEnd w:id="38"/>
    </w:p>
    <w:p w14:paraId="0DBB9A59" w14:textId="77777777" w:rsidR="008D22FA" w:rsidRDefault="00000000">
      <w:pPr>
        <w:spacing w:after="120"/>
        <w:ind w:firstLine="425"/>
      </w:pPr>
      <w:r>
        <w:rPr>
          <w:i/>
        </w:rPr>
        <w:t>(Aldığım eğitim, iş bulma sürecimi kolaylaştırmıştı.)</w:t>
      </w:r>
    </w:p>
    <w:p w14:paraId="711D13C8" w14:textId="77777777" w:rsidR="008D22FA" w:rsidRDefault="00000000">
      <w:pPr>
        <w:spacing w:after="120"/>
        <w:ind w:firstLine="425"/>
      </w:pPr>
      <w:r>
        <w:t>Katılımcıların; 14’i (%26,9) Kesinlikle Katılıyorum, 7’i (%13,5) Katılıyorum, 13’i (%25,0) Kararsızım, 7’i (%13,5) Katılmıyorum, 11’i (%21,2) Kesinlikle Katılmıyorum şeklinde görüş bildirdiği belirlenmiştir. Bu sonuçlar, ilgili boyutta olumlu görüşlerin bulunmakla birlikte memnuniyet düzeyinin görece sınırlı kaldığını göstermektedir. Ortalama puanın 3,12 olması, bu başlığın iyileştirme planlarında öncelikli olarak ele alınmasının yararlı olacağını düşündürmektedir.</w:t>
      </w:r>
    </w:p>
    <w:p w14:paraId="038CDC7E" w14:textId="77777777" w:rsidR="008D22FA" w:rsidRDefault="00000000">
      <w:r>
        <w:rPr>
          <w:noProof/>
        </w:rPr>
        <w:drawing>
          <wp:inline distT="0" distB="0" distL="0" distR="0" wp14:anchorId="03310E1C" wp14:editId="0BF6F43C">
            <wp:extent cx="5029200" cy="25146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33.png"/>
                    <pic:cNvPicPr/>
                  </pic:nvPicPr>
                  <pic:blipFill>
                    <a:blip r:embed="rId41"/>
                    <a:stretch>
                      <a:fillRect/>
                    </a:stretch>
                  </pic:blipFill>
                  <pic:spPr>
                    <a:xfrm>
                      <a:off x="0" y="0"/>
                      <a:ext cx="5029200" cy="2514600"/>
                    </a:xfrm>
                    <a:prstGeom prst="rect">
                      <a:avLst/>
                    </a:prstGeom>
                  </pic:spPr>
                </pic:pic>
              </a:graphicData>
            </a:graphic>
          </wp:inline>
        </w:drawing>
      </w:r>
    </w:p>
    <w:p w14:paraId="4DF37290" w14:textId="3471078E" w:rsidR="008D22FA" w:rsidRDefault="00C77C23">
      <w:pPr>
        <w:pStyle w:val="Balk2"/>
        <w:jc w:val="left"/>
      </w:pPr>
      <w:bookmarkStart w:id="39" w:name="_Toc232110433"/>
      <w:r>
        <w:rPr>
          <w:rFonts w:ascii="Times New Roman" w:eastAsia="Times New Roman" w:hAnsi="Times New Roman"/>
        </w:rPr>
        <w:t>5</w:t>
      </w:r>
      <w:r w:rsidR="00000000">
        <w:rPr>
          <w:rFonts w:ascii="Times New Roman" w:eastAsia="Times New Roman" w:hAnsi="Times New Roman"/>
        </w:rPr>
        <w:t>.1.34. Soru 34’e İlişkin Bulgular</w:t>
      </w:r>
      <w:bookmarkEnd w:id="39"/>
    </w:p>
    <w:p w14:paraId="0F7EDF46" w14:textId="77777777" w:rsidR="008D22FA" w:rsidRDefault="00000000">
      <w:pPr>
        <w:spacing w:after="120"/>
        <w:ind w:firstLine="425"/>
      </w:pPr>
      <w:r>
        <w:rPr>
          <w:i/>
        </w:rPr>
        <w:t>(Program, kariyer hedeflerime ulaşmamda katkı sağlamıştı.)</w:t>
      </w:r>
    </w:p>
    <w:p w14:paraId="1148358F" w14:textId="77777777" w:rsidR="008D22FA" w:rsidRDefault="00000000">
      <w:pPr>
        <w:spacing w:after="120"/>
        <w:ind w:firstLine="425"/>
      </w:pPr>
      <w:r>
        <w:t xml:space="preserve">Katılımcıların; 17’i (%32,7) Kesinlikle Katılıyorum, 8’i (%15,4) Katılıyorum, 11’i (%21,2) Kararsızım, 6’i (%11,5) Katılmıyorum, 10’i (%19,2) Kesinlikle Katılmıyorum şeklinde görüş bildirdiği belirlenmiştir. Bu sonuçlar, ilgili boyutta olumlu görüşlerin bulunmakla birlikte </w:t>
      </w:r>
      <w:r>
        <w:lastRenderedPageBreak/>
        <w:t>memnuniyet düzeyinin görece sınırlı kaldığını göstermektedir. Ortalama puanın 3,31 olması, bu başlığın iyileştirme planlarında öncelikli olarak ele alınmasının yararlı olacağını düşündürmektedir.</w:t>
      </w:r>
    </w:p>
    <w:p w14:paraId="1A3B5A1C" w14:textId="77777777" w:rsidR="008D22FA" w:rsidRDefault="00000000">
      <w:r>
        <w:rPr>
          <w:noProof/>
        </w:rPr>
        <w:drawing>
          <wp:inline distT="0" distB="0" distL="0" distR="0" wp14:anchorId="1C044DC9" wp14:editId="6C28D406">
            <wp:extent cx="5029200" cy="25146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34.png"/>
                    <pic:cNvPicPr/>
                  </pic:nvPicPr>
                  <pic:blipFill>
                    <a:blip r:embed="rId42"/>
                    <a:stretch>
                      <a:fillRect/>
                    </a:stretch>
                  </pic:blipFill>
                  <pic:spPr>
                    <a:xfrm>
                      <a:off x="0" y="0"/>
                      <a:ext cx="5029200" cy="2514600"/>
                    </a:xfrm>
                    <a:prstGeom prst="rect">
                      <a:avLst/>
                    </a:prstGeom>
                  </pic:spPr>
                </pic:pic>
              </a:graphicData>
            </a:graphic>
          </wp:inline>
        </w:drawing>
      </w:r>
    </w:p>
    <w:p w14:paraId="71FCAF9F" w14:textId="5EFC6726" w:rsidR="008D22FA" w:rsidRDefault="00C77C23">
      <w:pPr>
        <w:pStyle w:val="Balk2"/>
        <w:jc w:val="left"/>
      </w:pPr>
      <w:bookmarkStart w:id="40" w:name="_Toc232110434"/>
      <w:r>
        <w:rPr>
          <w:rFonts w:ascii="Times New Roman" w:eastAsia="Times New Roman" w:hAnsi="Times New Roman"/>
        </w:rPr>
        <w:t>5</w:t>
      </w:r>
      <w:r w:rsidR="00000000">
        <w:rPr>
          <w:rFonts w:ascii="Times New Roman" w:eastAsia="Times New Roman" w:hAnsi="Times New Roman"/>
        </w:rPr>
        <w:t>.1.35. Soru 35’e İlişkin Bulgular</w:t>
      </w:r>
      <w:bookmarkEnd w:id="40"/>
    </w:p>
    <w:p w14:paraId="05EA6399" w14:textId="77777777" w:rsidR="008D22FA" w:rsidRDefault="00000000">
      <w:pPr>
        <w:spacing w:after="120"/>
        <w:ind w:firstLine="425"/>
      </w:pPr>
      <w:r>
        <w:rPr>
          <w:i/>
        </w:rPr>
        <w:t>(Fakülte, mesleki ağ oluşturmama katkı sağlamıştı.)</w:t>
      </w:r>
    </w:p>
    <w:p w14:paraId="0BFB8960" w14:textId="77777777" w:rsidR="008D22FA" w:rsidRDefault="00000000">
      <w:pPr>
        <w:spacing w:after="120"/>
        <w:ind w:firstLine="425"/>
      </w:pPr>
      <w:r>
        <w:t>Katılımcıların; 14’i (%26,9) Kesinlikle Katılıyorum, 7’i (%13,5) Katılıyorum, 14’i (%26,9) Kararsızım, 6’i (%11,5) Katılmıyorum, 11’i (%21,2) Kesinlikle Katılmıyorum şeklinde görüş bildirdiği belirlenmiştir. Bu sonuçlar, ilgili boyutta olumlu görüşlerin bulunmakla birlikte memnuniyet düzeyinin görece sınırlı kaldığını göstermektedir. Ortalama puanın 3,13 olması, bu başlığın iyileştirme planlarında öncelikli olarak ele alınmasının yararlı olacağını düşündürmektedir.</w:t>
      </w:r>
    </w:p>
    <w:p w14:paraId="4BD1E278" w14:textId="77777777" w:rsidR="008D22FA" w:rsidRDefault="00000000">
      <w:r>
        <w:rPr>
          <w:noProof/>
        </w:rPr>
        <w:drawing>
          <wp:inline distT="0" distB="0" distL="0" distR="0" wp14:anchorId="755AEE17" wp14:editId="3C6CCCFC">
            <wp:extent cx="5029200" cy="25146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35.png"/>
                    <pic:cNvPicPr/>
                  </pic:nvPicPr>
                  <pic:blipFill>
                    <a:blip r:embed="rId43"/>
                    <a:stretch>
                      <a:fillRect/>
                    </a:stretch>
                  </pic:blipFill>
                  <pic:spPr>
                    <a:xfrm>
                      <a:off x="0" y="0"/>
                      <a:ext cx="5029200" cy="2514600"/>
                    </a:xfrm>
                    <a:prstGeom prst="rect">
                      <a:avLst/>
                    </a:prstGeom>
                  </pic:spPr>
                </pic:pic>
              </a:graphicData>
            </a:graphic>
          </wp:inline>
        </w:drawing>
      </w:r>
    </w:p>
    <w:p w14:paraId="4DE9F115" w14:textId="0D54CACD" w:rsidR="008D22FA" w:rsidRDefault="00C77C23">
      <w:pPr>
        <w:pStyle w:val="Balk2"/>
        <w:jc w:val="left"/>
      </w:pPr>
      <w:bookmarkStart w:id="41" w:name="_Toc232110435"/>
      <w:r>
        <w:rPr>
          <w:rFonts w:ascii="Times New Roman" w:eastAsia="Times New Roman" w:hAnsi="Times New Roman"/>
        </w:rPr>
        <w:t>5</w:t>
      </w:r>
      <w:r w:rsidR="00000000">
        <w:rPr>
          <w:rFonts w:ascii="Times New Roman" w:eastAsia="Times New Roman" w:hAnsi="Times New Roman"/>
        </w:rPr>
        <w:t>.1.36. Soru 36’e İlişkin Bulgular</w:t>
      </w:r>
      <w:bookmarkEnd w:id="41"/>
    </w:p>
    <w:p w14:paraId="22D28427" w14:textId="77777777" w:rsidR="008D22FA" w:rsidRDefault="00000000">
      <w:pPr>
        <w:spacing w:after="120"/>
        <w:ind w:firstLine="425"/>
      </w:pPr>
      <w:r>
        <w:rPr>
          <w:i/>
        </w:rPr>
        <w:t>(Eğitim süreci genel olarak mesleki gelişimime katkı sağlamıştır.)</w:t>
      </w:r>
    </w:p>
    <w:p w14:paraId="012497A0" w14:textId="77777777" w:rsidR="008D22FA" w:rsidRDefault="00000000">
      <w:pPr>
        <w:spacing w:after="120"/>
        <w:ind w:firstLine="425"/>
      </w:pPr>
      <w:r>
        <w:lastRenderedPageBreak/>
        <w:t>Katılımcıların; 14’i (%26,9) Kesinlikle Katılıyorum, 14’i (%26,9) Katılıyorum, 10’i (%19,2) Kararsızım, 4’i (%7,7) Katılmıyorum, 10’i (%19,2) Kesinlikle Katılmıyorum şeklinde görüş bildirdiği belirlenmiştir. Bu sonuçlar, ilgili boyutta olumlu görüşlerin bulunmakla birlikte memnuniyet düzeyinin görece sınırlı kaldığını göstermektedir. Ortalama puanın 3,35 olması, bu başlığın iyileştirme planlarında öncelikli olarak ele alınmasının yararlı olacağını düşündürmektedir.</w:t>
      </w:r>
    </w:p>
    <w:p w14:paraId="73D9853A" w14:textId="77777777" w:rsidR="008D22FA" w:rsidRDefault="00000000">
      <w:r>
        <w:rPr>
          <w:noProof/>
        </w:rPr>
        <w:drawing>
          <wp:inline distT="0" distB="0" distL="0" distR="0" wp14:anchorId="3500B74A" wp14:editId="77846041">
            <wp:extent cx="5029200" cy="25146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36.png"/>
                    <pic:cNvPicPr/>
                  </pic:nvPicPr>
                  <pic:blipFill>
                    <a:blip r:embed="rId44"/>
                    <a:stretch>
                      <a:fillRect/>
                    </a:stretch>
                  </pic:blipFill>
                  <pic:spPr>
                    <a:xfrm>
                      <a:off x="0" y="0"/>
                      <a:ext cx="5029200" cy="2514600"/>
                    </a:xfrm>
                    <a:prstGeom prst="rect">
                      <a:avLst/>
                    </a:prstGeom>
                  </pic:spPr>
                </pic:pic>
              </a:graphicData>
            </a:graphic>
          </wp:inline>
        </w:drawing>
      </w:r>
    </w:p>
    <w:p w14:paraId="7AD8F36F" w14:textId="77F25BA5" w:rsidR="008D22FA" w:rsidRDefault="00C77C23">
      <w:pPr>
        <w:pStyle w:val="Balk2"/>
        <w:jc w:val="left"/>
      </w:pPr>
      <w:bookmarkStart w:id="42" w:name="_Toc232110436"/>
      <w:r>
        <w:rPr>
          <w:rFonts w:ascii="Times New Roman" w:eastAsia="Times New Roman" w:hAnsi="Times New Roman"/>
        </w:rPr>
        <w:t>5</w:t>
      </w:r>
      <w:r w:rsidR="00000000">
        <w:rPr>
          <w:rFonts w:ascii="Times New Roman" w:eastAsia="Times New Roman" w:hAnsi="Times New Roman"/>
        </w:rPr>
        <w:t>.1.37. Soru 37’e İlişkin Bulgular</w:t>
      </w:r>
      <w:bookmarkEnd w:id="42"/>
    </w:p>
    <w:p w14:paraId="6FFFEE52" w14:textId="77777777" w:rsidR="008D22FA" w:rsidRDefault="00000000">
      <w:pPr>
        <w:spacing w:after="120"/>
        <w:ind w:firstLine="425"/>
      </w:pPr>
      <w:r>
        <w:rPr>
          <w:i/>
        </w:rPr>
        <w:t>(Programın genelinden memnunum.)</w:t>
      </w:r>
    </w:p>
    <w:p w14:paraId="4866A983" w14:textId="77777777" w:rsidR="008D22FA" w:rsidRDefault="00000000">
      <w:pPr>
        <w:spacing w:after="120"/>
        <w:ind w:firstLine="425"/>
      </w:pPr>
      <w:r>
        <w:t>Katılımcıların; 13’i (%25,0) Kesinlikle Katılıyorum, 9’i (%17,3) Katılıyorum, 15’i (%28,8) Kararsızım, 8’i (%15,4) Katılmıyorum, 7’i (%13,5) Kesinlikle Katılmıyorum şeklinde görüş bildirdiği belirlenmiştir. Bu sonuçlar, ilgili boyutta olumlu görüşlerin bulunmakla birlikte memnuniyet düzeyinin görece sınırlı kaldığını göstermektedir. Ortalama puanın 3,25 olması, bu başlığın iyileştirme planlarında öncelikli olarak ele alınmasının yararlı olacağını düşündürmektedir.</w:t>
      </w:r>
    </w:p>
    <w:p w14:paraId="2581EBD2" w14:textId="77777777" w:rsidR="008D22FA" w:rsidRDefault="00000000">
      <w:r>
        <w:rPr>
          <w:noProof/>
        </w:rPr>
        <w:drawing>
          <wp:inline distT="0" distB="0" distL="0" distR="0" wp14:anchorId="2C6D9DAB" wp14:editId="04466CEF">
            <wp:extent cx="5029200" cy="25146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37.png"/>
                    <pic:cNvPicPr/>
                  </pic:nvPicPr>
                  <pic:blipFill>
                    <a:blip r:embed="rId45"/>
                    <a:stretch>
                      <a:fillRect/>
                    </a:stretch>
                  </pic:blipFill>
                  <pic:spPr>
                    <a:xfrm>
                      <a:off x="0" y="0"/>
                      <a:ext cx="5029200" cy="2514600"/>
                    </a:xfrm>
                    <a:prstGeom prst="rect">
                      <a:avLst/>
                    </a:prstGeom>
                  </pic:spPr>
                </pic:pic>
              </a:graphicData>
            </a:graphic>
          </wp:inline>
        </w:drawing>
      </w:r>
    </w:p>
    <w:p w14:paraId="044099FB" w14:textId="31FB1B8C" w:rsidR="008D22FA" w:rsidRDefault="00C77C23">
      <w:pPr>
        <w:pStyle w:val="Balk2"/>
        <w:jc w:val="left"/>
      </w:pPr>
      <w:bookmarkStart w:id="43" w:name="_Toc232110437"/>
      <w:r>
        <w:rPr>
          <w:rFonts w:ascii="Times New Roman" w:eastAsia="Times New Roman" w:hAnsi="Times New Roman"/>
        </w:rPr>
        <w:lastRenderedPageBreak/>
        <w:t>5</w:t>
      </w:r>
      <w:r w:rsidR="00000000">
        <w:rPr>
          <w:rFonts w:ascii="Times New Roman" w:eastAsia="Times New Roman" w:hAnsi="Times New Roman"/>
        </w:rPr>
        <w:t>.1.38. Soru 38’e İlişkin Bulgular</w:t>
      </w:r>
      <w:bookmarkEnd w:id="43"/>
    </w:p>
    <w:p w14:paraId="3D5FD89F" w14:textId="77777777" w:rsidR="008D22FA" w:rsidRDefault="00000000">
      <w:pPr>
        <w:spacing w:after="120"/>
        <w:ind w:firstLine="425"/>
      </w:pPr>
      <w:r>
        <w:rPr>
          <w:i/>
        </w:rPr>
        <w:t>(Bu programı başkalarına tavsiye ederim.)</w:t>
      </w:r>
    </w:p>
    <w:p w14:paraId="21062C92" w14:textId="77777777" w:rsidR="008D22FA" w:rsidRDefault="00000000">
      <w:pPr>
        <w:spacing w:after="120"/>
        <w:ind w:firstLine="425"/>
      </w:pPr>
      <w:r>
        <w:t>Katılımcıların; 13’i (%25,0) Kesinlikle Katılıyorum, 11’i (%21,2) Katılıyorum, 10’i (%19,2) Kararsızım, 6’i (%11,5) Katılmıyorum, 12’i (%23,1) Kesinlikle Katılmıyorum şeklinde görüş bildirdiği belirlenmiştir. Bu sonuçlar, ilgili boyutta olumlu görüşlerin bulunmakla birlikte memnuniyet düzeyinin görece sınırlı kaldığını göstermektedir. Ortalama puanın 3,13 olması, bu başlığın iyileştirme planlarında öncelikli olarak ele alınmasının yararlı olacağını düşündürmektedir.</w:t>
      </w:r>
    </w:p>
    <w:p w14:paraId="04E8AA98" w14:textId="77777777" w:rsidR="008D22FA" w:rsidRDefault="00000000">
      <w:r>
        <w:rPr>
          <w:noProof/>
        </w:rPr>
        <w:drawing>
          <wp:inline distT="0" distB="0" distL="0" distR="0" wp14:anchorId="1CCDCF10" wp14:editId="1E8D622B">
            <wp:extent cx="5029200" cy="25146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u_38.png"/>
                    <pic:cNvPicPr/>
                  </pic:nvPicPr>
                  <pic:blipFill>
                    <a:blip r:embed="rId46"/>
                    <a:stretch>
                      <a:fillRect/>
                    </a:stretch>
                  </pic:blipFill>
                  <pic:spPr>
                    <a:xfrm>
                      <a:off x="0" y="0"/>
                      <a:ext cx="5029200" cy="2514600"/>
                    </a:xfrm>
                    <a:prstGeom prst="rect">
                      <a:avLst/>
                    </a:prstGeom>
                  </pic:spPr>
                </pic:pic>
              </a:graphicData>
            </a:graphic>
          </wp:inline>
        </w:drawing>
      </w:r>
    </w:p>
    <w:p w14:paraId="6CE53C9E" w14:textId="11F39C44" w:rsidR="008D22FA" w:rsidRDefault="00C77C23">
      <w:pPr>
        <w:pStyle w:val="Balk2"/>
        <w:jc w:val="left"/>
      </w:pPr>
      <w:bookmarkStart w:id="44" w:name="_Toc232110438"/>
      <w:r>
        <w:rPr>
          <w:rFonts w:ascii="Times New Roman" w:eastAsia="Times New Roman" w:hAnsi="Times New Roman"/>
        </w:rPr>
        <w:t>5</w:t>
      </w:r>
      <w:r w:rsidR="00000000">
        <w:rPr>
          <w:rFonts w:ascii="Times New Roman" w:eastAsia="Times New Roman" w:hAnsi="Times New Roman"/>
        </w:rPr>
        <w:t>.2. Açık Uçlu Sorulara İlişkin Bulgular</w:t>
      </w:r>
      <w:bookmarkEnd w:id="44"/>
    </w:p>
    <w:p w14:paraId="31536A77" w14:textId="2DD67015" w:rsidR="008D22FA" w:rsidRDefault="00C77C23">
      <w:pPr>
        <w:pStyle w:val="Balk3"/>
        <w:jc w:val="left"/>
      </w:pPr>
      <w:bookmarkStart w:id="45" w:name="_Toc232110439"/>
      <w:r>
        <w:rPr>
          <w:rFonts w:ascii="Times New Roman" w:eastAsia="Times New Roman" w:hAnsi="Times New Roman"/>
        </w:rPr>
        <w:t>5</w:t>
      </w:r>
      <w:r w:rsidR="00000000">
        <w:rPr>
          <w:rFonts w:ascii="Times New Roman" w:eastAsia="Times New Roman" w:hAnsi="Times New Roman"/>
        </w:rPr>
        <w:t>.2.1. Programın güçlü yönleri nelerdir?</w:t>
      </w:r>
      <w:bookmarkEnd w:id="45"/>
    </w:p>
    <w:p w14:paraId="682834D0" w14:textId="77777777" w:rsidR="008D22FA" w:rsidRDefault="00000000">
      <w:pPr>
        <w:spacing w:after="120"/>
        <w:ind w:firstLine="425"/>
      </w:pPr>
      <w:r>
        <w:t>Bu açık uçlu soruda toplam 52 yanıt incelenmiş, anlamlı içerik taşıyan 38 yanıt tematik olarak değerlendirilmiştir. Yanıtların özellikle genel memnuniyet ve diğer görüşler (17), klinik/uygulama eğitimi (15), öğretim elemanları, danışmanlık ve iletişim (7), laboratuvar, altyapı ve fiziki imkânlar (3), teorik içeriklerin güncelliği ve çeşitliliği (3), kariyer, bilimsel etkinlik ve mesleki ağ (2) başlıklarında yoğunlaştığı görülmektedir.</w:t>
      </w:r>
    </w:p>
    <w:p w14:paraId="697F0ABE" w14:textId="77777777" w:rsidR="008D22FA" w:rsidRDefault="00000000">
      <w:pPr>
        <w:spacing w:after="120"/>
        <w:ind w:firstLine="425"/>
      </w:pPr>
      <w:r>
        <w:t>Güçlü yönlere ilişkin cevaplarda klinik uygulama deneyimi, öğretim elemanlarına erişim, teorik bilginin uygulama ile desteklenmesi ve mesleki gelişime katkı sağlayan eğitim ortamı öne çıkmaktadır. Bu bulgu, mezunların fakülte eğitiminde özellikle uygulama temelli kazanımları güçlü bir alan olarak algıladığını göstermektedir.</w:t>
      </w:r>
    </w:p>
    <w:tbl>
      <w:tblPr>
        <w:tblW w:w="0" w:type="auto"/>
        <w:jc w:val="center"/>
        <w:tblLook w:val="04A0" w:firstRow="1" w:lastRow="0" w:firstColumn="1" w:lastColumn="0" w:noHBand="0" w:noVBand="1"/>
      </w:tblPr>
      <w:tblGrid>
        <w:gridCol w:w="4703"/>
        <w:gridCol w:w="4703"/>
      </w:tblGrid>
      <w:tr w:rsidR="008D22FA" w14:paraId="7B8CACD7" w14:textId="77777777">
        <w:trPr>
          <w:jc w:val="center"/>
        </w:trPr>
        <w:tc>
          <w:tcPr>
            <w:tcW w:w="4703"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49CC0C8A" w14:textId="77777777" w:rsidR="008D22FA" w:rsidRDefault="00000000">
            <w:pPr>
              <w:spacing w:after="0"/>
            </w:pPr>
            <w:r>
              <w:rPr>
                <w:b/>
                <w:sz w:val="18"/>
              </w:rPr>
              <w:t>Tema</w:t>
            </w:r>
          </w:p>
        </w:tc>
        <w:tc>
          <w:tcPr>
            <w:tcW w:w="4703"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3409EB17" w14:textId="77777777" w:rsidR="008D22FA" w:rsidRDefault="00000000">
            <w:pPr>
              <w:spacing w:after="0"/>
            </w:pPr>
            <w:r>
              <w:rPr>
                <w:b/>
                <w:sz w:val="18"/>
              </w:rPr>
              <w:t>Frekans</w:t>
            </w:r>
          </w:p>
        </w:tc>
      </w:tr>
      <w:tr w:rsidR="008D22FA" w14:paraId="60708809"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5ECFABFD" w14:textId="77777777" w:rsidR="008D22FA" w:rsidRDefault="00000000">
            <w:pPr>
              <w:spacing w:after="0"/>
            </w:pPr>
            <w:r>
              <w:rPr>
                <w:sz w:val="18"/>
              </w:rPr>
              <w:t>genel memnuniyet ve diğer görüşler</w:t>
            </w:r>
          </w:p>
        </w:tc>
        <w:tc>
          <w:tcPr>
            <w:tcW w:w="4703" w:type="dxa"/>
            <w:tcBorders>
              <w:top w:val="single" w:sz="6" w:space="0" w:color="000000"/>
              <w:left w:val="single" w:sz="6" w:space="0" w:color="000000"/>
              <w:bottom w:val="single" w:sz="6" w:space="0" w:color="000000"/>
              <w:right w:val="single" w:sz="6" w:space="0" w:color="000000"/>
            </w:tcBorders>
            <w:vAlign w:val="center"/>
          </w:tcPr>
          <w:p w14:paraId="6005FAB9" w14:textId="77777777" w:rsidR="008D22FA" w:rsidRDefault="00000000">
            <w:pPr>
              <w:spacing w:after="0"/>
            </w:pPr>
            <w:r>
              <w:rPr>
                <w:sz w:val="18"/>
              </w:rPr>
              <w:t>17</w:t>
            </w:r>
          </w:p>
        </w:tc>
      </w:tr>
      <w:tr w:rsidR="008D22FA" w14:paraId="646AE386"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581FB2A3" w14:textId="77777777" w:rsidR="008D22FA" w:rsidRDefault="00000000">
            <w:pPr>
              <w:spacing w:after="0"/>
            </w:pPr>
            <w:r>
              <w:rPr>
                <w:sz w:val="18"/>
              </w:rPr>
              <w:t>klinik/uygulama eğitimi</w:t>
            </w:r>
          </w:p>
        </w:tc>
        <w:tc>
          <w:tcPr>
            <w:tcW w:w="4703" w:type="dxa"/>
            <w:tcBorders>
              <w:top w:val="single" w:sz="6" w:space="0" w:color="000000"/>
              <w:left w:val="single" w:sz="6" w:space="0" w:color="000000"/>
              <w:bottom w:val="single" w:sz="6" w:space="0" w:color="000000"/>
              <w:right w:val="single" w:sz="6" w:space="0" w:color="000000"/>
            </w:tcBorders>
            <w:vAlign w:val="center"/>
          </w:tcPr>
          <w:p w14:paraId="5314EA3C" w14:textId="77777777" w:rsidR="008D22FA" w:rsidRDefault="00000000">
            <w:pPr>
              <w:spacing w:after="0"/>
            </w:pPr>
            <w:r>
              <w:rPr>
                <w:sz w:val="18"/>
              </w:rPr>
              <w:t>15</w:t>
            </w:r>
          </w:p>
        </w:tc>
      </w:tr>
      <w:tr w:rsidR="008D22FA" w14:paraId="7EFD2E9F"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73A782D0" w14:textId="77777777" w:rsidR="008D22FA" w:rsidRDefault="00000000">
            <w:pPr>
              <w:spacing w:after="0"/>
            </w:pPr>
            <w:r>
              <w:rPr>
                <w:sz w:val="18"/>
              </w:rPr>
              <w:t>öğretim elemanları, danışmanlık ve iletişim</w:t>
            </w:r>
          </w:p>
        </w:tc>
        <w:tc>
          <w:tcPr>
            <w:tcW w:w="4703" w:type="dxa"/>
            <w:tcBorders>
              <w:top w:val="single" w:sz="6" w:space="0" w:color="000000"/>
              <w:left w:val="single" w:sz="6" w:space="0" w:color="000000"/>
              <w:bottom w:val="single" w:sz="6" w:space="0" w:color="000000"/>
              <w:right w:val="single" w:sz="6" w:space="0" w:color="000000"/>
            </w:tcBorders>
            <w:vAlign w:val="center"/>
          </w:tcPr>
          <w:p w14:paraId="7C525E6B" w14:textId="77777777" w:rsidR="008D22FA" w:rsidRDefault="00000000">
            <w:pPr>
              <w:spacing w:after="0"/>
            </w:pPr>
            <w:r>
              <w:rPr>
                <w:sz w:val="18"/>
              </w:rPr>
              <w:t>7</w:t>
            </w:r>
          </w:p>
        </w:tc>
      </w:tr>
      <w:tr w:rsidR="008D22FA" w14:paraId="290E6785"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51F27E6D" w14:textId="77777777" w:rsidR="008D22FA" w:rsidRDefault="00000000">
            <w:pPr>
              <w:spacing w:after="0"/>
            </w:pPr>
            <w:r>
              <w:rPr>
                <w:sz w:val="18"/>
              </w:rPr>
              <w:t>laboratuvar, altyapı ve fiziki imkânlar</w:t>
            </w:r>
          </w:p>
        </w:tc>
        <w:tc>
          <w:tcPr>
            <w:tcW w:w="4703" w:type="dxa"/>
            <w:tcBorders>
              <w:top w:val="single" w:sz="6" w:space="0" w:color="000000"/>
              <w:left w:val="single" w:sz="6" w:space="0" w:color="000000"/>
              <w:bottom w:val="single" w:sz="6" w:space="0" w:color="000000"/>
              <w:right w:val="single" w:sz="6" w:space="0" w:color="000000"/>
            </w:tcBorders>
            <w:vAlign w:val="center"/>
          </w:tcPr>
          <w:p w14:paraId="5EE8EE64" w14:textId="77777777" w:rsidR="008D22FA" w:rsidRDefault="00000000">
            <w:pPr>
              <w:spacing w:after="0"/>
            </w:pPr>
            <w:r>
              <w:rPr>
                <w:sz w:val="18"/>
              </w:rPr>
              <w:t>3</w:t>
            </w:r>
          </w:p>
        </w:tc>
      </w:tr>
      <w:tr w:rsidR="008D22FA" w14:paraId="4E35AA73"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28A61017" w14:textId="77777777" w:rsidR="008D22FA" w:rsidRDefault="00000000">
            <w:pPr>
              <w:spacing w:after="0"/>
            </w:pPr>
            <w:r>
              <w:rPr>
                <w:sz w:val="18"/>
              </w:rPr>
              <w:t>teorik içeriklerin güncelliği ve çeşitliliği</w:t>
            </w:r>
          </w:p>
        </w:tc>
        <w:tc>
          <w:tcPr>
            <w:tcW w:w="4703" w:type="dxa"/>
            <w:tcBorders>
              <w:top w:val="single" w:sz="6" w:space="0" w:color="000000"/>
              <w:left w:val="single" w:sz="6" w:space="0" w:color="000000"/>
              <w:bottom w:val="single" w:sz="6" w:space="0" w:color="000000"/>
              <w:right w:val="single" w:sz="6" w:space="0" w:color="000000"/>
            </w:tcBorders>
            <w:vAlign w:val="center"/>
          </w:tcPr>
          <w:p w14:paraId="05C413BB" w14:textId="77777777" w:rsidR="008D22FA" w:rsidRDefault="00000000">
            <w:pPr>
              <w:spacing w:after="0"/>
            </w:pPr>
            <w:r>
              <w:rPr>
                <w:sz w:val="18"/>
              </w:rPr>
              <w:t>3</w:t>
            </w:r>
          </w:p>
        </w:tc>
      </w:tr>
      <w:tr w:rsidR="008D22FA" w14:paraId="1F0860E6"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7BD8DC7C" w14:textId="77777777" w:rsidR="008D22FA" w:rsidRDefault="00000000">
            <w:pPr>
              <w:spacing w:after="0"/>
            </w:pPr>
            <w:r>
              <w:rPr>
                <w:sz w:val="18"/>
              </w:rPr>
              <w:t>kariyer, bilimsel etkinlik ve mesleki ağ</w:t>
            </w:r>
          </w:p>
        </w:tc>
        <w:tc>
          <w:tcPr>
            <w:tcW w:w="4703" w:type="dxa"/>
            <w:tcBorders>
              <w:top w:val="single" w:sz="6" w:space="0" w:color="000000"/>
              <w:left w:val="single" w:sz="6" w:space="0" w:color="000000"/>
              <w:bottom w:val="single" w:sz="6" w:space="0" w:color="000000"/>
              <w:right w:val="single" w:sz="6" w:space="0" w:color="000000"/>
            </w:tcBorders>
            <w:vAlign w:val="center"/>
          </w:tcPr>
          <w:p w14:paraId="498F71AA" w14:textId="77777777" w:rsidR="008D22FA" w:rsidRDefault="00000000">
            <w:pPr>
              <w:spacing w:after="0"/>
            </w:pPr>
            <w:r>
              <w:rPr>
                <w:sz w:val="18"/>
              </w:rPr>
              <w:t>2</w:t>
            </w:r>
          </w:p>
        </w:tc>
      </w:tr>
      <w:tr w:rsidR="008D22FA" w14:paraId="541AE766"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1F7A1EBD" w14:textId="77777777" w:rsidR="008D22FA" w:rsidRDefault="00000000">
            <w:pPr>
              <w:spacing w:after="0"/>
            </w:pPr>
            <w:r>
              <w:rPr>
                <w:sz w:val="18"/>
              </w:rPr>
              <w:t>öğrenci odaklılık ve katılımcı eğitim yaklaşımı</w:t>
            </w:r>
          </w:p>
        </w:tc>
        <w:tc>
          <w:tcPr>
            <w:tcW w:w="4703" w:type="dxa"/>
            <w:tcBorders>
              <w:top w:val="single" w:sz="6" w:space="0" w:color="000000"/>
              <w:left w:val="single" w:sz="6" w:space="0" w:color="000000"/>
              <w:bottom w:val="single" w:sz="6" w:space="0" w:color="000000"/>
              <w:right w:val="single" w:sz="6" w:space="0" w:color="000000"/>
            </w:tcBorders>
            <w:vAlign w:val="center"/>
          </w:tcPr>
          <w:p w14:paraId="2AFA0191" w14:textId="77777777" w:rsidR="008D22FA" w:rsidRDefault="00000000">
            <w:pPr>
              <w:spacing w:after="0"/>
            </w:pPr>
            <w:r>
              <w:rPr>
                <w:sz w:val="18"/>
              </w:rPr>
              <w:t>1</w:t>
            </w:r>
          </w:p>
        </w:tc>
      </w:tr>
    </w:tbl>
    <w:p w14:paraId="272C1816" w14:textId="3EF01F01" w:rsidR="008D22FA" w:rsidRDefault="00C77C23">
      <w:pPr>
        <w:pStyle w:val="Balk3"/>
        <w:jc w:val="left"/>
      </w:pPr>
      <w:bookmarkStart w:id="46" w:name="_Toc232110440"/>
      <w:r>
        <w:rPr>
          <w:rFonts w:ascii="Times New Roman" w:eastAsia="Times New Roman" w:hAnsi="Times New Roman"/>
        </w:rPr>
        <w:lastRenderedPageBreak/>
        <w:t>5</w:t>
      </w:r>
      <w:r w:rsidR="00000000">
        <w:rPr>
          <w:rFonts w:ascii="Times New Roman" w:eastAsia="Times New Roman" w:hAnsi="Times New Roman"/>
        </w:rPr>
        <w:t>.2.2. Geliştirilmesi gereken yönler nelerdir?</w:t>
      </w:r>
      <w:bookmarkEnd w:id="46"/>
    </w:p>
    <w:p w14:paraId="61A4CA46" w14:textId="77777777" w:rsidR="008D22FA" w:rsidRDefault="00000000">
      <w:pPr>
        <w:spacing w:after="120"/>
        <w:ind w:firstLine="425"/>
      </w:pPr>
      <w:r>
        <w:t>Bu açık uçlu soruda toplam 52 yanıt incelenmiş, anlamlı içerik taşıyan 44 yanıt tematik olarak değerlendirilmiştir. Yanıtların özellikle genel memnuniyet ve diğer görüşler (22), klinik/uygulama eğitimi (10), kariyer, bilimsel etkinlik ve mesleki ağ (8), öğretim elemanları, danışmanlık ve iletişim (7), laboratuvar, altyapı ve fiziki imkânlar (5), teorik içeriklerin güncelliği ve çeşitliliği (5) başlıklarında yoğunlaştığı görülmektedir.</w:t>
      </w:r>
    </w:p>
    <w:p w14:paraId="09F0C7CF" w14:textId="77777777" w:rsidR="008D22FA" w:rsidRDefault="00000000">
      <w:pPr>
        <w:spacing w:after="120"/>
        <w:ind w:firstLine="425"/>
      </w:pPr>
      <w:r>
        <w:t>Geliştirilmesi gereken yönlere ilişkin cevaplarda laboratuvar altyapısının güçlendirilmesi, uygulama saatlerinin artırılması, teorik içeriklerin güncellenmesi ve öğrenci odaklı yaklaşımın geliştirilmesi öne çıkmaktadır. Bu görüşler, programın sürdürülebilir kalite iyileştirmesi açısından fiziki altyapı ve uygulamalı eğitim boyutlarına öncelik verilmesi gerektiğine işaret etmektedir.</w:t>
      </w:r>
    </w:p>
    <w:tbl>
      <w:tblPr>
        <w:tblW w:w="0" w:type="auto"/>
        <w:jc w:val="center"/>
        <w:tblLook w:val="04A0" w:firstRow="1" w:lastRow="0" w:firstColumn="1" w:lastColumn="0" w:noHBand="0" w:noVBand="1"/>
      </w:tblPr>
      <w:tblGrid>
        <w:gridCol w:w="4703"/>
        <w:gridCol w:w="4703"/>
      </w:tblGrid>
      <w:tr w:rsidR="008D22FA" w14:paraId="0852895D" w14:textId="77777777">
        <w:trPr>
          <w:jc w:val="center"/>
        </w:trPr>
        <w:tc>
          <w:tcPr>
            <w:tcW w:w="4703"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752E04A5" w14:textId="77777777" w:rsidR="008D22FA" w:rsidRDefault="00000000">
            <w:pPr>
              <w:spacing w:after="0"/>
            </w:pPr>
            <w:r>
              <w:rPr>
                <w:b/>
                <w:sz w:val="18"/>
              </w:rPr>
              <w:t>Tema</w:t>
            </w:r>
          </w:p>
        </w:tc>
        <w:tc>
          <w:tcPr>
            <w:tcW w:w="4703"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017533D8" w14:textId="77777777" w:rsidR="008D22FA" w:rsidRDefault="00000000">
            <w:pPr>
              <w:spacing w:after="0"/>
            </w:pPr>
            <w:r>
              <w:rPr>
                <w:b/>
                <w:sz w:val="18"/>
              </w:rPr>
              <w:t>Frekans</w:t>
            </w:r>
          </w:p>
        </w:tc>
      </w:tr>
      <w:tr w:rsidR="008D22FA" w14:paraId="42755A56"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616C687C" w14:textId="77777777" w:rsidR="008D22FA" w:rsidRDefault="00000000">
            <w:pPr>
              <w:spacing w:after="0"/>
            </w:pPr>
            <w:r>
              <w:rPr>
                <w:sz w:val="18"/>
              </w:rPr>
              <w:t>genel memnuniyet ve diğer görüşler</w:t>
            </w:r>
          </w:p>
        </w:tc>
        <w:tc>
          <w:tcPr>
            <w:tcW w:w="4703" w:type="dxa"/>
            <w:tcBorders>
              <w:top w:val="single" w:sz="6" w:space="0" w:color="000000"/>
              <w:left w:val="single" w:sz="6" w:space="0" w:color="000000"/>
              <w:bottom w:val="single" w:sz="6" w:space="0" w:color="000000"/>
              <w:right w:val="single" w:sz="6" w:space="0" w:color="000000"/>
            </w:tcBorders>
            <w:vAlign w:val="center"/>
          </w:tcPr>
          <w:p w14:paraId="16F14F21" w14:textId="77777777" w:rsidR="008D22FA" w:rsidRDefault="00000000">
            <w:pPr>
              <w:spacing w:after="0"/>
            </w:pPr>
            <w:r>
              <w:rPr>
                <w:sz w:val="18"/>
              </w:rPr>
              <w:t>22</w:t>
            </w:r>
          </w:p>
        </w:tc>
      </w:tr>
      <w:tr w:rsidR="008D22FA" w14:paraId="201DC2FF"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2B177BAC" w14:textId="77777777" w:rsidR="008D22FA" w:rsidRDefault="00000000">
            <w:pPr>
              <w:spacing w:after="0"/>
            </w:pPr>
            <w:r>
              <w:rPr>
                <w:sz w:val="18"/>
              </w:rPr>
              <w:t>klinik/uygulama eğitimi</w:t>
            </w:r>
          </w:p>
        </w:tc>
        <w:tc>
          <w:tcPr>
            <w:tcW w:w="4703" w:type="dxa"/>
            <w:tcBorders>
              <w:top w:val="single" w:sz="6" w:space="0" w:color="000000"/>
              <w:left w:val="single" w:sz="6" w:space="0" w:color="000000"/>
              <w:bottom w:val="single" w:sz="6" w:space="0" w:color="000000"/>
              <w:right w:val="single" w:sz="6" w:space="0" w:color="000000"/>
            </w:tcBorders>
            <w:vAlign w:val="center"/>
          </w:tcPr>
          <w:p w14:paraId="3EF03493" w14:textId="77777777" w:rsidR="008D22FA" w:rsidRDefault="00000000">
            <w:pPr>
              <w:spacing w:after="0"/>
            </w:pPr>
            <w:r>
              <w:rPr>
                <w:sz w:val="18"/>
              </w:rPr>
              <w:t>10</w:t>
            </w:r>
          </w:p>
        </w:tc>
      </w:tr>
      <w:tr w:rsidR="008D22FA" w14:paraId="50031FBA"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30CE7114" w14:textId="77777777" w:rsidR="008D22FA" w:rsidRDefault="00000000">
            <w:pPr>
              <w:spacing w:after="0"/>
            </w:pPr>
            <w:r>
              <w:rPr>
                <w:sz w:val="18"/>
              </w:rPr>
              <w:t>kariyer, bilimsel etkinlik ve mesleki ağ</w:t>
            </w:r>
          </w:p>
        </w:tc>
        <w:tc>
          <w:tcPr>
            <w:tcW w:w="4703" w:type="dxa"/>
            <w:tcBorders>
              <w:top w:val="single" w:sz="6" w:space="0" w:color="000000"/>
              <w:left w:val="single" w:sz="6" w:space="0" w:color="000000"/>
              <w:bottom w:val="single" w:sz="6" w:space="0" w:color="000000"/>
              <w:right w:val="single" w:sz="6" w:space="0" w:color="000000"/>
            </w:tcBorders>
            <w:vAlign w:val="center"/>
          </w:tcPr>
          <w:p w14:paraId="7AD4C7D5" w14:textId="77777777" w:rsidR="008D22FA" w:rsidRDefault="00000000">
            <w:pPr>
              <w:spacing w:after="0"/>
            </w:pPr>
            <w:r>
              <w:rPr>
                <w:sz w:val="18"/>
              </w:rPr>
              <w:t>8</w:t>
            </w:r>
          </w:p>
        </w:tc>
      </w:tr>
      <w:tr w:rsidR="008D22FA" w14:paraId="5051FA72"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22E50B66" w14:textId="77777777" w:rsidR="008D22FA" w:rsidRDefault="00000000">
            <w:pPr>
              <w:spacing w:after="0"/>
            </w:pPr>
            <w:r>
              <w:rPr>
                <w:sz w:val="18"/>
              </w:rPr>
              <w:t>öğretim elemanları, danışmanlık ve iletişim</w:t>
            </w:r>
          </w:p>
        </w:tc>
        <w:tc>
          <w:tcPr>
            <w:tcW w:w="4703" w:type="dxa"/>
            <w:tcBorders>
              <w:top w:val="single" w:sz="6" w:space="0" w:color="000000"/>
              <w:left w:val="single" w:sz="6" w:space="0" w:color="000000"/>
              <w:bottom w:val="single" w:sz="6" w:space="0" w:color="000000"/>
              <w:right w:val="single" w:sz="6" w:space="0" w:color="000000"/>
            </w:tcBorders>
            <w:vAlign w:val="center"/>
          </w:tcPr>
          <w:p w14:paraId="47F2FFF3" w14:textId="77777777" w:rsidR="008D22FA" w:rsidRDefault="00000000">
            <w:pPr>
              <w:spacing w:after="0"/>
            </w:pPr>
            <w:r>
              <w:rPr>
                <w:sz w:val="18"/>
              </w:rPr>
              <w:t>7</w:t>
            </w:r>
          </w:p>
        </w:tc>
      </w:tr>
      <w:tr w:rsidR="008D22FA" w14:paraId="1CF90394"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7401DA34" w14:textId="77777777" w:rsidR="008D22FA" w:rsidRDefault="00000000">
            <w:pPr>
              <w:spacing w:after="0"/>
            </w:pPr>
            <w:r>
              <w:rPr>
                <w:sz w:val="18"/>
              </w:rPr>
              <w:t>laboratuvar, altyapı ve fiziki imkânlar</w:t>
            </w:r>
          </w:p>
        </w:tc>
        <w:tc>
          <w:tcPr>
            <w:tcW w:w="4703" w:type="dxa"/>
            <w:tcBorders>
              <w:top w:val="single" w:sz="6" w:space="0" w:color="000000"/>
              <w:left w:val="single" w:sz="6" w:space="0" w:color="000000"/>
              <w:bottom w:val="single" w:sz="6" w:space="0" w:color="000000"/>
              <w:right w:val="single" w:sz="6" w:space="0" w:color="000000"/>
            </w:tcBorders>
            <w:vAlign w:val="center"/>
          </w:tcPr>
          <w:p w14:paraId="061CE139" w14:textId="77777777" w:rsidR="008D22FA" w:rsidRDefault="00000000">
            <w:pPr>
              <w:spacing w:after="0"/>
            </w:pPr>
            <w:r>
              <w:rPr>
                <w:sz w:val="18"/>
              </w:rPr>
              <w:t>5</w:t>
            </w:r>
          </w:p>
        </w:tc>
      </w:tr>
      <w:tr w:rsidR="008D22FA" w14:paraId="1866F23B"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180AFD44" w14:textId="77777777" w:rsidR="008D22FA" w:rsidRDefault="00000000">
            <w:pPr>
              <w:spacing w:after="0"/>
            </w:pPr>
            <w:r>
              <w:rPr>
                <w:sz w:val="18"/>
              </w:rPr>
              <w:t>teorik içeriklerin güncelliği ve çeşitliliği</w:t>
            </w:r>
          </w:p>
        </w:tc>
        <w:tc>
          <w:tcPr>
            <w:tcW w:w="4703" w:type="dxa"/>
            <w:tcBorders>
              <w:top w:val="single" w:sz="6" w:space="0" w:color="000000"/>
              <w:left w:val="single" w:sz="6" w:space="0" w:color="000000"/>
              <w:bottom w:val="single" w:sz="6" w:space="0" w:color="000000"/>
              <w:right w:val="single" w:sz="6" w:space="0" w:color="000000"/>
            </w:tcBorders>
            <w:vAlign w:val="center"/>
          </w:tcPr>
          <w:p w14:paraId="78A2CB87" w14:textId="77777777" w:rsidR="008D22FA" w:rsidRDefault="00000000">
            <w:pPr>
              <w:spacing w:after="0"/>
            </w:pPr>
            <w:r>
              <w:rPr>
                <w:sz w:val="18"/>
              </w:rPr>
              <w:t>5</w:t>
            </w:r>
          </w:p>
        </w:tc>
      </w:tr>
      <w:tr w:rsidR="008D22FA" w14:paraId="18B8D123"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40678266" w14:textId="77777777" w:rsidR="008D22FA" w:rsidRDefault="00000000">
            <w:pPr>
              <w:spacing w:after="0"/>
            </w:pPr>
            <w:r>
              <w:rPr>
                <w:sz w:val="18"/>
              </w:rPr>
              <w:t>öğrenci odaklılık ve katılımcı eğitim yaklaşımı</w:t>
            </w:r>
          </w:p>
        </w:tc>
        <w:tc>
          <w:tcPr>
            <w:tcW w:w="4703" w:type="dxa"/>
            <w:tcBorders>
              <w:top w:val="single" w:sz="6" w:space="0" w:color="000000"/>
              <w:left w:val="single" w:sz="6" w:space="0" w:color="000000"/>
              <w:bottom w:val="single" w:sz="6" w:space="0" w:color="000000"/>
              <w:right w:val="single" w:sz="6" w:space="0" w:color="000000"/>
            </w:tcBorders>
            <w:vAlign w:val="center"/>
          </w:tcPr>
          <w:p w14:paraId="5E024909" w14:textId="77777777" w:rsidR="008D22FA" w:rsidRDefault="00000000">
            <w:pPr>
              <w:spacing w:after="0"/>
            </w:pPr>
            <w:r>
              <w:rPr>
                <w:sz w:val="18"/>
              </w:rPr>
              <w:t>4</w:t>
            </w:r>
          </w:p>
        </w:tc>
      </w:tr>
      <w:tr w:rsidR="008D22FA" w14:paraId="7E4357DE"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053BF0A7" w14:textId="77777777" w:rsidR="008D22FA" w:rsidRDefault="00000000">
            <w:pPr>
              <w:spacing w:after="0"/>
            </w:pPr>
            <w:r>
              <w:rPr>
                <w:sz w:val="18"/>
              </w:rPr>
              <w:t>ölçme-değerlendirme, ders yükü ve programlama</w:t>
            </w:r>
          </w:p>
        </w:tc>
        <w:tc>
          <w:tcPr>
            <w:tcW w:w="4703" w:type="dxa"/>
            <w:tcBorders>
              <w:top w:val="single" w:sz="6" w:space="0" w:color="000000"/>
              <w:left w:val="single" w:sz="6" w:space="0" w:color="000000"/>
              <w:bottom w:val="single" w:sz="6" w:space="0" w:color="000000"/>
              <w:right w:val="single" w:sz="6" w:space="0" w:color="000000"/>
            </w:tcBorders>
            <w:vAlign w:val="center"/>
          </w:tcPr>
          <w:p w14:paraId="678BEE56" w14:textId="77777777" w:rsidR="008D22FA" w:rsidRDefault="00000000">
            <w:pPr>
              <w:spacing w:after="0"/>
            </w:pPr>
            <w:r>
              <w:rPr>
                <w:sz w:val="18"/>
              </w:rPr>
              <w:t>2</w:t>
            </w:r>
          </w:p>
        </w:tc>
      </w:tr>
    </w:tbl>
    <w:p w14:paraId="788EDECC" w14:textId="2E187D4B" w:rsidR="008D22FA" w:rsidRDefault="00C77C23">
      <w:pPr>
        <w:pStyle w:val="Balk3"/>
        <w:jc w:val="left"/>
      </w:pPr>
      <w:bookmarkStart w:id="47" w:name="_Toc232110441"/>
      <w:r>
        <w:rPr>
          <w:rFonts w:ascii="Times New Roman" w:eastAsia="Times New Roman" w:hAnsi="Times New Roman"/>
        </w:rPr>
        <w:t>5</w:t>
      </w:r>
      <w:r w:rsidR="00000000">
        <w:rPr>
          <w:rFonts w:ascii="Times New Roman" w:eastAsia="Times New Roman" w:hAnsi="Times New Roman"/>
        </w:rPr>
        <w:t>.2.3. Eğitim-öğretim sürecine yönelik önerileriniz nelerdir?</w:t>
      </w:r>
      <w:bookmarkEnd w:id="47"/>
    </w:p>
    <w:p w14:paraId="1C0641C1" w14:textId="77777777" w:rsidR="008D22FA" w:rsidRDefault="00000000">
      <w:pPr>
        <w:spacing w:after="120"/>
        <w:ind w:firstLine="425"/>
      </w:pPr>
      <w:r>
        <w:t>Bu açık uçlu soruda toplam 51 yanıt incelenmiş, anlamlı içerik taşıyan 42 yanıt tematik olarak değerlendirilmiştir. Yanıtların özellikle klinik/uygulama eğitimi (15), genel memnuniyet ve diğer görüşler (14), öğretim elemanları, danışmanlık ve iletişim (9), kariyer, bilimsel etkinlik ve mesleki ağ (7), teorik içeriklerin güncelliği ve çeşitliliği (5), öğrenci odaklılık ve katılımcı eğitim yaklaşımı (3) başlıklarında yoğunlaştığı görülmektedir.</w:t>
      </w:r>
    </w:p>
    <w:p w14:paraId="37155684" w14:textId="77777777" w:rsidR="008D22FA" w:rsidRDefault="00000000">
      <w:pPr>
        <w:spacing w:after="120"/>
        <w:ind w:firstLine="425"/>
      </w:pPr>
      <w:r>
        <w:t>Eğitim-öğretim sürecine yönelik önerilerde vaka temelli, interaktif ve uygulamaya dönük öğretim yöntemlerinin artırılması; ders materyallerinin standartlaştırılması; öğrencilerin bilimsel araştırma süreçlerine daha fazla dahil edilmesi ve sınav/iş yükü dengesinin gözden geçirilmesi gerektiği vurgulanmıştır.</w:t>
      </w:r>
    </w:p>
    <w:tbl>
      <w:tblPr>
        <w:tblW w:w="0" w:type="auto"/>
        <w:jc w:val="center"/>
        <w:tblLook w:val="04A0" w:firstRow="1" w:lastRow="0" w:firstColumn="1" w:lastColumn="0" w:noHBand="0" w:noVBand="1"/>
      </w:tblPr>
      <w:tblGrid>
        <w:gridCol w:w="4703"/>
        <w:gridCol w:w="4703"/>
      </w:tblGrid>
      <w:tr w:rsidR="008D22FA" w14:paraId="7A86C8B4" w14:textId="77777777">
        <w:trPr>
          <w:jc w:val="center"/>
        </w:trPr>
        <w:tc>
          <w:tcPr>
            <w:tcW w:w="4703"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48A4D1C8" w14:textId="77777777" w:rsidR="008D22FA" w:rsidRDefault="00000000">
            <w:pPr>
              <w:spacing w:after="0"/>
            </w:pPr>
            <w:r>
              <w:rPr>
                <w:b/>
                <w:sz w:val="18"/>
              </w:rPr>
              <w:t>Tema</w:t>
            </w:r>
          </w:p>
        </w:tc>
        <w:tc>
          <w:tcPr>
            <w:tcW w:w="4703"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7610B899" w14:textId="77777777" w:rsidR="008D22FA" w:rsidRDefault="00000000">
            <w:pPr>
              <w:spacing w:after="0"/>
            </w:pPr>
            <w:r>
              <w:rPr>
                <w:b/>
                <w:sz w:val="18"/>
              </w:rPr>
              <w:t>Frekans</w:t>
            </w:r>
          </w:p>
        </w:tc>
      </w:tr>
      <w:tr w:rsidR="008D22FA" w14:paraId="532F0C16"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1FCE9CCD" w14:textId="77777777" w:rsidR="008D22FA" w:rsidRDefault="00000000">
            <w:pPr>
              <w:spacing w:after="0"/>
            </w:pPr>
            <w:r>
              <w:rPr>
                <w:sz w:val="18"/>
              </w:rPr>
              <w:t>klinik/uygulama eğitimi</w:t>
            </w:r>
          </w:p>
        </w:tc>
        <w:tc>
          <w:tcPr>
            <w:tcW w:w="4703" w:type="dxa"/>
            <w:tcBorders>
              <w:top w:val="single" w:sz="6" w:space="0" w:color="000000"/>
              <w:left w:val="single" w:sz="6" w:space="0" w:color="000000"/>
              <w:bottom w:val="single" w:sz="6" w:space="0" w:color="000000"/>
              <w:right w:val="single" w:sz="6" w:space="0" w:color="000000"/>
            </w:tcBorders>
            <w:vAlign w:val="center"/>
          </w:tcPr>
          <w:p w14:paraId="54621E3E" w14:textId="77777777" w:rsidR="008D22FA" w:rsidRDefault="00000000">
            <w:pPr>
              <w:spacing w:after="0"/>
            </w:pPr>
            <w:r>
              <w:rPr>
                <w:sz w:val="18"/>
              </w:rPr>
              <w:t>15</w:t>
            </w:r>
          </w:p>
        </w:tc>
      </w:tr>
      <w:tr w:rsidR="008D22FA" w14:paraId="68B34C14"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4EEF807B" w14:textId="77777777" w:rsidR="008D22FA" w:rsidRDefault="00000000">
            <w:pPr>
              <w:spacing w:after="0"/>
            </w:pPr>
            <w:r>
              <w:rPr>
                <w:sz w:val="18"/>
              </w:rPr>
              <w:t>genel memnuniyet ve diğer görüşler</w:t>
            </w:r>
          </w:p>
        </w:tc>
        <w:tc>
          <w:tcPr>
            <w:tcW w:w="4703" w:type="dxa"/>
            <w:tcBorders>
              <w:top w:val="single" w:sz="6" w:space="0" w:color="000000"/>
              <w:left w:val="single" w:sz="6" w:space="0" w:color="000000"/>
              <w:bottom w:val="single" w:sz="6" w:space="0" w:color="000000"/>
              <w:right w:val="single" w:sz="6" w:space="0" w:color="000000"/>
            </w:tcBorders>
            <w:vAlign w:val="center"/>
          </w:tcPr>
          <w:p w14:paraId="5520DC61" w14:textId="77777777" w:rsidR="008D22FA" w:rsidRDefault="00000000">
            <w:pPr>
              <w:spacing w:after="0"/>
            </w:pPr>
            <w:r>
              <w:rPr>
                <w:sz w:val="18"/>
              </w:rPr>
              <w:t>14</w:t>
            </w:r>
          </w:p>
        </w:tc>
      </w:tr>
      <w:tr w:rsidR="008D22FA" w14:paraId="1104DEE2"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417A891C" w14:textId="77777777" w:rsidR="008D22FA" w:rsidRDefault="00000000">
            <w:pPr>
              <w:spacing w:after="0"/>
            </w:pPr>
            <w:r>
              <w:rPr>
                <w:sz w:val="18"/>
              </w:rPr>
              <w:t>öğretim elemanları, danışmanlık ve iletişim</w:t>
            </w:r>
          </w:p>
        </w:tc>
        <w:tc>
          <w:tcPr>
            <w:tcW w:w="4703" w:type="dxa"/>
            <w:tcBorders>
              <w:top w:val="single" w:sz="6" w:space="0" w:color="000000"/>
              <w:left w:val="single" w:sz="6" w:space="0" w:color="000000"/>
              <w:bottom w:val="single" w:sz="6" w:space="0" w:color="000000"/>
              <w:right w:val="single" w:sz="6" w:space="0" w:color="000000"/>
            </w:tcBorders>
            <w:vAlign w:val="center"/>
          </w:tcPr>
          <w:p w14:paraId="14EADBF4" w14:textId="77777777" w:rsidR="008D22FA" w:rsidRDefault="00000000">
            <w:pPr>
              <w:spacing w:after="0"/>
            </w:pPr>
            <w:r>
              <w:rPr>
                <w:sz w:val="18"/>
              </w:rPr>
              <w:t>9</w:t>
            </w:r>
          </w:p>
        </w:tc>
      </w:tr>
      <w:tr w:rsidR="008D22FA" w14:paraId="5FBBFB05"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02E74345" w14:textId="77777777" w:rsidR="008D22FA" w:rsidRDefault="00000000">
            <w:pPr>
              <w:spacing w:after="0"/>
            </w:pPr>
            <w:r>
              <w:rPr>
                <w:sz w:val="18"/>
              </w:rPr>
              <w:t>kariyer, bilimsel etkinlik ve mesleki ağ</w:t>
            </w:r>
          </w:p>
        </w:tc>
        <w:tc>
          <w:tcPr>
            <w:tcW w:w="4703" w:type="dxa"/>
            <w:tcBorders>
              <w:top w:val="single" w:sz="6" w:space="0" w:color="000000"/>
              <w:left w:val="single" w:sz="6" w:space="0" w:color="000000"/>
              <w:bottom w:val="single" w:sz="6" w:space="0" w:color="000000"/>
              <w:right w:val="single" w:sz="6" w:space="0" w:color="000000"/>
            </w:tcBorders>
            <w:vAlign w:val="center"/>
          </w:tcPr>
          <w:p w14:paraId="7D0C6642" w14:textId="77777777" w:rsidR="008D22FA" w:rsidRDefault="00000000">
            <w:pPr>
              <w:spacing w:after="0"/>
            </w:pPr>
            <w:r>
              <w:rPr>
                <w:sz w:val="18"/>
              </w:rPr>
              <w:t>7</w:t>
            </w:r>
          </w:p>
        </w:tc>
      </w:tr>
      <w:tr w:rsidR="008D22FA" w14:paraId="1194DADD"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4999E820" w14:textId="77777777" w:rsidR="008D22FA" w:rsidRDefault="00000000">
            <w:pPr>
              <w:spacing w:after="0"/>
            </w:pPr>
            <w:r>
              <w:rPr>
                <w:sz w:val="18"/>
              </w:rPr>
              <w:t>teorik içeriklerin güncelliği ve çeşitliliği</w:t>
            </w:r>
          </w:p>
        </w:tc>
        <w:tc>
          <w:tcPr>
            <w:tcW w:w="4703" w:type="dxa"/>
            <w:tcBorders>
              <w:top w:val="single" w:sz="6" w:space="0" w:color="000000"/>
              <w:left w:val="single" w:sz="6" w:space="0" w:color="000000"/>
              <w:bottom w:val="single" w:sz="6" w:space="0" w:color="000000"/>
              <w:right w:val="single" w:sz="6" w:space="0" w:color="000000"/>
            </w:tcBorders>
            <w:vAlign w:val="center"/>
          </w:tcPr>
          <w:p w14:paraId="306AF063" w14:textId="77777777" w:rsidR="008D22FA" w:rsidRDefault="00000000">
            <w:pPr>
              <w:spacing w:after="0"/>
            </w:pPr>
            <w:r>
              <w:rPr>
                <w:sz w:val="18"/>
              </w:rPr>
              <w:t>5</w:t>
            </w:r>
          </w:p>
        </w:tc>
      </w:tr>
      <w:tr w:rsidR="008D22FA" w14:paraId="420BDD3E"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169CFC0C" w14:textId="77777777" w:rsidR="008D22FA" w:rsidRDefault="00000000">
            <w:pPr>
              <w:spacing w:after="0"/>
            </w:pPr>
            <w:r>
              <w:rPr>
                <w:sz w:val="18"/>
              </w:rPr>
              <w:t>öğrenci odaklılık ve katılımcı eğitim yaklaşımı</w:t>
            </w:r>
          </w:p>
        </w:tc>
        <w:tc>
          <w:tcPr>
            <w:tcW w:w="4703" w:type="dxa"/>
            <w:tcBorders>
              <w:top w:val="single" w:sz="6" w:space="0" w:color="000000"/>
              <w:left w:val="single" w:sz="6" w:space="0" w:color="000000"/>
              <w:bottom w:val="single" w:sz="6" w:space="0" w:color="000000"/>
              <w:right w:val="single" w:sz="6" w:space="0" w:color="000000"/>
            </w:tcBorders>
            <w:vAlign w:val="center"/>
          </w:tcPr>
          <w:p w14:paraId="1F7E0ED6" w14:textId="77777777" w:rsidR="008D22FA" w:rsidRDefault="00000000">
            <w:pPr>
              <w:spacing w:after="0"/>
            </w:pPr>
            <w:r>
              <w:rPr>
                <w:sz w:val="18"/>
              </w:rPr>
              <w:t>3</w:t>
            </w:r>
          </w:p>
        </w:tc>
      </w:tr>
      <w:tr w:rsidR="008D22FA" w14:paraId="0BE0B92C"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5C336186" w14:textId="77777777" w:rsidR="008D22FA" w:rsidRDefault="00000000">
            <w:pPr>
              <w:spacing w:after="0"/>
            </w:pPr>
            <w:r>
              <w:rPr>
                <w:sz w:val="18"/>
              </w:rPr>
              <w:t>laboratuvar, altyapı ve fiziki imkânlar</w:t>
            </w:r>
          </w:p>
        </w:tc>
        <w:tc>
          <w:tcPr>
            <w:tcW w:w="4703" w:type="dxa"/>
            <w:tcBorders>
              <w:top w:val="single" w:sz="6" w:space="0" w:color="000000"/>
              <w:left w:val="single" w:sz="6" w:space="0" w:color="000000"/>
              <w:bottom w:val="single" w:sz="6" w:space="0" w:color="000000"/>
              <w:right w:val="single" w:sz="6" w:space="0" w:color="000000"/>
            </w:tcBorders>
            <w:vAlign w:val="center"/>
          </w:tcPr>
          <w:p w14:paraId="3A312EE4" w14:textId="77777777" w:rsidR="008D22FA" w:rsidRDefault="00000000">
            <w:pPr>
              <w:spacing w:after="0"/>
            </w:pPr>
            <w:r>
              <w:rPr>
                <w:sz w:val="18"/>
              </w:rPr>
              <w:t>3</w:t>
            </w:r>
          </w:p>
        </w:tc>
      </w:tr>
      <w:tr w:rsidR="008D22FA" w14:paraId="406134E3"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472C8661" w14:textId="77777777" w:rsidR="008D22FA" w:rsidRDefault="00000000">
            <w:pPr>
              <w:spacing w:after="0"/>
            </w:pPr>
            <w:r>
              <w:rPr>
                <w:sz w:val="18"/>
              </w:rPr>
              <w:t>ölçme-değerlendirme, ders yükü ve programlama</w:t>
            </w:r>
          </w:p>
        </w:tc>
        <w:tc>
          <w:tcPr>
            <w:tcW w:w="4703" w:type="dxa"/>
            <w:tcBorders>
              <w:top w:val="single" w:sz="6" w:space="0" w:color="000000"/>
              <w:left w:val="single" w:sz="6" w:space="0" w:color="000000"/>
              <w:bottom w:val="single" w:sz="6" w:space="0" w:color="000000"/>
              <w:right w:val="single" w:sz="6" w:space="0" w:color="000000"/>
            </w:tcBorders>
            <w:vAlign w:val="center"/>
          </w:tcPr>
          <w:p w14:paraId="122C1653" w14:textId="77777777" w:rsidR="008D22FA" w:rsidRDefault="00000000">
            <w:pPr>
              <w:spacing w:after="0"/>
            </w:pPr>
            <w:r>
              <w:rPr>
                <w:sz w:val="18"/>
              </w:rPr>
              <w:t>3</w:t>
            </w:r>
          </w:p>
        </w:tc>
      </w:tr>
    </w:tbl>
    <w:p w14:paraId="6C36ADEC" w14:textId="0BF79D9C" w:rsidR="008D22FA" w:rsidRDefault="00C77C23">
      <w:pPr>
        <w:pStyle w:val="Balk3"/>
        <w:jc w:val="left"/>
      </w:pPr>
      <w:bookmarkStart w:id="48" w:name="_Toc232110442"/>
      <w:r>
        <w:rPr>
          <w:rFonts w:ascii="Times New Roman" w:eastAsia="Times New Roman" w:hAnsi="Times New Roman"/>
        </w:rPr>
        <w:t>5</w:t>
      </w:r>
      <w:r w:rsidR="00000000">
        <w:rPr>
          <w:rFonts w:ascii="Times New Roman" w:eastAsia="Times New Roman" w:hAnsi="Times New Roman"/>
        </w:rPr>
        <w:t>.2.4. Klinik/uygulama eğitimine yönelik önerileriniz nelerdir?</w:t>
      </w:r>
      <w:bookmarkEnd w:id="48"/>
    </w:p>
    <w:p w14:paraId="08BB1F30" w14:textId="77777777" w:rsidR="008D22FA" w:rsidRDefault="00000000">
      <w:pPr>
        <w:spacing w:after="120"/>
        <w:ind w:firstLine="425"/>
      </w:pPr>
      <w:r>
        <w:t xml:space="preserve">Bu açık uçlu soruda toplam 52 yanıt incelenmiş, anlamlı içerik taşıyan 46 yanıt tematik olarak değerlendirilmiştir. Yanıtların özellikle klinik/uygulama eğitimi (24), genel memnuniyet ve diğer görüşler (20), öğretim elemanları, danışmanlık ve iletişim (5), laboratuvar, altyapı ve </w:t>
      </w:r>
      <w:r>
        <w:lastRenderedPageBreak/>
        <w:t>fiziki imkânlar (4), kariyer, bilimsel etkinlik ve mesleki ağ (4), öğrenci odaklılık ve katılımcı eğitim yaklaşımı (3) başlıklarında yoğunlaştığı görülmektedir.</w:t>
      </w:r>
    </w:p>
    <w:p w14:paraId="0DA83002" w14:textId="77777777" w:rsidR="008D22FA" w:rsidRDefault="00000000">
      <w:pPr>
        <w:spacing w:after="120"/>
        <w:ind w:firstLine="425"/>
      </w:pPr>
      <w:r>
        <w:t>Klinik ve uygulama eğitimine yönelik önerilerde hasta sayısının ve uygulama çeşitliliğinin artırılması, her öğrencinin uygulamalara aktif katılımının sağlanması, teknik ekipman ve malzeme eksikliklerinin giderilmesi, beceri föyleri/check-list sistemlerinin kullanılması ve intörnlük sürecinin daha yapılandırılmış hale getirilmesi öne çıkmaktadır.</w:t>
      </w:r>
    </w:p>
    <w:tbl>
      <w:tblPr>
        <w:tblW w:w="0" w:type="auto"/>
        <w:jc w:val="center"/>
        <w:tblLook w:val="04A0" w:firstRow="1" w:lastRow="0" w:firstColumn="1" w:lastColumn="0" w:noHBand="0" w:noVBand="1"/>
      </w:tblPr>
      <w:tblGrid>
        <w:gridCol w:w="4703"/>
        <w:gridCol w:w="4703"/>
      </w:tblGrid>
      <w:tr w:rsidR="008D22FA" w14:paraId="3BB4A912" w14:textId="77777777">
        <w:trPr>
          <w:jc w:val="center"/>
        </w:trPr>
        <w:tc>
          <w:tcPr>
            <w:tcW w:w="4703"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08467FB7" w14:textId="77777777" w:rsidR="008D22FA" w:rsidRDefault="00000000">
            <w:pPr>
              <w:spacing w:after="0"/>
            </w:pPr>
            <w:r>
              <w:rPr>
                <w:b/>
                <w:sz w:val="18"/>
              </w:rPr>
              <w:t>Tema</w:t>
            </w:r>
          </w:p>
        </w:tc>
        <w:tc>
          <w:tcPr>
            <w:tcW w:w="4703"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139E51CC" w14:textId="77777777" w:rsidR="008D22FA" w:rsidRDefault="00000000">
            <w:pPr>
              <w:spacing w:after="0"/>
            </w:pPr>
            <w:r>
              <w:rPr>
                <w:b/>
                <w:sz w:val="18"/>
              </w:rPr>
              <w:t>Frekans</w:t>
            </w:r>
          </w:p>
        </w:tc>
      </w:tr>
      <w:tr w:rsidR="008D22FA" w14:paraId="43001EC7"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1CC6E697" w14:textId="77777777" w:rsidR="008D22FA" w:rsidRDefault="00000000">
            <w:pPr>
              <w:spacing w:after="0"/>
            </w:pPr>
            <w:r>
              <w:rPr>
                <w:sz w:val="18"/>
              </w:rPr>
              <w:t>klinik/uygulama eğitimi</w:t>
            </w:r>
          </w:p>
        </w:tc>
        <w:tc>
          <w:tcPr>
            <w:tcW w:w="4703" w:type="dxa"/>
            <w:tcBorders>
              <w:top w:val="single" w:sz="6" w:space="0" w:color="000000"/>
              <w:left w:val="single" w:sz="6" w:space="0" w:color="000000"/>
              <w:bottom w:val="single" w:sz="6" w:space="0" w:color="000000"/>
              <w:right w:val="single" w:sz="6" w:space="0" w:color="000000"/>
            </w:tcBorders>
            <w:vAlign w:val="center"/>
          </w:tcPr>
          <w:p w14:paraId="1588FA89" w14:textId="77777777" w:rsidR="008D22FA" w:rsidRDefault="00000000">
            <w:pPr>
              <w:spacing w:after="0"/>
            </w:pPr>
            <w:r>
              <w:rPr>
                <w:sz w:val="18"/>
              </w:rPr>
              <w:t>24</w:t>
            </w:r>
          </w:p>
        </w:tc>
      </w:tr>
      <w:tr w:rsidR="008D22FA" w14:paraId="1235055B"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76A99D4B" w14:textId="77777777" w:rsidR="008D22FA" w:rsidRDefault="00000000">
            <w:pPr>
              <w:spacing w:after="0"/>
            </w:pPr>
            <w:r>
              <w:rPr>
                <w:sz w:val="18"/>
              </w:rPr>
              <w:t>genel memnuniyet ve diğer görüşler</w:t>
            </w:r>
          </w:p>
        </w:tc>
        <w:tc>
          <w:tcPr>
            <w:tcW w:w="4703" w:type="dxa"/>
            <w:tcBorders>
              <w:top w:val="single" w:sz="6" w:space="0" w:color="000000"/>
              <w:left w:val="single" w:sz="6" w:space="0" w:color="000000"/>
              <w:bottom w:val="single" w:sz="6" w:space="0" w:color="000000"/>
              <w:right w:val="single" w:sz="6" w:space="0" w:color="000000"/>
            </w:tcBorders>
            <w:vAlign w:val="center"/>
          </w:tcPr>
          <w:p w14:paraId="640440C1" w14:textId="77777777" w:rsidR="008D22FA" w:rsidRDefault="00000000">
            <w:pPr>
              <w:spacing w:after="0"/>
            </w:pPr>
            <w:r>
              <w:rPr>
                <w:sz w:val="18"/>
              </w:rPr>
              <w:t>20</w:t>
            </w:r>
          </w:p>
        </w:tc>
      </w:tr>
      <w:tr w:rsidR="008D22FA" w14:paraId="5B9677BE"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171B345A" w14:textId="77777777" w:rsidR="008D22FA" w:rsidRDefault="00000000">
            <w:pPr>
              <w:spacing w:after="0"/>
            </w:pPr>
            <w:r>
              <w:rPr>
                <w:sz w:val="18"/>
              </w:rPr>
              <w:t>öğretim elemanları, danışmanlık ve iletişim</w:t>
            </w:r>
          </w:p>
        </w:tc>
        <w:tc>
          <w:tcPr>
            <w:tcW w:w="4703" w:type="dxa"/>
            <w:tcBorders>
              <w:top w:val="single" w:sz="6" w:space="0" w:color="000000"/>
              <w:left w:val="single" w:sz="6" w:space="0" w:color="000000"/>
              <w:bottom w:val="single" w:sz="6" w:space="0" w:color="000000"/>
              <w:right w:val="single" w:sz="6" w:space="0" w:color="000000"/>
            </w:tcBorders>
            <w:vAlign w:val="center"/>
          </w:tcPr>
          <w:p w14:paraId="09B40E55" w14:textId="77777777" w:rsidR="008D22FA" w:rsidRDefault="00000000">
            <w:pPr>
              <w:spacing w:after="0"/>
            </w:pPr>
            <w:r>
              <w:rPr>
                <w:sz w:val="18"/>
              </w:rPr>
              <w:t>5</w:t>
            </w:r>
          </w:p>
        </w:tc>
      </w:tr>
      <w:tr w:rsidR="008D22FA" w14:paraId="36F4DBD7"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367C9BF3" w14:textId="77777777" w:rsidR="008D22FA" w:rsidRDefault="00000000">
            <w:pPr>
              <w:spacing w:after="0"/>
            </w:pPr>
            <w:r>
              <w:rPr>
                <w:sz w:val="18"/>
              </w:rPr>
              <w:t>laboratuvar, altyapı ve fiziki imkânlar</w:t>
            </w:r>
          </w:p>
        </w:tc>
        <w:tc>
          <w:tcPr>
            <w:tcW w:w="4703" w:type="dxa"/>
            <w:tcBorders>
              <w:top w:val="single" w:sz="6" w:space="0" w:color="000000"/>
              <w:left w:val="single" w:sz="6" w:space="0" w:color="000000"/>
              <w:bottom w:val="single" w:sz="6" w:space="0" w:color="000000"/>
              <w:right w:val="single" w:sz="6" w:space="0" w:color="000000"/>
            </w:tcBorders>
            <w:vAlign w:val="center"/>
          </w:tcPr>
          <w:p w14:paraId="657790A4" w14:textId="77777777" w:rsidR="008D22FA" w:rsidRDefault="00000000">
            <w:pPr>
              <w:spacing w:after="0"/>
            </w:pPr>
            <w:r>
              <w:rPr>
                <w:sz w:val="18"/>
              </w:rPr>
              <w:t>4</w:t>
            </w:r>
          </w:p>
        </w:tc>
      </w:tr>
      <w:tr w:rsidR="008D22FA" w14:paraId="7B28B903"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6AA28F09" w14:textId="77777777" w:rsidR="008D22FA" w:rsidRDefault="00000000">
            <w:pPr>
              <w:spacing w:after="0"/>
            </w:pPr>
            <w:r>
              <w:rPr>
                <w:sz w:val="18"/>
              </w:rPr>
              <w:t>kariyer, bilimsel etkinlik ve mesleki ağ</w:t>
            </w:r>
          </w:p>
        </w:tc>
        <w:tc>
          <w:tcPr>
            <w:tcW w:w="4703" w:type="dxa"/>
            <w:tcBorders>
              <w:top w:val="single" w:sz="6" w:space="0" w:color="000000"/>
              <w:left w:val="single" w:sz="6" w:space="0" w:color="000000"/>
              <w:bottom w:val="single" w:sz="6" w:space="0" w:color="000000"/>
              <w:right w:val="single" w:sz="6" w:space="0" w:color="000000"/>
            </w:tcBorders>
            <w:vAlign w:val="center"/>
          </w:tcPr>
          <w:p w14:paraId="7956347E" w14:textId="77777777" w:rsidR="008D22FA" w:rsidRDefault="00000000">
            <w:pPr>
              <w:spacing w:after="0"/>
            </w:pPr>
            <w:r>
              <w:rPr>
                <w:sz w:val="18"/>
              </w:rPr>
              <w:t>4</w:t>
            </w:r>
          </w:p>
        </w:tc>
      </w:tr>
      <w:tr w:rsidR="008D22FA" w14:paraId="1FAFEA0F"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644E9003" w14:textId="77777777" w:rsidR="008D22FA" w:rsidRDefault="00000000">
            <w:pPr>
              <w:spacing w:after="0"/>
            </w:pPr>
            <w:r>
              <w:rPr>
                <w:sz w:val="18"/>
              </w:rPr>
              <w:t>öğrenci odaklılık ve katılımcı eğitim yaklaşımı</w:t>
            </w:r>
          </w:p>
        </w:tc>
        <w:tc>
          <w:tcPr>
            <w:tcW w:w="4703" w:type="dxa"/>
            <w:tcBorders>
              <w:top w:val="single" w:sz="6" w:space="0" w:color="000000"/>
              <w:left w:val="single" w:sz="6" w:space="0" w:color="000000"/>
              <w:bottom w:val="single" w:sz="6" w:space="0" w:color="000000"/>
              <w:right w:val="single" w:sz="6" w:space="0" w:color="000000"/>
            </w:tcBorders>
            <w:vAlign w:val="center"/>
          </w:tcPr>
          <w:p w14:paraId="34F7C0E5" w14:textId="77777777" w:rsidR="008D22FA" w:rsidRDefault="00000000">
            <w:pPr>
              <w:spacing w:after="0"/>
            </w:pPr>
            <w:r>
              <w:rPr>
                <w:sz w:val="18"/>
              </w:rPr>
              <w:t>3</w:t>
            </w:r>
          </w:p>
        </w:tc>
      </w:tr>
      <w:tr w:rsidR="008D22FA" w14:paraId="50F3001F"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3AB30543" w14:textId="77777777" w:rsidR="008D22FA" w:rsidRDefault="00000000">
            <w:pPr>
              <w:spacing w:after="0"/>
            </w:pPr>
            <w:r>
              <w:rPr>
                <w:sz w:val="18"/>
              </w:rPr>
              <w:t>teorik içeriklerin güncelliği ve çeşitliliği</w:t>
            </w:r>
          </w:p>
        </w:tc>
        <w:tc>
          <w:tcPr>
            <w:tcW w:w="4703" w:type="dxa"/>
            <w:tcBorders>
              <w:top w:val="single" w:sz="6" w:space="0" w:color="000000"/>
              <w:left w:val="single" w:sz="6" w:space="0" w:color="000000"/>
              <w:bottom w:val="single" w:sz="6" w:space="0" w:color="000000"/>
              <w:right w:val="single" w:sz="6" w:space="0" w:color="000000"/>
            </w:tcBorders>
            <w:vAlign w:val="center"/>
          </w:tcPr>
          <w:p w14:paraId="00DD9D95" w14:textId="77777777" w:rsidR="008D22FA" w:rsidRDefault="00000000">
            <w:pPr>
              <w:spacing w:after="0"/>
            </w:pPr>
            <w:r>
              <w:rPr>
                <w:sz w:val="18"/>
              </w:rPr>
              <w:t>1</w:t>
            </w:r>
          </w:p>
        </w:tc>
      </w:tr>
    </w:tbl>
    <w:p w14:paraId="15587870" w14:textId="2C7B69D2" w:rsidR="008D22FA" w:rsidRDefault="00C77C23">
      <w:pPr>
        <w:pStyle w:val="Balk1"/>
        <w:jc w:val="left"/>
      </w:pPr>
      <w:bookmarkStart w:id="49" w:name="_Toc232110443"/>
      <w:r>
        <w:rPr>
          <w:rFonts w:ascii="Times New Roman" w:eastAsia="Times New Roman" w:hAnsi="Times New Roman"/>
        </w:rPr>
        <w:t>6</w:t>
      </w:r>
      <w:r w:rsidR="00000000">
        <w:rPr>
          <w:rFonts w:ascii="Times New Roman" w:eastAsia="Times New Roman" w:hAnsi="Times New Roman"/>
        </w:rPr>
        <w:t>. Genel Değerlendirme</w:t>
      </w:r>
      <w:bookmarkEnd w:id="49"/>
    </w:p>
    <w:p w14:paraId="7E111116" w14:textId="77777777" w:rsidR="008D22FA" w:rsidRDefault="00000000">
      <w:pPr>
        <w:spacing w:after="120"/>
        <w:ind w:firstLine="425"/>
      </w:pPr>
      <w:r>
        <w:t>Mezun memnuniyet anketi sonuçları genel olarak değerlendirildiğinde, fakülte mezunlarının eğitim-öğretim sürecine ilişkin görüşlerinin büyük ölçüde olumlu olduğu görülmektedir. Dikkat kontrolü maddesi hariç tutularak yapılan hesaplamada genel ortalamanın 3,23/5,00 olması, programın mezunlar tarafından yüksek düzeyde benimsendiğini göstermektedir.</w:t>
      </w:r>
    </w:p>
    <w:p w14:paraId="6FC9863B" w14:textId="77777777" w:rsidR="008D22FA" w:rsidRDefault="00000000">
      <w:pPr>
        <w:spacing w:after="120"/>
        <w:ind w:firstLine="425"/>
      </w:pPr>
      <w:r>
        <w:t>En yüksek ortalama puanların elde edildiği maddeler, mezunların programın mesleki bilgi ve beceri kazandırma, genel mesleki gelişime katkı sağlama ve programdan genel memnuniyet boyutlarında güçlü bir algıya sahip olduğunu göstermektedir. Bu durum, fakültenin mezun çıktıları açısından temel mesleki yeterlilikleri kazandırmada güçlü bir performans sergilediğine işaret etmektedir.</w:t>
      </w:r>
    </w:p>
    <w:p w14:paraId="212F6E69" w14:textId="77777777" w:rsidR="008D22FA" w:rsidRDefault="00000000">
      <w:pPr>
        <w:spacing w:after="120"/>
        <w:ind w:firstLine="425"/>
      </w:pPr>
      <w:r>
        <w:t>Bununla birlikte görece düşük ortalama puanlar, laboratuvar ve araştırma altyapısı, bilimsel etkinliklere katılım desteği, ders saatlerinin öğrenci sağlığı üzerindeki etkisi, idari süreçlerin etkinliği ve kariyer/mesleki ağ oluşturma gibi alanlarda daha fazla iyileştirme yapılabileceğini göstermektedir. Açık uçlu yanıtlar da bu bulguları desteklemekte; özellikle klinik uygulama çeşitliliğinin artırılması, laboratuvar altyapısının güçlendirilmesi, ders materyallerinin standartlaştırılması ve öğrenci odaklı yaklaşımın geliştirilmesi gerekliliğini ortaya koymaktadır.</w:t>
      </w:r>
    </w:p>
    <w:p w14:paraId="33AB780E" w14:textId="77777777" w:rsidR="008D22FA" w:rsidRDefault="00000000">
      <w:pPr>
        <w:spacing w:after="120"/>
        <w:ind w:firstLine="425"/>
      </w:pPr>
      <w:r>
        <w:t>Sonuç olarak anket bulguları, Veteriner Fakültesi eğitim programının mezunların mesleki gelişimine genel olarak güçlü katkı sağladığını, ancak sürekli iyileştirme anlayışı doğrultusunda uygulamalı eğitim, laboratuvar altyapısı, kariyer desteği, danışmanlık ve idari süreçlerin izlenmeye devam edilmesi gerektiğini göstermektedir. Bu kapsamda mezun geri bildirimlerinin düzenli aralıklarla alınması, sonuçların bölüm ve fakülte kalite komisyonlarında değerlendirilmesi ve iyileştirme faaliyetlerinin somut eylem planlarına dönüştürülmesi önerilmektedir.</w:t>
      </w:r>
    </w:p>
    <w:p w14:paraId="5429769E" w14:textId="6A2773AE" w:rsidR="008D22FA" w:rsidRDefault="00C77C23">
      <w:pPr>
        <w:pStyle w:val="Balk1"/>
        <w:jc w:val="left"/>
      </w:pPr>
      <w:bookmarkStart w:id="50" w:name="_Toc232110444"/>
      <w:r>
        <w:rPr>
          <w:rFonts w:ascii="Times New Roman" w:eastAsia="Times New Roman" w:hAnsi="Times New Roman"/>
        </w:rPr>
        <w:lastRenderedPageBreak/>
        <w:t>7</w:t>
      </w:r>
      <w:r w:rsidR="00000000">
        <w:rPr>
          <w:rFonts w:ascii="Times New Roman" w:eastAsia="Times New Roman" w:hAnsi="Times New Roman"/>
        </w:rPr>
        <w:t>. Ekler</w:t>
      </w:r>
      <w:bookmarkEnd w:id="50"/>
    </w:p>
    <w:p w14:paraId="55B87AD1" w14:textId="77777777" w:rsidR="008D22FA" w:rsidRDefault="00000000">
      <w:pPr>
        <w:pStyle w:val="Balk2"/>
        <w:jc w:val="left"/>
      </w:pPr>
      <w:bookmarkStart w:id="51" w:name="_Toc232110445"/>
      <w:r>
        <w:rPr>
          <w:rFonts w:ascii="Times New Roman" w:eastAsia="Times New Roman" w:hAnsi="Times New Roman"/>
        </w:rPr>
        <w:t>Ek 1. Mezun Memnuniyet Anketi Genel Değerlendirme Özeti</w:t>
      </w:r>
      <w:bookmarkEnd w:id="51"/>
    </w:p>
    <w:tbl>
      <w:tblPr>
        <w:tblW w:w="0" w:type="auto"/>
        <w:jc w:val="center"/>
        <w:tblLook w:val="04A0" w:firstRow="1" w:lastRow="0" w:firstColumn="1" w:lastColumn="0" w:noHBand="0" w:noVBand="1"/>
      </w:tblPr>
      <w:tblGrid>
        <w:gridCol w:w="4703"/>
        <w:gridCol w:w="4703"/>
      </w:tblGrid>
      <w:tr w:rsidR="008D22FA" w14:paraId="15001831" w14:textId="77777777">
        <w:trPr>
          <w:jc w:val="center"/>
        </w:trPr>
        <w:tc>
          <w:tcPr>
            <w:tcW w:w="4703"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214C8197" w14:textId="77777777" w:rsidR="008D22FA" w:rsidRDefault="00000000">
            <w:pPr>
              <w:spacing w:after="0"/>
            </w:pPr>
            <w:r>
              <w:rPr>
                <w:b/>
                <w:sz w:val="18"/>
              </w:rPr>
              <w:t>Gösterge</w:t>
            </w:r>
          </w:p>
        </w:tc>
        <w:tc>
          <w:tcPr>
            <w:tcW w:w="4703"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0F143348" w14:textId="77777777" w:rsidR="008D22FA" w:rsidRDefault="00000000">
            <w:pPr>
              <w:spacing w:after="0"/>
            </w:pPr>
            <w:r>
              <w:rPr>
                <w:b/>
                <w:sz w:val="18"/>
              </w:rPr>
              <w:t>Değer</w:t>
            </w:r>
          </w:p>
        </w:tc>
      </w:tr>
      <w:tr w:rsidR="008D22FA" w14:paraId="091FA7B1"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3FACCAC5" w14:textId="77777777" w:rsidR="008D22FA" w:rsidRDefault="00000000">
            <w:pPr>
              <w:spacing w:after="0"/>
            </w:pPr>
            <w:r>
              <w:rPr>
                <w:sz w:val="18"/>
              </w:rPr>
              <w:t>Katılımcı Sayısı</w:t>
            </w:r>
          </w:p>
        </w:tc>
        <w:tc>
          <w:tcPr>
            <w:tcW w:w="4703" w:type="dxa"/>
            <w:tcBorders>
              <w:top w:val="single" w:sz="6" w:space="0" w:color="000000"/>
              <w:left w:val="single" w:sz="6" w:space="0" w:color="000000"/>
              <w:bottom w:val="single" w:sz="6" w:space="0" w:color="000000"/>
              <w:right w:val="single" w:sz="6" w:space="0" w:color="000000"/>
            </w:tcBorders>
            <w:vAlign w:val="center"/>
          </w:tcPr>
          <w:p w14:paraId="62EBBF88" w14:textId="77777777" w:rsidR="008D22FA" w:rsidRDefault="00000000">
            <w:pPr>
              <w:spacing w:after="0"/>
            </w:pPr>
            <w:r>
              <w:rPr>
                <w:sz w:val="18"/>
              </w:rPr>
              <w:t>52</w:t>
            </w:r>
          </w:p>
        </w:tc>
      </w:tr>
      <w:tr w:rsidR="008D22FA" w14:paraId="38E90461"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1E70D844" w14:textId="77777777" w:rsidR="008D22FA" w:rsidRDefault="00000000">
            <w:pPr>
              <w:spacing w:after="0"/>
            </w:pPr>
            <w:r>
              <w:rPr>
                <w:sz w:val="18"/>
              </w:rPr>
              <w:t>Likert Tipi Madde Sayısı</w:t>
            </w:r>
          </w:p>
        </w:tc>
        <w:tc>
          <w:tcPr>
            <w:tcW w:w="4703" w:type="dxa"/>
            <w:tcBorders>
              <w:top w:val="single" w:sz="6" w:space="0" w:color="000000"/>
              <w:left w:val="single" w:sz="6" w:space="0" w:color="000000"/>
              <w:bottom w:val="single" w:sz="6" w:space="0" w:color="000000"/>
              <w:right w:val="single" w:sz="6" w:space="0" w:color="000000"/>
            </w:tcBorders>
            <w:vAlign w:val="center"/>
          </w:tcPr>
          <w:p w14:paraId="6A256D8F" w14:textId="77777777" w:rsidR="008D22FA" w:rsidRDefault="00000000">
            <w:pPr>
              <w:spacing w:after="0"/>
            </w:pPr>
            <w:r>
              <w:rPr>
                <w:sz w:val="18"/>
              </w:rPr>
              <w:t>38</w:t>
            </w:r>
          </w:p>
        </w:tc>
      </w:tr>
      <w:tr w:rsidR="008D22FA" w14:paraId="3F6E3FDC"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5E59D9A0" w14:textId="77777777" w:rsidR="008D22FA" w:rsidRDefault="00000000">
            <w:pPr>
              <w:spacing w:after="0"/>
            </w:pPr>
            <w:r>
              <w:rPr>
                <w:sz w:val="18"/>
              </w:rPr>
              <w:t>Dikkat Kontrolü Hariç Değerlendirilen Madde Sayısı</w:t>
            </w:r>
          </w:p>
        </w:tc>
        <w:tc>
          <w:tcPr>
            <w:tcW w:w="4703" w:type="dxa"/>
            <w:tcBorders>
              <w:top w:val="single" w:sz="6" w:space="0" w:color="000000"/>
              <w:left w:val="single" w:sz="6" w:space="0" w:color="000000"/>
              <w:bottom w:val="single" w:sz="6" w:space="0" w:color="000000"/>
              <w:right w:val="single" w:sz="6" w:space="0" w:color="000000"/>
            </w:tcBorders>
            <w:vAlign w:val="center"/>
          </w:tcPr>
          <w:p w14:paraId="37FEA78B" w14:textId="77777777" w:rsidR="008D22FA" w:rsidRDefault="00000000">
            <w:pPr>
              <w:spacing w:after="0"/>
            </w:pPr>
            <w:r>
              <w:rPr>
                <w:sz w:val="18"/>
              </w:rPr>
              <w:t>37</w:t>
            </w:r>
          </w:p>
        </w:tc>
      </w:tr>
      <w:tr w:rsidR="008D22FA" w14:paraId="11A7A558"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0394B5E4" w14:textId="77777777" w:rsidR="008D22FA" w:rsidRDefault="00000000">
            <w:pPr>
              <w:spacing w:after="0"/>
            </w:pPr>
            <w:r>
              <w:rPr>
                <w:sz w:val="18"/>
              </w:rPr>
              <w:t>Genel Ortalama</w:t>
            </w:r>
          </w:p>
        </w:tc>
        <w:tc>
          <w:tcPr>
            <w:tcW w:w="4703" w:type="dxa"/>
            <w:tcBorders>
              <w:top w:val="single" w:sz="6" w:space="0" w:color="000000"/>
              <w:left w:val="single" w:sz="6" w:space="0" w:color="000000"/>
              <w:bottom w:val="single" w:sz="6" w:space="0" w:color="000000"/>
              <w:right w:val="single" w:sz="6" w:space="0" w:color="000000"/>
            </w:tcBorders>
            <w:vAlign w:val="center"/>
          </w:tcPr>
          <w:p w14:paraId="7B128C92" w14:textId="77777777" w:rsidR="008D22FA" w:rsidRDefault="00000000">
            <w:pPr>
              <w:spacing w:after="0"/>
            </w:pPr>
            <w:r>
              <w:rPr>
                <w:sz w:val="18"/>
              </w:rPr>
              <w:t>3,23 / 5,00</w:t>
            </w:r>
          </w:p>
        </w:tc>
      </w:tr>
      <w:tr w:rsidR="008D22FA" w14:paraId="004E6D22"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677ECE73" w14:textId="77777777" w:rsidR="008D22FA" w:rsidRDefault="00000000">
            <w:pPr>
              <w:spacing w:after="0"/>
            </w:pPr>
            <w:r>
              <w:rPr>
                <w:sz w:val="18"/>
              </w:rPr>
              <w:t>Olumlu Görüş Oranı</w:t>
            </w:r>
          </w:p>
        </w:tc>
        <w:tc>
          <w:tcPr>
            <w:tcW w:w="4703" w:type="dxa"/>
            <w:tcBorders>
              <w:top w:val="single" w:sz="6" w:space="0" w:color="000000"/>
              <w:left w:val="single" w:sz="6" w:space="0" w:color="000000"/>
              <w:bottom w:val="single" w:sz="6" w:space="0" w:color="000000"/>
              <w:right w:val="single" w:sz="6" w:space="0" w:color="000000"/>
            </w:tcBorders>
            <w:vAlign w:val="center"/>
          </w:tcPr>
          <w:p w14:paraId="06C2F570" w14:textId="77777777" w:rsidR="008D22FA" w:rsidRDefault="00000000">
            <w:pPr>
              <w:spacing w:after="0"/>
            </w:pPr>
            <w:r>
              <w:rPr>
                <w:sz w:val="18"/>
              </w:rPr>
              <w:t>%45,3</w:t>
            </w:r>
          </w:p>
        </w:tc>
      </w:tr>
      <w:tr w:rsidR="008D22FA" w14:paraId="0951806B"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5BBD619B" w14:textId="77777777" w:rsidR="008D22FA" w:rsidRDefault="00000000">
            <w:pPr>
              <w:spacing w:after="0"/>
            </w:pPr>
            <w:r>
              <w:rPr>
                <w:sz w:val="18"/>
              </w:rPr>
              <w:t>Kararsız Görüş Oranı</w:t>
            </w:r>
          </w:p>
        </w:tc>
        <w:tc>
          <w:tcPr>
            <w:tcW w:w="4703" w:type="dxa"/>
            <w:tcBorders>
              <w:top w:val="single" w:sz="6" w:space="0" w:color="000000"/>
              <w:left w:val="single" w:sz="6" w:space="0" w:color="000000"/>
              <w:bottom w:val="single" w:sz="6" w:space="0" w:color="000000"/>
              <w:right w:val="single" w:sz="6" w:space="0" w:color="000000"/>
            </w:tcBorders>
            <w:vAlign w:val="center"/>
          </w:tcPr>
          <w:p w14:paraId="0B565041" w14:textId="77777777" w:rsidR="008D22FA" w:rsidRDefault="00000000">
            <w:pPr>
              <w:spacing w:after="0"/>
            </w:pPr>
            <w:r>
              <w:rPr>
                <w:sz w:val="18"/>
              </w:rPr>
              <w:t>%25,9</w:t>
            </w:r>
          </w:p>
        </w:tc>
      </w:tr>
      <w:tr w:rsidR="008D22FA" w14:paraId="0DE4E73A"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16B84232" w14:textId="77777777" w:rsidR="008D22FA" w:rsidRDefault="00000000">
            <w:pPr>
              <w:spacing w:after="0"/>
            </w:pPr>
            <w:r>
              <w:rPr>
                <w:sz w:val="18"/>
              </w:rPr>
              <w:t>Olumsuz Görüş Oranı</w:t>
            </w:r>
          </w:p>
        </w:tc>
        <w:tc>
          <w:tcPr>
            <w:tcW w:w="4703" w:type="dxa"/>
            <w:tcBorders>
              <w:top w:val="single" w:sz="6" w:space="0" w:color="000000"/>
              <w:left w:val="single" w:sz="6" w:space="0" w:color="000000"/>
              <w:bottom w:val="single" w:sz="6" w:space="0" w:color="000000"/>
              <w:right w:val="single" w:sz="6" w:space="0" w:color="000000"/>
            </w:tcBorders>
            <w:vAlign w:val="center"/>
          </w:tcPr>
          <w:p w14:paraId="35D029EB" w14:textId="77777777" w:rsidR="008D22FA" w:rsidRDefault="00000000">
            <w:pPr>
              <w:spacing w:after="0"/>
            </w:pPr>
            <w:r>
              <w:rPr>
                <w:sz w:val="18"/>
              </w:rPr>
              <w:t>%28,7</w:t>
            </w:r>
          </w:p>
        </w:tc>
      </w:tr>
    </w:tbl>
    <w:p w14:paraId="21876128" w14:textId="77777777" w:rsidR="008D22FA" w:rsidRDefault="00000000">
      <w:pPr>
        <w:pStyle w:val="Balk2"/>
        <w:jc w:val="left"/>
      </w:pPr>
      <w:bookmarkStart w:id="52" w:name="_Toc232110446"/>
      <w:r>
        <w:rPr>
          <w:rFonts w:ascii="Times New Roman" w:eastAsia="Times New Roman" w:hAnsi="Times New Roman"/>
        </w:rPr>
        <w:t>Ek 2. Maddelere Ait Ortalama Puanlar</w:t>
      </w:r>
      <w:bookmarkEnd w:id="52"/>
    </w:p>
    <w:tbl>
      <w:tblPr>
        <w:tblW w:w="0" w:type="auto"/>
        <w:jc w:val="center"/>
        <w:tblLook w:val="04A0" w:firstRow="1" w:lastRow="0" w:firstColumn="1" w:lastColumn="0" w:noHBand="0" w:noVBand="1"/>
      </w:tblPr>
      <w:tblGrid>
        <w:gridCol w:w="3135"/>
        <w:gridCol w:w="3135"/>
        <w:gridCol w:w="3135"/>
      </w:tblGrid>
      <w:tr w:rsidR="008D22FA" w14:paraId="5DF347B5" w14:textId="77777777">
        <w:trPr>
          <w:jc w:val="center"/>
        </w:trPr>
        <w:tc>
          <w:tcPr>
            <w:tcW w:w="3135"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61A70123" w14:textId="77777777" w:rsidR="008D22FA" w:rsidRDefault="00000000">
            <w:pPr>
              <w:spacing w:after="0"/>
            </w:pPr>
            <w:r>
              <w:rPr>
                <w:b/>
                <w:sz w:val="18"/>
              </w:rPr>
              <w:t>No</w:t>
            </w:r>
          </w:p>
        </w:tc>
        <w:tc>
          <w:tcPr>
            <w:tcW w:w="3135"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5EE3921A" w14:textId="77777777" w:rsidR="008D22FA" w:rsidRDefault="00000000">
            <w:pPr>
              <w:spacing w:after="0"/>
            </w:pPr>
            <w:r>
              <w:rPr>
                <w:b/>
                <w:sz w:val="18"/>
              </w:rPr>
              <w:t>Madde</w:t>
            </w:r>
          </w:p>
        </w:tc>
        <w:tc>
          <w:tcPr>
            <w:tcW w:w="3135"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5B68C8FC" w14:textId="77777777" w:rsidR="008D22FA" w:rsidRDefault="00000000">
            <w:pPr>
              <w:spacing w:after="0"/>
            </w:pPr>
            <w:r>
              <w:rPr>
                <w:b/>
                <w:sz w:val="18"/>
              </w:rPr>
              <w:t>Ortalama</w:t>
            </w:r>
          </w:p>
        </w:tc>
      </w:tr>
      <w:tr w:rsidR="008D22FA" w14:paraId="2834DDF6"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5912D4A0" w14:textId="77777777" w:rsidR="008D22FA" w:rsidRDefault="00000000">
            <w:pPr>
              <w:spacing w:after="0"/>
            </w:pPr>
            <w:r>
              <w:rPr>
                <w:sz w:val="18"/>
              </w:rPr>
              <w:t>1</w:t>
            </w:r>
          </w:p>
        </w:tc>
        <w:tc>
          <w:tcPr>
            <w:tcW w:w="3135" w:type="dxa"/>
            <w:tcBorders>
              <w:top w:val="single" w:sz="6" w:space="0" w:color="000000"/>
              <w:left w:val="single" w:sz="6" w:space="0" w:color="000000"/>
              <w:bottom w:val="single" w:sz="6" w:space="0" w:color="000000"/>
              <w:right w:val="single" w:sz="6" w:space="0" w:color="000000"/>
            </w:tcBorders>
            <w:vAlign w:val="center"/>
          </w:tcPr>
          <w:p w14:paraId="4273F137" w14:textId="77777777" w:rsidR="008D22FA" w:rsidRDefault="00000000">
            <w:pPr>
              <w:spacing w:after="0"/>
            </w:pPr>
            <w:r>
              <w:rPr>
                <w:sz w:val="18"/>
              </w:rPr>
              <w:t>Aldığım dersler, programın amaç ve öğrenme çıktılarıyla uyumluydu.</w:t>
            </w:r>
          </w:p>
        </w:tc>
        <w:tc>
          <w:tcPr>
            <w:tcW w:w="3135" w:type="dxa"/>
            <w:tcBorders>
              <w:top w:val="single" w:sz="6" w:space="0" w:color="000000"/>
              <w:left w:val="single" w:sz="6" w:space="0" w:color="000000"/>
              <w:bottom w:val="single" w:sz="6" w:space="0" w:color="000000"/>
              <w:right w:val="single" w:sz="6" w:space="0" w:color="000000"/>
            </w:tcBorders>
            <w:vAlign w:val="center"/>
          </w:tcPr>
          <w:p w14:paraId="74F9A4D1" w14:textId="77777777" w:rsidR="008D22FA" w:rsidRDefault="00000000">
            <w:pPr>
              <w:spacing w:after="0"/>
            </w:pPr>
            <w:r>
              <w:rPr>
                <w:sz w:val="18"/>
              </w:rPr>
              <w:t>3,38</w:t>
            </w:r>
          </w:p>
        </w:tc>
      </w:tr>
      <w:tr w:rsidR="008D22FA" w14:paraId="5CD863D3"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0F33FFE9" w14:textId="77777777" w:rsidR="008D22FA" w:rsidRDefault="00000000">
            <w:pPr>
              <w:spacing w:after="0"/>
            </w:pPr>
            <w:r>
              <w:rPr>
                <w:sz w:val="18"/>
              </w:rPr>
              <w:t>2</w:t>
            </w:r>
          </w:p>
        </w:tc>
        <w:tc>
          <w:tcPr>
            <w:tcW w:w="3135" w:type="dxa"/>
            <w:tcBorders>
              <w:top w:val="single" w:sz="6" w:space="0" w:color="000000"/>
              <w:left w:val="single" w:sz="6" w:space="0" w:color="000000"/>
              <w:bottom w:val="single" w:sz="6" w:space="0" w:color="000000"/>
              <w:right w:val="single" w:sz="6" w:space="0" w:color="000000"/>
            </w:tcBorders>
            <w:vAlign w:val="center"/>
          </w:tcPr>
          <w:p w14:paraId="58ED4371" w14:textId="77777777" w:rsidR="008D22FA" w:rsidRDefault="00000000">
            <w:pPr>
              <w:spacing w:after="0"/>
            </w:pPr>
            <w:r>
              <w:rPr>
                <w:sz w:val="18"/>
              </w:rPr>
              <w:t>Dersler eğitim-öğretim dönemlerine dengeli bir şekilde dağıtılmıştı.</w:t>
            </w:r>
          </w:p>
        </w:tc>
        <w:tc>
          <w:tcPr>
            <w:tcW w:w="3135" w:type="dxa"/>
            <w:tcBorders>
              <w:top w:val="single" w:sz="6" w:space="0" w:color="000000"/>
              <w:left w:val="single" w:sz="6" w:space="0" w:color="000000"/>
              <w:bottom w:val="single" w:sz="6" w:space="0" w:color="000000"/>
              <w:right w:val="single" w:sz="6" w:space="0" w:color="000000"/>
            </w:tcBorders>
            <w:vAlign w:val="center"/>
          </w:tcPr>
          <w:p w14:paraId="21412FED" w14:textId="77777777" w:rsidR="008D22FA" w:rsidRDefault="00000000">
            <w:pPr>
              <w:spacing w:after="0"/>
            </w:pPr>
            <w:r>
              <w:rPr>
                <w:sz w:val="18"/>
              </w:rPr>
              <w:t>3,40</w:t>
            </w:r>
          </w:p>
        </w:tc>
      </w:tr>
      <w:tr w:rsidR="008D22FA" w14:paraId="108B98CE"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747A6F7D" w14:textId="77777777" w:rsidR="008D22FA" w:rsidRDefault="00000000">
            <w:pPr>
              <w:spacing w:after="0"/>
            </w:pPr>
            <w:r>
              <w:rPr>
                <w:sz w:val="18"/>
              </w:rPr>
              <w:t>3</w:t>
            </w:r>
          </w:p>
        </w:tc>
        <w:tc>
          <w:tcPr>
            <w:tcW w:w="3135" w:type="dxa"/>
            <w:tcBorders>
              <w:top w:val="single" w:sz="6" w:space="0" w:color="000000"/>
              <w:left w:val="single" w:sz="6" w:space="0" w:color="000000"/>
              <w:bottom w:val="single" w:sz="6" w:space="0" w:color="000000"/>
              <w:right w:val="single" w:sz="6" w:space="0" w:color="000000"/>
            </w:tcBorders>
            <w:vAlign w:val="center"/>
          </w:tcPr>
          <w:p w14:paraId="18140673" w14:textId="77777777" w:rsidR="008D22FA" w:rsidRDefault="00000000">
            <w:pPr>
              <w:spacing w:after="0"/>
            </w:pPr>
            <w:r>
              <w:rPr>
                <w:sz w:val="18"/>
              </w:rPr>
              <w:t>Alan içi (klinik/temel bilimler) ve alan dışı derslerin dağılımı dengeliydi.</w:t>
            </w:r>
          </w:p>
        </w:tc>
        <w:tc>
          <w:tcPr>
            <w:tcW w:w="3135" w:type="dxa"/>
            <w:tcBorders>
              <w:top w:val="single" w:sz="6" w:space="0" w:color="000000"/>
              <w:left w:val="single" w:sz="6" w:space="0" w:color="000000"/>
              <w:bottom w:val="single" w:sz="6" w:space="0" w:color="000000"/>
              <w:right w:val="single" w:sz="6" w:space="0" w:color="000000"/>
            </w:tcBorders>
            <w:vAlign w:val="center"/>
          </w:tcPr>
          <w:p w14:paraId="53481CF4" w14:textId="77777777" w:rsidR="008D22FA" w:rsidRDefault="00000000">
            <w:pPr>
              <w:spacing w:after="0"/>
            </w:pPr>
            <w:r>
              <w:rPr>
                <w:sz w:val="18"/>
              </w:rPr>
              <w:t>3,17</w:t>
            </w:r>
          </w:p>
        </w:tc>
      </w:tr>
      <w:tr w:rsidR="008D22FA" w14:paraId="2E2FBA8E"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5671DA58" w14:textId="77777777" w:rsidR="008D22FA" w:rsidRDefault="00000000">
            <w:pPr>
              <w:spacing w:after="0"/>
            </w:pPr>
            <w:r>
              <w:rPr>
                <w:sz w:val="18"/>
              </w:rPr>
              <w:t>4</w:t>
            </w:r>
          </w:p>
        </w:tc>
        <w:tc>
          <w:tcPr>
            <w:tcW w:w="3135" w:type="dxa"/>
            <w:tcBorders>
              <w:top w:val="single" w:sz="6" w:space="0" w:color="000000"/>
              <w:left w:val="single" w:sz="6" w:space="0" w:color="000000"/>
              <w:bottom w:val="single" w:sz="6" w:space="0" w:color="000000"/>
              <w:right w:val="single" w:sz="6" w:space="0" w:color="000000"/>
            </w:tcBorders>
            <w:vAlign w:val="center"/>
          </w:tcPr>
          <w:p w14:paraId="68D2550E" w14:textId="77777777" w:rsidR="008D22FA" w:rsidRDefault="00000000">
            <w:pPr>
              <w:spacing w:after="0"/>
            </w:pPr>
            <w:r>
              <w:rPr>
                <w:sz w:val="18"/>
              </w:rPr>
              <w:t>Seçmeli dersler, ilgi alanlarıma ve mesleki ihtiyaçlarıma katkı sağlamıştı.</w:t>
            </w:r>
          </w:p>
        </w:tc>
        <w:tc>
          <w:tcPr>
            <w:tcW w:w="3135" w:type="dxa"/>
            <w:tcBorders>
              <w:top w:val="single" w:sz="6" w:space="0" w:color="000000"/>
              <w:left w:val="single" w:sz="6" w:space="0" w:color="000000"/>
              <w:bottom w:val="single" w:sz="6" w:space="0" w:color="000000"/>
              <w:right w:val="single" w:sz="6" w:space="0" w:color="000000"/>
            </w:tcBorders>
            <w:vAlign w:val="center"/>
          </w:tcPr>
          <w:p w14:paraId="6815FA49" w14:textId="77777777" w:rsidR="008D22FA" w:rsidRDefault="00000000">
            <w:pPr>
              <w:spacing w:after="0"/>
            </w:pPr>
            <w:r>
              <w:rPr>
                <w:sz w:val="18"/>
              </w:rPr>
              <w:t>2,98</w:t>
            </w:r>
          </w:p>
        </w:tc>
      </w:tr>
      <w:tr w:rsidR="008D22FA" w14:paraId="45CF0383"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7814B2F9" w14:textId="77777777" w:rsidR="008D22FA" w:rsidRDefault="00000000">
            <w:pPr>
              <w:spacing w:after="0"/>
            </w:pPr>
            <w:r>
              <w:rPr>
                <w:sz w:val="18"/>
              </w:rPr>
              <w:t>5</w:t>
            </w:r>
          </w:p>
        </w:tc>
        <w:tc>
          <w:tcPr>
            <w:tcW w:w="3135" w:type="dxa"/>
            <w:tcBorders>
              <w:top w:val="single" w:sz="6" w:space="0" w:color="000000"/>
              <w:left w:val="single" w:sz="6" w:space="0" w:color="000000"/>
              <w:bottom w:val="single" w:sz="6" w:space="0" w:color="000000"/>
              <w:right w:val="single" w:sz="6" w:space="0" w:color="000000"/>
            </w:tcBorders>
            <w:vAlign w:val="center"/>
          </w:tcPr>
          <w:p w14:paraId="4D22EF0C" w14:textId="77777777" w:rsidR="008D22FA" w:rsidRDefault="00000000">
            <w:pPr>
              <w:spacing w:after="0"/>
            </w:pPr>
            <w:r>
              <w:rPr>
                <w:sz w:val="18"/>
              </w:rPr>
              <w:t>Ders içerikleri, eğitim aldığım dönemde ulusal ve uluslararası gelişmelerle uyumluydu.</w:t>
            </w:r>
          </w:p>
        </w:tc>
        <w:tc>
          <w:tcPr>
            <w:tcW w:w="3135" w:type="dxa"/>
            <w:tcBorders>
              <w:top w:val="single" w:sz="6" w:space="0" w:color="000000"/>
              <w:left w:val="single" w:sz="6" w:space="0" w:color="000000"/>
              <w:bottom w:val="single" w:sz="6" w:space="0" w:color="000000"/>
              <w:right w:val="single" w:sz="6" w:space="0" w:color="000000"/>
            </w:tcBorders>
            <w:vAlign w:val="center"/>
          </w:tcPr>
          <w:p w14:paraId="50396B1C" w14:textId="77777777" w:rsidR="008D22FA" w:rsidRDefault="00000000">
            <w:pPr>
              <w:spacing w:after="0"/>
            </w:pPr>
            <w:r>
              <w:rPr>
                <w:sz w:val="18"/>
              </w:rPr>
              <w:t>3,12</w:t>
            </w:r>
          </w:p>
        </w:tc>
      </w:tr>
      <w:tr w:rsidR="008D22FA" w14:paraId="00237AD0"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31C69979" w14:textId="77777777" w:rsidR="008D22FA" w:rsidRDefault="00000000">
            <w:pPr>
              <w:spacing w:after="0"/>
            </w:pPr>
            <w:r>
              <w:rPr>
                <w:sz w:val="18"/>
              </w:rPr>
              <w:t>6</w:t>
            </w:r>
          </w:p>
        </w:tc>
        <w:tc>
          <w:tcPr>
            <w:tcW w:w="3135" w:type="dxa"/>
            <w:tcBorders>
              <w:top w:val="single" w:sz="6" w:space="0" w:color="000000"/>
              <w:left w:val="single" w:sz="6" w:space="0" w:color="000000"/>
              <w:bottom w:val="single" w:sz="6" w:space="0" w:color="000000"/>
              <w:right w:val="single" w:sz="6" w:space="0" w:color="000000"/>
            </w:tcBorders>
            <w:vAlign w:val="center"/>
          </w:tcPr>
          <w:p w14:paraId="2AFA8B7A" w14:textId="77777777" w:rsidR="008D22FA" w:rsidRDefault="00000000">
            <w:pPr>
              <w:spacing w:after="0"/>
            </w:pPr>
            <w:r>
              <w:rPr>
                <w:sz w:val="18"/>
              </w:rPr>
              <w:t>Program, meslek hayatımda karşılaştığım klinik ve saha problemlerine çözüm üretebilecek şekilde yapılandırılmıştı.</w:t>
            </w:r>
          </w:p>
        </w:tc>
        <w:tc>
          <w:tcPr>
            <w:tcW w:w="3135" w:type="dxa"/>
            <w:tcBorders>
              <w:top w:val="single" w:sz="6" w:space="0" w:color="000000"/>
              <w:left w:val="single" w:sz="6" w:space="0" w:color="000000"/>
              <w:bottom w:val="single" w:sz="6" w:space="0" w:color="000000"/>
              <w:right w:val="single" w:sz="6" w:space="0" w:color="000000"/>
            </w:tcBorders>
            <w:vAlign w:val="center"/>
          </w:tcPr>
          <w:p w14:paraId="68C59CF6" w14:textId="77777777" w:rsidR="008D22FA" w:rsidRDefault="00000000">
            <w:pPr>
              <w:spacing w:after="0"/>
            </w:pPr>
            <w:r>
              <w:rPr>
                <w:sz w:val="18"/>
              </w:rPr>
              <w:t>3,13</w:t>
            </w:r>
          </w:p>
        </w:tc>
      </w:tr>
      <w:tr w:rsidR="008D22FA" w14:paraId="1D53885F"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6C2B3130" w14:textId="77777777" w:rsidR="008D22FA" w:rsidRDefault="00000000">
            <w:pPr>
              <w:spacing w:after="0"/>
            </w:pPr>
            <w:r>
              <w:rPr>
                <w:sz w:val="18"/>
              </w:rPr>
              <w:t>7</w:t>
            </w:r>
          </w:p>
        </w:tc>
        <w:tc>
          <w:tcPr>
            <w:tcW w:w="3135" w:type="dxa"/>
            <w:tcBorders>
              <w:top w:val="single" w:sz="6" w:space="0" w:color="000000"/>
              <w:left w:val="single" w:sz="6" w:space="0" w:color="000000"/>
              <w:bottom w:val="single" w:sz="6" w:space="0" w:color="000000"/>
              <w:right w:val="single" w:sz="6" w:space="0" w:color="000000"/>
            </w:tcBorders>
            <w:vAlign w:val="center"/>
          </w:tcPr>
          <w:p w14:paraId="500ADE0C" w14:textId="77777777" w:rsidR="008D22FA" w:rsidRDefault="00000000">
            <w:pPr>
              <w:spacing w:after="0"/>
            </w:pPr>
            <w:r>
              <w:rPr>
                <w:sz w:val="18"/>
              </w:rPr>
              <w:t>Aldığım eğitimde teorik ve uygulamalı (klinik/laboratuvar) dengeliydi.</w:t>
            </w:r>
          </w:p>
        </w:tc>
        <w:tc>
          <w:tcPr>
            <w:tcW w:w="3135" w:type="dxa"/>
            <w:tcBorders>
              <w:top w:val="single" w:sz="6" w:space="0" w:color="000000"/>
              <w:left w:val="single" w:sz="6" w:space="0" w:color="000000"/>
              <w:bottom w:val="single" w:sz="6" w:space="0" w:color="000000"/>
              <w:right w:val="single" w:sz="6" w:space="0" w:color="000000"/>
            </w:tcBorders>
            <w:vAlign w:val="center"/>
          </w:tcPr>
          <w:p w14:paraId="4BF551E4" w14:textId="77777777" w:rsidR="008D22FA" w:rsidRDefault="00000000">
            <w:pPr>
              <w:spacing w:after="0"/>
            </w:pPr>
            <w:r>
              <w:rPr>
                <w:sz w:val="18"/>
              </w:rPr>
              <w:t>3,10</w:t>
            </w:r>
          </w:p>
        </w:tc>
      </w:tr>
      <w:tr w:rsidR="008D22FA" w14:paraId="0F6ED11D"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28A3779C" w14:textId="77777777" w:rsidR="008D22FA" w:rsidRDefault="00000000">
            <w:pPr>
              <w:spacing w:after="0"/>
            </w:pPr>
            <w:r>
              <w:rPr>
                <w:sz w:val="18"/>
              </w:rPr>
              <w:t>8</w:t>
            </w:r>
          </w:p>
        </w:tc>
        <w:tc>
          <w:tcPr>
            <w:tcW w:w="3135" w:type="dxa"/>
            <w:tcBorders>
              <w:top w:val="single" w:sz="6" w:space="0" w:color="000000"/>
              <w:left w:val="single" w:sz="6" w:space="0" w:color="000000"/>
              <w:bottom w:val="single" w:sz="6" w:space="0" w:color="000000"/>
              <w:right w:val="single" w:sz="6" w:space="0" w:color="000000"/>
            </w:tcBorders>
            <w:vAlign w:val="center"/>
          </w:tcPr>
          <w:p w14:paraId="22306002" w14:textId="77777777" w:rsidR="008D22FA" w:rsidRDefault="00000000">
            <w:pPr>
              <w:spacing w:after="0"/>
            </w:pPr>
            <w:r>
              <w:rPr>
                <w:sz w:val="18"/>
              </w:rPr>
              <w:t>Derslerin iş yükü (AKTS), öğrenme kazanımlarımı destekleyecek düzeydeydi.</w:t>
            </w:r>
          </w:p>
        </w:tc>
        <w:tc>
          <w:tcPr>
            <w:tcW w:w="3135" w:type="dxa"/>
            <w:tcBorders>
              <w:top w:val="single" w:sz="6" w:space="0" w:color="000000"/>
              <w:left w:val="single" w:sz="6" w:space="0" w:color="000000"/>
              <w:bottom w:val="single" w:sz="6" w:space="0" w:color="000000"/>
              <w:right w:val="single" w:sz="6" w:space="0" w:color="000000"/>
            </w:tcBorders>
            <w:vAlign w:val="center"/>
          </w:tcPr>
          <w:p w14:paraId="34DFF961" w14:textId="77777777" w:rsidR="008D22FA" w:rsidRDefault="00000000">
            <w:pPr>
              <w:spacing w:after="0"/>
            </w:pPr>
            <w:r>
              <w:rPr>
                <w:sz w:val="18"/>
              </w:rPr>
              <w:t>3,29</w:t>
            </w:r>
          </w:p>
        </w:tc>
      </w:tr>
      <w:tr w:rsidR="008D22FA" w14:paraId="56D485B5"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2958F4F7" w14:textId="77777777" w:rsidR="008D22FA" w:rsidRDefault="00000000">
            <w:pPr>
              <w:spacing w:after="0"/>
            </w:pPr>
            <w:r>
              <w:rPr>
                <w:sz w:val="18"/>
              </w:rPr>
              <w:t>9</w:t>
            </w:r>
          </w:p>
        </w:tc>
        <w:tc>
          <w:tcPr>
            <w:tcW w:w="3135" w:type="dxa"/>
            <w:tcBorders>
              <w:top w:val="single" w:sz="6" w:space="0" w:color="000000"/>
              <w:left w:val="single" w:sz="6" w:space="0" w:color="000000"/>
              <w:bottom w:val="single" w:sz="6" w:space="0" w:color="000000"/>
              <w:right w:val="single" w:sz="6" w:space="0" w:color="000000"/>
            </w:tcBorders>
            <w:vAlign w:val="center"/>
          </w:tcPr>
          <w:p w14:paraId="54BA80BF" w14:textId="77777777" w:rsidR="008D22FA" w:rsidRDefault="00000000">
            <w:pPr>
              <w:spacing w:after="0"/>
            </w:pPr>
            <w:r>
              <w:rPr>
                <w:sz w:val="18"/>
              </w:rPr>
              <w:t>Haftalık ders programı, öğrenme sürecimi destekleyecek şekilde planlanmıştı.</w:t>
            </w:r>
          </w:p>
        </w:tc>
        <w:tc>
          <w:tcPr>
            <w:tcW w:w="3135" w:type="dxa"/>
            <w:tcBorders>
              <w:top w:val="single" w:sz="6" w:space="0" w:color="000000"/>
              <w:left w:val="single" w:sz="6" w:space="0" w:color="000000"/>
              <w:bottom w:val="single" w:sz="6" w:space="0" w:color="000000"/>
              <w:right w:val="single" w:sz="6" w:space="0" w:color="000000"/>
            </w:tcBorders>
            <w:vAlign w:val="center"/>
          </w:tcPr>
          <w:p w14:paraId="11E9F123" w14:textId="77777777" w:rsidR="008D22FA" w:rsidRDefault="00000000">
            <w:pPr>
              <w:spacing w:after="0"/>
            </w:pPr>
            <w:r>
              <w:rPr>
                <w:sz w:val="18"/>
              </w:rPr>
              <w:t>3,31</w:t>
            </w:r>
          </w:p>
        </w:tc>
      </w:tr>
      <w:tr w:rsidR="008D22FA" w14:paraId="5A460DCE"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321A6139" w14:textId="77777777" w:rsidR="008D22FA" w:rsidRDefault="00000000">
            <w:pPr>
              <w:spacing w:after="0"/>
            </w:pPr>
            <w:r>
              <w:rPr>
                <w:sz w:val="18"/>
              </w:rPr>
              <w:t>10</w:t>
            </w:r>
          </w:p>
        </w:tc>
        <w:tc>
          <w:tcPr>
            <w:tcW w:w="3135" w:type="dxa"/>
            <w:tcBorders>
              <w:top w:val="single" w:sz="6" w:space="0" w:color="000000"/>
              <w:left w:val="single" w:sz="6" w:space="0" w:color="000000"/>
              <w:bottom w:val="single" w:sz="6" w:space="0" w:color="000000"/>
              <w:right w:val="single" w:sz="6" w:space="0" w:color="000000"/>
            </w:tcBorders>
            <w:vAlign w:val="center"/>
          </w:tcPr>
          <w:p w14:paraId="391093D6" w14:textId="77777777" w:rsidR="008D22FA" w:rsidRDefault="00000000">
            <w:pPr>
              <w:spacing w:after="0"/>
            </w:pPr>
            <w:r>
              <w:rPr>
                <w:sz w:val="18"/>
              </w:rPr>
              <w:t>Eğitim sürecinde kullanılan öğretim yöntemleri (uygulama, vaka analizi vb.) öğrenmemi desteklemişti.</w:t>
            </w:r>
          </w:p>
        </w:tc>
        <w:tc>
          <w:tcPr>
            <w:tcW w:w="3135" w:type="dxa"/>
            <w:tcBorders>
              <w:top w:val="single" w:sz="6" w:space="0" w:color="000000"/>
              <w:left w:val="single" w:sz="6" w:space="0" w:color="000000"/>
              <w:bottom w:val="single" w:sz="6" w:space="0" w:color="000000"/>
              <w:right w:val="single" w:sz="6" w:space="0" w:color="000000"/>
            </w:tcBorders>
            <w:vAlign w:val="center"/>
          </w:tcPr>
          <w:p w14:paraId="4C044133" w14:textId="77777777" w:rsidR="008D22FA" w:rsidRDefault="00000000">
            <w:pPr>
              <w:spacing w:after="0"/>
            </w:pPr>
            <w:r>
              <w:rPr>
                <w:sz w:val="18"/>
              </w:rPr>
              <w:t>3,10</w:t>
            </w:r>
          </w:p>
        </w:tc>
      </w:tr>
      <w:tr w:rsidR="008D22FA" w14:paraId="439B32A7"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4C8C6E3A" w14:textId="77777777" w:rsidR="008D22FA" w:rsidRDefault="00000000">
            <w:pPr>
              <w:spacing w:after="0"/>
            </w:pPr>
            <w:r>
              <w:rPr>
                <w:sz w:val="18"/>
              </w:rPr>
              <w:t>11</w:t>
            </w:r>
          </w:p>
        </w:tc>
        <w:tc>
          <w:tcPr>
            <w:tcW w:w="3135" w:type="dxa"/>
            <w:tcBorders>
              <w:top w:val="single" w:sz="6" w:space="0" w:color="000000"/>
              <w:left w:val="single" w:sz="6" w:space="0" w:color="000000"/>
              <w:bottom w:val="single" w:sz="6" w:space="0" w:color="000000"/>
              <w:right w:val="single" w:sz="6" w:space="0" w:color="000000"/>
            </w:tcBorders>
            <w:vAlign w:val="center"/>
          </w:tcPr>
          <w:p w14:paraId="426D9178" w14:textId="77777777" w:rsidR="008D22FA" w:rsidRDefault="00000000">
            <w:pPr>
              <w:spacing w:after="0"/>
            </w:pPr>
            <w:r>
              <w:rPr>
                <w:sz w:val="18"/>
              </w:rPr>
              <w:t>Ölçme ve değerlendirme yöntemleri öğrenme düzeyimi doğru yansıtmıştı.</w:t>
            </w:r>
          </w:p>
        </w:tc>
        <w:tc>
          <w:tcPr>
            <w:tcW w:w="3135" w:type="dxa"/>
            <w:tcBorders>
              <w:top w:val="single" w:sz="6" w:space="0" w:color="000000"/>
              <w:left w:val="single" w:sz="6" w:space="0" w:color="000000"/>
              <w:bottom w:val="single" w:sz="6" w:space="0" w:color="000000"/>
              <w:right w:val="single" w:sz="6" w:space="0" w:color="000000"/>
            </w:tcBorders>
            <w:vAlign w:val="center"/>
          </w:tcPr>
          <w:p w14:paraId="00727FBD" w14:textId="77777777" w:rsidR="008D22FA" w:rsidRDefault="00000000">
            <w:pPr>
              <w:spacing w:after="0"/>
            </w:pPr>
            <w:r>
              <w:rPr>
                <w:sz w:val="18"/>
              </w:rPr>
              <w:t>3,15</w:t>
            </w:r>
          </w:p>
        </w:tc>
      </w:tr>
      <w:tr w:rsidR="008D22FA" w14:paraId="6F4E1A67"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33F304F7" w14:textId="77777777" w:rsidR="008D22FA" w:rsidRDefault="00000000">
            <w:pPr>
              <w:spacing w:after="0"/>
            </w:pPr>
            <w:r>
              <w:rPr>
                <w:sz w:val="18"/>
              </w:rPr>
              <w:t>12</w:t>
            </w:r>
          </w:p>
        </w:tc>
        <w:tc>
          <w:tcPr>
            <w:tcW w:w="3135" w:type="dxa"/>
            <w:tcBorders>
              <w:top w:val="single" w:sz="6" w:space="0" w:color="000000"/>
              <w:left w:val="single" w:sz="6" w:space="0" w:color="000000"/>
              <w:bottom w:val="single" w:sz="6" w:space="0" w:color="000000"/>
              <w:right w:val="single" w:sz="6" w:space="0" w:color="000000"/>
            </w:tcBorders>
            <w:vAlign w:val="center"/>
          </w:tcPr>
          <w:p w14:paraId="0D1243F0" w14:textId="77777777" w:rsidR="008D22FA" w:rsidRDefault="00000000">
            <w:pPr>
              <w:spacing w:after="0"/>
            </w:pPr>
            <w:r>
              <w:rPr>
                <w:sz w:val="18"/>
              </w:rPr>
              <w:t>Ders içerikleri, meslek hayatımda karşılaştığım sorunları çözmeme katkı sağlamıştı.</w:t>
            </w:r>
          </w:p>
        </w:tc>
        <w:tc>
          <w:tcPr>
            <w:tcW w:w="3135" w:type="dxa"/>
            <w:tcBorders>
              <w:top w:val="single" w:sz="6" w:space="0" w:color="000000"/>
              <w:left w:val="single" w:sz="6" w:space="0" w:color="000000"/>
              <w:bottom w:val="single" w:sz="6" w:space="0" w:color="000000"/>
              <w:right w:val="single" w:sz="6" w:space="0" w:color="000000"/>
            </w:tcBorders>
            <w:vAlign w:val="center"/>
          </w:tcPr>
          <w:p w14:paraId="10C4F740" w14:textId="77777777" w:rsidR="008D22FA" w:rsidRDefault="00000000">
            <w:pPr>
              <w:spacing w:after="0"/>
            </w:pPr>
            <w:r>
              <w:rPr>
                <w:sz w:val="18"/>
              </w:rPr>
              <w:t>3,17</w:t>
            </w:r>
          </w:p>
        </w:tc>
      </w:tr>
      <w:tr w:rsidR="008D22FA" w14:paraId="6989D72C"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2257DE8D" w14:textId="77777777" w:rsidR="008D22FA" w:rsidRDefault="00000000">
            <w:pPr>
              <w:spacing w:after="0"/>
            </w:pPr>
            <w:r>
              <w:rPr>
                <w:sz w:val="18"/>
              </w:rPr>
              <w:t>13</w:t>
            </w:r>
          </w:p>
        </w:tc>
        <w:tc>
          <w:tcPr>
            <w:tcW w:w="3135" w:type="dxa"/>
            <w:tcBorders>
              <w:top w:val="single" w:sz="6" w:space="0" w:color="000000"/>
              <w:left w:val="single" w:sz="6" w:space="0" w:color="000000"/>
              <w:bottom w:val="single" w:sz="6" w:space="0" w:color="000000"/>
              <w:right w:val="single" w:sz="6" w:space="0" w:color="000000"/>
            </w:tcBorders>
            <w:vAlign w:val="center"/>
          </w:tcPr>
          <w:p w14:paraId="200187E3" w14:textId="77777777" w:rsidR="008D22FA" w:rsidRDefault="00000000">
            <w:pPr>
              <w:spacing w:after="0"/>
            </w:pPr>
            <w:r>
              <w:rPr>
                <w:sz w:val="18"/>
              </w:rPr>
              <w:t>Ders saatleri fiziksel ve psikolojik sağlığımı olumsuz etkilememişti.</w:t>
            </w:r>
          </w:p>
        </w:tc>
        <w:tc>
          <w:tcPr>
            <w:tcW w:w="3135" w:type="dxa"/>
            <w:tcBorders>
              <w:top w:val="single" w:sz="6" w:space="0" w:color="000000"/>
              <w:left w:val="single" w:sz="6" w:space="0" w:color="000000"/>
              <w:bottom w:val="single" w:sz="6" w:space="0" w:color="000000"/>
              <w:right w:val="single" w:sz="6" w:space="0" w:color="000000"/>
            </w:tcBorders>
            <w:vAlign w:val="center"/>
          </w:tcPr>
          <w:p w14:paraId="75C6DFEF" w14:textId="77777777" w:rsidR="008D22FA" w:rsidRDefault="00000000">
            <w:pPr>
              <w:spacing w:after="0"/>
            </w:pPr>
            <w:r>
              <w:rPr>
                <w:sz w:val="18"/>
              </w:rPr>
              <w:t>3,06</w:t>
            </w:r>
          </w:p>
        </w:tc>
      </w:tr>
      <w:tr w:rsidR="008D22FA" w14:paraId="0438DF1E"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68109CDB" w14:textId="77777777" w:rsidR="008D22FA" w:rsidRDefault="00000000">
            <w:pPr>
              <w:spacing w:after="0"/>
            </w:pPr>
            <w:r>
              <w:rPr>
                <w:sz w:val="18"/>
              </w:rPr>
              <w:t>14</w:t>
            </w:r>
          </w:p>
        </w:tc>
        <w:tc>
          <w:tcPr>
            <w:tcW w:w="3135" w:type="dxa"/>
            <w:tcBorders>
              <w:top w:val="single" w:sz="6" w:space="0" w:color="000000"/>
              <w:left w:val="single" w:sz="6" w:space="0" w:color="000000"/>
              <w:bottom w:val="single" w:sz="6" w:space="0" w:color="000000"/>
              <w:right w:val="single" w:sz="6" w:space="0" w:color="000000"/>
            </w:tcBorders>
            <w:vAlign w:val="center"/>
          </w:tcPr>
          <w:p w14:paraId="605E70A6" w14:textId="77777777" w:rsidR="008D22FA" w:rsidRDefault="00000000">
            <w:pPr>
              <w:spacing w:after="0"/>
            </w:pPr>
            <w:r>
              <w:rPr>
                <w:sz w:val="18"/>
              </w:rPr>
              <w:t>Ders içerikleri, öğrenci ihtiyaçlarına göre yeterli ve çeşitliydi.</w:t>
            </w:r>
          </w:p>
        </w:tc>
        <w:tc>
          <w:tcPr>
            <w:tcW w:w="3135" w:type="dxa"/>
            <w:tcBorders>
              <w:top w:val="single" w:sz="6" w:space="0" w:color="000000"/>
              <w:left w:val="single" w:sz="6" w:space="0" w:color="000000"/>
              <w:bottom w:val="single" w:sz="6" w:space="0" w:color="000000"/>
              <w:right w:val="single" w:sz="6" w:space="0" w:color="000000"/>
            </w:tcBorders>
            <w:vAlign w:val="center"/>
          </w:tcPr>
          <w:p w14:paraId="22146A25" w14:textId="77777777" w:rsidR="008D22FA" w:rsidRDefault="00000000">
            <w:pPr>
              <w:spacing w:after="0"/>
            </w:pPr>
            <w:r>
              <w:rPr>
                <w:sz w:val="18"/>
              </w:rPr>
              <w:t>3,15</w:t>
            </w:r>
          </w:p>
        </w:tc>
      </w:tr>
      <w:tr w:rsidR="008D22FA" w14:paraId="725B6541"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14D434ED" w14:textId="77777777" w:rsidR="008D22FA" w:rsidRDefault="00000000">
            <w:pPr>
              <w:spacing w:after="0"/>
            </w:pPr>
            <w:r>
              <w:rPr>
                <w:sz w:val="18"/>
              </w:rPr>
              <w:t>15</w:t>
            </w:r>
          </w:p>
        </w:tc>
        <w:tc>
          <w:tcPr>
            <w:tcW w:w="3135" w:type="dxa"/>
            <w:tcBorders>
              <w:top w:val="single" w:sz="6" w:space="0" w:color="000000"/>
              <w:left w:val="single" w:sz="6" w:space="0" w:color="000000"/>
              <w:bottom w:val="single" w:sz="6" w:space="0" w:color="000000"/>
              <w:right w:val="single" w:sz="6" w:space="0" w:color="000000"/>
            </w:tcBorders>
            <w:vAlign w:val="center"/>
          </w:tcPr>
          <w:p w14:paraId="2BFF3653" w14:textId="77777777" w:rsidR="008D22FA" w:rsidRDefault="00000000">
            <w:pPr>
              <w:spacing w:after="0"/>
            </w:pPr>
            <w:r>
              <w:rPr>
                <w:sz w:val="18"/>
              </w:rPr>
              <w:t>Klinik uygulama olanakları mesleki becerilerimi geliştirmede yeterliydi.</w:t>
            </w:r>
          </w:p>
        </w:tc>
        <w:tc>
          <w:tcPr>
            <w:tcW w:w="3135" w:type="dxa"/>
            <w:tcBorders>
              <w:top w:val="single" w:sz="6" w:space="0" w:color="000000"/>
              <w:left w:val="single" w:sz="6" w:space="0" w:color="000000"/>
              <w:bottom w:val="single" w:sz="6" w:space="0" w:color="000000"/>
              <w:right w:val="single" w:sz="6" w:space="0" w:color="000000"/>
            </w:tcBorders>
            <w:vAlign w:val="center"/>
          </w:tcPr>
          <w:p w14:paraId="78D3D9E7" w14:textId="77777777" w:rsidR="008D22FA" w:rsidRDefault="00000000">
            <w:pPr>
              <w:spacing w:after="0"/>
            </w:pPr>
            <w:r>
              <w:rPr>
                <w:sz w:val="18"/>
              </w:rPr>
              <w:t>3,02</w:t>
            </w:r>
          </w:p>
        </w:tc>
      </w:tr>
      <w:tr w:rsidR="008D22FA" w14:paraId="4E522B30"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37487602" w14:textId="77777777" w:rsidR="008D22FA" w:rsidRDefault="00000000">
            <w:pPr>
              <w:spacing w:after="0"/>
            </w:pPr>
            <w:r>
              <w:rPr>
                <w:sz w:val="18"/>
              </w:rPr>
              <w:t>16</w:t>
            </w:r>
          </w:p>
        </w:tc>
        <w:tc>
          <w:tcPr>
            <w:tcW w:w="3135" w:type="dxa"/>
            <w:tcBorders>
              <w:top w:val="single" w:sz="6" w:space="0" w:color="000000"/>
              <w:left w:val="single" w:sz="6" w:space="0" w:color="000000"/>
              <w:bottom w:val="single" w:sz="6" w:space="0" w:color="000000"/>
              <w:right w:val="single" w:sz="6" w:space="0" w:color="000000"/>
            </w:tcBorders>
            <w:vAlign w:val="center"/>
          </w:tcPr>
          <w:p w14:paraId="71E40D41" w14:textId="77777777" w:rsidR="008D22FA" w:rsidRDefault="00000000">
            <w:pPr>
              <w:spacing w:after="0"/>
            </w:pPr>
            <w:r>
              <w:rPr>
                <w:sz w:val="18"/>
              </w:rPr>
              <w:t xml:space="preserve">Laboratuvar ve araştırma altyapısı </w:t>
            </w:r>
            <w:r>
              <w:rPr>
                <w:sz w:val="18"/>
              </w:rPr>
              <w:lastRenderedPageBreak/>
              <w:t>yeterliydi.</w:t>
            </w:r>
          </w:p>
        </w:tc>
        <w:tc>
          <w:tcPr>
            <w:tcW w:w="3135" w:type="dxa"/>
            <w:tcBorders>
              <w:top w:val="single" w:sz="6" w:space="0" w:color="000000"/>
              <w:left w:val="single" w:sz="6" w:space="0" w:color="000000"/>
              <w:bottom w:val="single" w:sz="6" w:space="0" w:color="000000"/>
              <w:right w:val="single" w:sz="6" w:space="0" w:color="000000"/>
            </w:tcBorders>
            <w:vAlign w:val="center"/>
          </w:tcPr>
          <w:p w14:paraId="54DD7158" w14:textId="77777777" w:rsidR="008D22FA" w:rsidRDefault="00000000">
            <w:pPr>
              <w:spacing w:after="0"/>
            </w:pPr>
            <w:r>
              <w:rPr>
                <w:sz w:val="18"/>
              </w:rPr>
              <w:lastRenderedPageBreak/>
              <w:t>3,23</w:t>
            </w:r>
          </w:p>
        </w:tc>
      </w:tr>
      <w:tr w:rsidR="008D22FA" w14:paraId="4CCB0B0F"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414FB1B2" w14:textId="77777777" w:rsidR="008D22FA" w:rsidRDefault="00000000">
            <w:pPr>
              <w:spacing w:after="0"/>
            </w:pPr>
            <w:r>
              <w:rPr>
                <w:sz w:val="18"/>
              </w:rPr>
              <w:t>17</w:t>
            </w:r>
          </w:p>
        </w:tc>
        <w:tc>
          <w:tcPr>
            <w:tcW w:w="3135" w:type="dxa"/>
            <w:tcBorders>
              <w:top w:val="single" w:sz="6" w:space="0" w:color="000000"/>
              <w:left w:val="single" w:sz="6" w:space="0" w:color="000000"/>
              <w:bottom w:val="single" w:sz="6" w:space="0" w:color="000000"/>
              <w:right w:val="single" w:sz="6" w:space="0" w:color="000000"/>
            </w:tcBorders>
            <w:vAlign w:val="center"/>
          </w:tcPr>
          <w:p w14:paraId="2960CAAA" w14:textId="77777777" w:rsidR="008D22FA" w:rsidRDefault="00000000">
            <w:pPr>
              <w:spacing w:after="0"/>
            </w:pPr>
            <w:r>
              <w:rPr>
                <w:sz w:val="18"/>
              </w:rPr>
              <w:t>Bilimsel araştırma yapmaya teşvik edilmiştim.</w:t>
            </w:r>
          </w:p>
        </w:tc>
        <w:tc>
          <w:tcPr>
            <w:tcW w:w="3135" w:type="dxa"/>
            <w:tcBorders>
              <w:top w:val="single" w:sz="6" w:space="0" w:color="000000"/>
              <w:left w:val="single" w:sz="6" w:space="0" w:color="000000"/>
              <w:bottom w:val="single" w:sz="6" w:space="0" w:color="000000"/>
              <w:right w:val="single" w:sz="6" w:space="0" w:color="000000"/>
            </w:tcBorders>
            <w:vAlign w:val="center"/>
          </w:tcPr>
          <w:p w14:paraId="014B9CCD" w14:textId="77777777" w:rsidR="008D22FA" w:rsidRDefault="00000000">
            <w:pPr>
              <w:spacing w:after="0"/>
            </w:pPr>
            <w:r>
              <w:rPr>
                <w:sz w:val="18"/>
              </w:rPr>
              <w:t>2,88</w:t>
            </w:r>
          </w:p>
        </w:tc>
      </w:tr>
      <w:tr w:rsidR="008D22FA" w14:paraId="3CAA36E4"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24742D32" w14:textId="77777777" w:rsidR="008D22FA" w:rsidRDefault="00000000">
            <w:pPr>
              <w:spacing w:after="0"/>
            </w:pPr>
            <w:r>
              <w:rPr>
                <w:sz w:val="18"/>
              </w:rPr>
              <w:t>18</w:t>
            </w:r>
          </w:p>
        </w:tc>
        <w:tc>
          <w:tcPr>
            <w:tcW w:w="3135" w:type="dxa"/>
            <w:tcBorders>
              <w:top w:val="single" w:sz="6" w:space="0" w:color="000000"/>
              <w:left w:val="single" w:sz="6" w:space="0" w:color="000000"/>
              <w:bottom w:val="single" w:sz="6" w:space="0" w:color="000000"/>
              <w:right w:val="single" w:sz="6" w:space="0" w:color="000000"/>
            </w:tcBorders>
            <w:vAlign w:val="center"/>
          </w:tcPr>
          <w:p w14:paraId="17F6A7F1" w14:textId="77777777" w:rsidR="008D22FA" w:rsidRDefault="00000000">
            <w:pPr>
              <w:spacing w:after="0"/>
            </w:pPr>
            <w:r>
              <w:rPr>
                <w:sz w:val="18"/>
              </w:rPr>
              <w:t>Kongre, seminer ve bilimsel etkinliklere katılımım desteklenmişti.</w:t>
            </w:r>
          </w:p>
        </w:tc>
        <w:tc>
          <w:tcPr>
            <w:tcW w:w="3135" w:type="dxa"/>
            <w:tcBorders>
              <w:top w:val="single" w:sz="6" w:space="0" w:color="000000"/>
              <w:left w:val="single" w:sz="6" w:space="0" w:color="000000"/>
              <w:bottom w:val="single" w:sz="6" w:space="0" w:color="000000"/>
              <w:right w:val="single" w:sz="6" w:space="0" w:color="000000"/>
            </w:tcBorders>
            <w:vAlign w:val="center"/>
          </w:tcPr>
          <w:p w14:paraId="6C9574AE" w14:textId="77777777" w:rsidR="008D22FA" w:rsidRDefault="00000000">
            <w:pPr>
              <w:spacing w:after="0"/>
            </w:pPr>
            <w:r>
              <w:rPr>
                <w:sz w:val="18"/>
              </w:rPr>
              <w:t>2,94</w:t>
            </w:r>
          </w:p>
        </w:tc>
      </w:tr>
      <w:tr w:rsidR="008D22FA" w14:paraId="07714EA8"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69089015" w14:textId="77777777" w:rsidR="008D22FA" w:rsidRDefault="00000000">
            <w:pPr>
              <w:spacing w:after="0"/>
            </w:pPr>
            <w:r>
              <w:rPr>
                <w:sz w:val="18"/>
              </w:rPr>
              <w:t>19</w:t>
            </w:r>
          </w:p>
        </w:tc>
        <w:tc>
          <w:tcPr>
            <w:tcW w:w="3135" w:type="dxa"/>
            <w:tcBorders>
              <w:top w:val="single" w:sz="6" w:space="0" w:color="000000"/>
              <w:left w:val="single" w:sz="6" w:space="0" w:color="000000"/>
              <w:bottom w:val="single" w:sz="6" w:space="0" w:color="000000"/>
              <w:right w:val="single" w:sz="6" w:space="0" w:color="000000"/>
            </w:tcBorders>
            <w:vAlign w:val="center"/>
          </w:tcPr>
          <w:p w14:paraId="088C6BDF" w14:textId="77777777" w:rsidR="008D22FA" w:rsidRDefault="00000000">
            <w:pPr>
              <w:spacing w:after="0"/>
            </w:pPr>
            <w:r>
              <w:rPr>
                <w:sz w:val="18"/>
              </w:rPr>
              <w:t>Öğretim elemanlarının alanlarında yetkin ve güncel olduğunu, ders içeriklerinin ise uzmanlık alanlarıyla uyumlu şekilde yürütüldüğünü düşünüyorum.</w:t>
            </w:r>
          </w:p>
        </w:tc>
        <w:tc>
          <w:tcPr>
            <w:tcW w:w="3135" w:type="dxa"/>
            <w:tcBorders>
              <w:top w:val="single" w:sz="6" w:space="0" w:color="000000"/>
              <w:left w:val="single" w:sz="6" w:space="0" w:color="000000"/>
              <w:bottom w:val="single" w:sz="6" w:space="0" w:color="000000"/>
              <w:right w:val="single" w:sz="6" w:space="0" w:color="000000"/>
            </w:tcBorders>
            <w:vAlign w:val="center"/>
          </w:tcPr>
          <w:p w14:paraId="0E12EF41" w14:textId="77777777" w:rsidR="008D22FA" w:rsidRDefault="00000000">
            <w:pPr>
              <w:spacing w:after="0"/>
            </w:pPr>
            <w:r>
              <w:rPr>
                <w:sz w:val="18"/>
              </w:rPr>
              <w:t>3,02</w:t>
            </w:r>
          </w:p>
        </w:tc>
      </w:tr>
      <w:tr w:rsidR="008D22FA" w14:paraId="2328C581"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20E345CB" w14:textId="77777777" w:rsidR="008D22FA" w:rsidRDefault="00000000">
            <w:pPr>
              <w:spacing w:after="0"/>
            </w:pPr>
            <w:r>
              <w:rPr>
                <w:sz w:val="18"/>
              </w:rPr>
              <w:t>20</w:t>
            </w:r>
          </w:p>
        </w:tc>
        <w:tc>
          <w:tcPr>
            <w:tcW w:w="3135" w:type="dxa"/>
            <w:tcBorders>
              <w:top w:val="single" w:sz="6" w:space="0" w:color="000000"/>
              <w:left w:val="single" w:sz="6" w:space="0" w:color="000000"/>
              <w:bottom w:val="single" w:sz="6" w:space="0" w:color="000000"/>
              <w:right w:val="single" w:sz="6" w:space="0" w:color="000000"/>
            </w:tcBorders>
            <w:vAlign w:val="center"/>
          </w:tcPr>
          <w:p w14:paraId="49F95084" w14:textId="77777777" w:rsidR="008D22FA" w:rsidRDefault="00000000">
            <w:pPr>
              <w:spacing w:after="0"/>
            </w:pPr>
            <w:r>
              <w:rPr>
                <w:sz w:val="18"/>
              </w:rPr>
              <w:t>Öğretim elemanlarına erişim ve iletişim yeterliydi.</w:t>
            </w:r>
          </w:p>
        </w:tc>
        <w:tc>
          <w:tcPr>
            <w:tcW w:w="3135" w:type="dxa"/>
            <w:tcBorders>
              <w:top w:val="single" w:sz="6" w:space="0" w:color="000000"/>
              <w:left w:val="single" w:sz="6" w:space="0" w:color="000000"/>
              <w:bottom w:val="single" w:sz="6" w:space="0" w:color="000000"/>
              <w:right w:val="single" w:sz="6" w:space="0" w:color="000000"/>
            </w:tcBorders>
            <w:vAlign w:val="center"/>
          </w:tcPr>
          <w:p w14:paraId="7C92B4A3" w14:textId="77777777" w:rsidR="008D22FA" w:rsidRDefault="00000000">
            <w:pPr>
              <w:spacing w:after="0"/>
            </w:pPr>
            <w:r>
              <w:rPr>
                <w:sz w:val="18"/>
              </w:rPr>
              <w:t>3,60</w:t>
            </w:r>
          </w:p>
        </w:tc>
      </w:tr>
      <w:tr w:rsidR="008D22FA" w14:paraId="0DE95034"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6E2DBC1A" w14:textId="77777777" w:rsidR="008D22FA" w:rsidRDefault="00000000">
            <w:pPr>
              <w:spacing w:after="0"/>
            </w:pPr>
            <w:r>
              <w:rPr>
                <w:sz w:val="18"/>
              </w:rPr>
              <w:t>21</w:t>
            </w:r>
          </w:p>
        </w:tc>
        <w:tc>
          <w:tcPr>
            <w:tcW w:w="3135" w:type="dxa"/>
            <w:tcBorders>
              <w:top w:val="single" w:sz="6" w:space="0" w:color="000000"/>
              <w:left w:val="single" w:sz="6" w:space="0" w:color="000000"/>
              <w:bottom w:val="single" w:sz="6" w:space="0" w:color="000000"/>
              <w:right w:val="single" w:sz="6" w:space="0" w:color="000000"/>
            </w:tcBorders>
            <w:vAlign w:val="center"/>
          </w:tcPr>
          <w:p w14:paraId="6B963445" w14:textId="77777777" w:rsidR="008D22FA" w:rsidRDefault="00000000">
            <w:pPr>
              <w:spacing w:after="0"/>
            </w:pPr>
            <w:r>
              <w:rPr>
                <w:sz w:val="18"/>
              </w:rPr>
              <w:t>Danışmanlık hizmetleri yeterli ve yönlendiriciydi.</w:t>
            </w:r>
          </w:p>
        </w:tc>
        <w:tc>
          <w:tcPr>
            <w:tcW w:w="3135" w:type="dxa"/>
            <w:tcBorders>
              <w:top w:val="single" w:sz="6" w:space="0" w:color="000000"/>
              <w:left w:val="single" w:sz="6" w:space="0" w:color="000000"/>
              <w:bottom w:val="single" w:sz="6" w:space="0" w:color="000000"/>
              <w:right w:val="single" w:sz="6" w:space="0" w:color="000000"/>
            </w:tcBorders>
            <w:vAlign w:val="center"/>
          </w:tcPr>
          <w:p w14:paraId="7C601A99" w14:textId="77777777" w:rsidR="008D22FA" w:rsidRDefault="00000000">
            <w:pPr>
              <w:spacing w:after="0"/>
            </w:pPr>
            <w:r>
              <w:rPr>
                <w:sz w:val="18"/>
              </w:rPr>
              <w:t>3,00</w:t>
            </w:r>
          </w:p>
        </w:tc>
      </w:tr>
      <w:tr w:rsidR="008D22FA" w14:paraId="37A2B43F"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4AB68EAA" w14:textId="77777777" w:rsidR="008D22FA" w:rsidRDefault="00000000">
            <w:pPr>
              <w:spacing w:after="0"/>
            </w:pPr>
            <w:r>
              <w:rPr>
                <w:sz w:val="18"/>
              </w:rPr>
              <w:t>22</w:t>
            </w:r>
          </w:p>
        </w:tc>
        <w:tc>
          <w:tcPr>
            <w:tcW w:w="3135" w:type="dxa"/>
            <w:tcBorders>
              <w:top w:val="single" w:sz="6" w:space="0" w:color="000000"/>
              <w:left w:val="single" w:sz="6" w:space="0" w:color="000000"/>
              <w:bottom w:val="single" w:sz="6" w:space="0" w:color="000000"/>
              <w:right w:val="single" w:sz="6" w:space="0" w:color="000000"/>
            </w:tcBorders>
            <w:vAlign w:val="center"/>
          </w:tcPr>
          <w:p w14:paraId="588BFD4D" w14:textId="77777777" w:rsidR="008D22FA" w:rsidRDefault="00000000">
            <w:pPr>
              <w:spacing w:after="0"/>
            </w:pPr>
            <w:r>
              <w:rPr>
                <w:sz w:val="18"/>
              </w:rPr>
              <w:t>Öğrenci işleri hizmetleri hızlı ve düzenliydi.</w:t>
            </w:r>
          </w:p>
        </w:tc>
        <w:tc>
          <w:tcPr>
            <w:tcW w:w="3135" w:type="dxa"/>
            <w:tcBorders>
              <w:top w:val="single" w:sz="6" w:space="0" w:color="000000"/>
              <w:left w:val="single" w:sz="6" w:space="0" w:color="000000"/>
              <w:bottom w:val="single" w:sz="6" w:space="0" w:color="000000"/>
              <w:right w:val="single" w:sz="6" w:space="0" w:color="000000"/>
            </w:tcBorders>
            <w:vAlign w:val="center"/>
          </w:tcPr>
          <w:p w14:paraId="0D81623F" w14:textId="77777777" w:rsidR="008D22FA" w:rsidRDefault="00000000">
            <w:pPr>
              <w:spacing w:after="0"/>
            </w:pPr>
            <w:r>
              <w:rPr>
                <w:sz w:val="18"/>
              </w:rPr>
              <w:t>3,67</w:t>
            </w:r>
          </w:p>
        </w:tc>
      </w:tr>
      <w:tr w:rsidR="008D22FA" w14:paraId="3A1D508D"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77E9B8EA" w14:textId="77777777" w:rsidR="008D22FA" w:rsidRDefault="00000000">
            <w:pPr>
              <w:spacing w:after="0"/>
            </w:pPr>
            <w:r>
              <w:rPr>
                <w:sz w:val="18"/>
              </w:rPr>
              <w:t>23</w:t>
            </w:r>
          </w:p>
        </w:tc>
        <w:tc>
          <w:tcPr>
            <w:tcW w:w="3135" w:type="dxa"/>
            <w:tcBorders>
              <w:top w:val="single" w:sz="6" w:space="0" w:color="000000"/>
              <w:left w:val="single" w:sz="6" w:space="0" w:color="000000"/>
              <w:bottom w:val="single" w:sz="6" w:space="0" w:color="000000"/>
              <w:right w:val="single" w:sz="6" w:space="0" w:color="000000"/>
            </w:tcBorders>
            <w:vAlign w:val="center"/>
          </w:tcPr>
          <w:p w14:paraId="5C67D5A7" w14:textId="77777777" w:rsidR="008D22FA" w:rsidRDefault="00000000">
            <w:pPr>
              <w:spacing w:after="0"/>
            </w:pPr>
            <w:r>
              <w:rPr>
                <w:sz w:val="18"/>
              </w:rPr>
              <w:t>İdari personel ilgili ve çözüm odaklıydı.</w:t>
            </w:r>
          </w:p>
        </w:tc>
        <w:tc>
          <w:tcPr>
            <w:tcW w:w="3135" w:type="dxa"/>
            <w:tcBorders>
              <w:top w:val="single" w:sz="6" w:space="0" w:color="000000"/>
              <w:left w:val="single" w:sz="6" w:space="0" w:color="000000"/>
              <w:bottom w:val="single" w:sz="6" w:space="0" w:color="000000"/>
              <w:right w:val="single" w:sz="6" w:space="0" w:color="000000"/>
            </w:tcBorders>
            <w:vAlign w:val="center"/>
          </w:tcPr>
          <w:p w14:paraId="167C5032" w14:textId="77777777" w:rsidR="008D22FA" w:rsidRDefault="00000000">
            <w:pPr>
              <w:spacing w:after="0"/>
            </w:pPr>
            <w:r>
              <w:rPr>
                <w:sz w:val="18"/>
              </w:rPr>
              <w:t>3,44</w:t>
            </w:r>
          </w:p>
        </w:tc>
      </w:tr>
      <w:tr w:rsidR="008D22FA" w14:paraId="65274C17"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11A80884" w14:textId="77777777" w:rsidR="008D22FA" w:rsidRDefault="00000000">
            <w:pPr>
              <w:spacing w:after="0"/>
            </w:pPr>
            <w:r>
              <w:rPr>
                <w:sz w:val="18"/>
              </w:rPr>
              <w:t>24</w:t>
            </w:r>
          </w:p>
        </w:tc>
        <w:tc>
          <w:tcPr>
            <w:tcW w:w="3135" w:type="dxa"/>
            <w:tcBorders>
              <w:top w:val="single" w:sz="6" w:space="0" w:color="000000"/>
              <w:left w:val="single" w:sz="6" w:space="0" w:color="000000"/>
              <w:bottom w:val="single" w:sz="6" w:space="0" w:color="000000"/>
              <w:right w:val="single" w:sz="6" w:space="0" w:color="000000"/>
            </w:tcBorders>
            <w:vAlign w:val="center"/>
          </w:tcPr>
          <w:p w14:paraId="765B7AE1" w14:textId="77777777" w:rsidR="008D22FA" w:rsidRDefault="00000000">
            <w:pPr>
              <w:spacing w:after="0"/>
            </w:pPr>
            <w:r>
              <w:rPr>
                <w:sz w:val="18"/>
              </w:rPr>
              <w:t>Duyuruların zamanında ve anlaşılır şekilde yapıldığını, web sayfasının ise güncel ve bilgilendirici olduğunu düşünüyorum.</w:t>
            </w:r>
          </w:p>
        </w:tc>
        <w:tc>
          <w:tcPr>
            <w:tcW w:w="3135" w:type="dxa"/>
            <w:tcBorders>
              <w:top w:val="single" w:sz="6" w:space="0" w:color="000000"/>
              <w:left w:val="single" w:sz="6" w:space="0" w:color="000000"/>
              <w:bottom w:val="single" w:sz="6" w:space="0" w:color="000000"/>
              <w:right w:val="single" w:sz="6" w:space="0" w:color="000000"/>
            </w:tcBorders>
            <w:vAlign w:val="center"/>
          </w:tcPr>
          <w:p w14:paraId="2E85FC28" w14:textId="77777777" w:rsidR="008D22FA" w:rsidRDefault="00000000">
            <w:pPr>
              <w:spacing w:after="0"/>
            </w:pPr>
            <w:r>
              <w:rPr>
                <w:sz w:val="18"/>
              </w:rPr>
              <w:t>3,38</w:t>
            </w:r>
          </w:p>
        </w:tc>
      </w:tr>
      <w:tr w:rsidR="008D22FA" w14:paraId="4EAEE5B4"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2F9F0C16" w14:textId="77777777" w:rsidR="008D22FA" w:rsidRDefault="00000000">
            <w:pPr>
              <w:spacing w:after="0"/>
            </w:pPr>
            <w:r>
              <w:rPr>
                <w:sz w:val="18"/>
              </w:rPr>
              <w:t>25</w:t>
            </w:r>
          </w:p>
        </w:tc>
        <w:tc>
          <w:tcPr>
            <w:tcW w:w="3135" w:type="dxa"/>
            <w:tcBorders>
              <w:top w:val="single" w:sz="6" w:space="0" w:color="000000"/>
              <w:left w:val="single" w:sz="6" w:space="0" w:color="000000"/>
              <w:bottom w:val="single" w:sz="6" w:space="0" w:color="000000"/>
              <w:right w:val="single" w:sz="6" w:space="0" w:color="000000"/>
            </w:tcBorders>
            <w:vAlign w:val="center"/>
          </w:tcPr>
          <w:p w14:paraId="039F79E5" w14:textId="77777777" w:rsidR="008D22FA" w:rsidRDefault="00000000">
            <w:pPr>
              <w:spacing w:after="0"/>
            </w:pPr>
            <w:r>
              <w:rPr>
                <w:sz w:val="18"/>
              </w:rPr>
              <w:t>Bu soru dikkat kontrolü amacıyla hazırlanmıştır. Lütfen bu maddede “Katılıyorum” seçeneğini işaretleyiniz.</w:t>
            </w:r>
          </w:p>
        </w:tc>
        <w:tc>
          <w:tcPr>
            <w:tcW w:w="3135" w:type="dxa"/>
            <w:tcBorders>
              <w:top w:val="single" w:sz="6" w:space="0" w:color="000000"/>
              <w:left w:val="single" w:sz="6" w:space="0" w:color="000000"/>
              <w:bottom w:val="single" w:sz="6" w:space="0" w:color="000000"/>
              <w:right w:val="single" w:sz="6" w:space="0" w:color="000000"/>
            </w:tcBorders>
            <w:vAlign w:val="center"/>
          </w:tcPr>
          <w:p w14:paraId="1813E7C3" w14:textId="77777777" w:rsidR="008D22FA" w:rsidRDefault="00000000">
            <w:pPr>
              <w:spacing w:after="0"/>
            </w:pPr>
            <w:r>
              <w:rPr>
                <w:sz w:val="18"/>
              </w:rPr>
              <w:t>4,10 (Dikkat kontrolü)</w:t>
            </w:r>
          </w:p>
        </w:tc>
      </w:tr>
      <w:tr w:rsidR="008D22FA" w14:paraId="58F535AC"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26AEF745" w14:textId="77777777" w:rsidR="008D22FA" w:rsidRDefault="00000000">
            <w:pPr>
              <w:spacing w:after="0"/>
            </w:pPr>
            <w:r>
              <w:rPr>
                <w:sz w:val="18"/>
              </w:rPr>
              <w:t>26</w:t>
            </w:r>
          </w:p>
        </w:tc>
        <w:tc>
          <w:tcPr>
            <w:tcW w:w="3135" w:type="dxa"/>
            <w:tcBorders>
              <w:top w:val="single" w:sz="6" w:space="0" w:color="000000"/>
              <w:left w:val="single" w:sz="6" w:space="0" w:color="000000"/>
              <w:bottom w:val="single" w:sz="6" w:space="0" w:color="000000"/>
              <w:right w:val="single" w:sz="6" w:space="0" w:color="000000"/>
            </w:tcBorders>
            <w:vAlign w:val="center"/>
          </w:tcPr>
          <w:p w14:paraId="2150D37B" w14:textId="77777777" w:rsidR="008D22FA" w:rsidRDefault="00000000">
            <w:pPr>
              <w:spacing w:after="0"/>
            </w:pPr>
            <w:r>
              <w:rPr>
                <w:sz w:val="18"/>
              </w:rPr>
              <w:t>Resmi işlemler sırasında yeterli bilgilendirme yapılmıştır.</w:t>
            </w:r>
          </w:p>
        </w:tc>
        <w:tc>
          <w:tcPr>
            <w:tcW w:w="3135" w:type="dxa"/>
            <w:tcBorders>
              <w:top w:val="single" w:sz="6" w:space="0" w:color="000000"/>
              <w:left w:val="single" w:sz="6" w:space="0" w:color="000000"/>
              <w:bottom w:val="single" w:sz="6" w:space="0" w:color="000000"/>
              <w:right w:val="single" w:sz="6" w:space="0" w:color="000000"/>
            </w:tcBorders>
            <w:vAlign w:val="center"/>
          </w:tcPr>
          <w:p w14:paraId="34CDDF1D" w14:textId="77777777" w:rsidR="008D22FA" w:rsidRDefault="00000000">
            <w:pPr>
              <w:spacing w:after="0"/>
            </w:pPr>
            <w:r>
              <w:rPr>
                <w:sz w:val="18"/>
              </w:rPr>
              <w:t>3,52</w:t>
            </w:r>
          </w:p>
        </w:tc>
      </w:tr>
      <w:tr w:rsidR="008D22FA" w14:paraId="5F81DF8C"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5218F507" w14:textId="77777777" w:rsidR="008D22FA" w:rsidRDefault="00000000">
            <w:pPr>
              <w:spacing w:after="0"/>
            </w:pPr>
            <w:r>
              <w:rPr>
                <w:sz w:val="18"/>
              </w:rPr>
              <w:t>27</w:t>
            </w:r>
          </w:p>
        </w:tc>
        <w:tc>
          <w:tcPr>
            <w:tcW w:w="3135" w:type="dxa"/>
            <w:tcBorders>
              <w:top w:val="single" w:sz="6" w:space="0" w:color="000000"/>
              <w:left w:val="single" w:sz="6" w:space="0" w:color="000000"/>
              <w:bottom w:val="single" w:sz="6" w:space="0" w:color="000000"/>
              <w:right w:val="single" w:sz="6" w:space="0" w:color="000000"/>
            </w:tcBorders>
            <w:vAlign w:val="center"/>
          </w:tcPr>
          <w:p w14:paraId="227CFCD0" w14:textId="77777777" w:rsidR="008D22FA" w:rsidRDefault="00000000">
            <w:pPr>
              <w:spacing w:after="0"/>
            </w:pPr>
            <w:r>
              <w:rPr>
                <w:sz w:val="18"/>
              </w:rPr>
              <w:t>İdari süreçlerde yaşadığım sorunlar etkin şekilde çözülmüştü.</w:t>
            </w:r>
          </w:p>
        </w:tc>
        <w:tc>
          <w:tcPr>
            <w:tcW w:w="3135" w:type="dxa"/>
            <w:tcBorders>
              <w:top w:val="single" w:sz="6" w:space="0" w:color="000000"/>
              <w:left w:val="single" w:sz="6" w:space="0" w:color="000000"/>
              <w:bottom w:val="single" w:sz="6" w:space="0" w:color="000000"/>
              <w:right w:val="single" w:sz="6" w:space="0" w:color="000000"/>
            </w:tcBorders>
            <w:vAlign w:val="center"/>
          </w:tcPr>
          <w:p w14:paraId="2FFB874A" w14:textId="77777777" w:rsidR="008D22FA" w:rsidRDefault="00000000">
            <w:pPr>
              <w:spacing w:after="0"/>
            </w:pPr>
            <w:r>
              <w:rPr>
                <w:sz w:val="18"/>
              </w:rPr>
              <w:t>3,44</w:t>
            </w:r>
          </w:p>
        </w:tc>
      </w:tr>
      <w:tr w:rsidR="008D22FA" w14:paraId="551DECFD"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1469EA82" w14:textId="77777777" w:rsidR="008D22FA" w:rsidRDefault="00000000">
            <w:pPr>
              <w:spacing w:after="0"/>
            </w:pPr>
            <w:r>
              <w:rPr>
                <w:sz w:val="18"/>
              </w:rPr>
              <w:t>28</w:t>
            </w:r>
          </w:p>
        </w:tc>
        <w:tc>
          <w:tcPr>
            <w:tcW w:w="3135" w:type="dxa"/>
            <w:tcBorders>
              <w:top w:val="single" w:sz="6" w:space="0" w:color="000000"/>
              <w:left w:val="single" w:sz="6" w:space="0" w:color="000000"/>
              <w:bottom w:val="single" w:sz="6" w:space="0" w:color="000000"/>
              <w:right w:val="single" w:sz="6" w:space="0" w:color="000000"/>
            </w:tcBorders>
            <w:vAlign w:val="center"/>
          </w:tcPr>
          <w:p w14:paraId="3E563F3D" w14:textId="77777777" w:rsidR="008D22FA" w:rsidRDefault="00000000">
            <w:pPr>
              <w:spacing w:after="0"/>
            </w:pPr>
            <w:r>
              <w:rPr>
                <w:sz w:val="18"/>
              </w:rPr>
              <w:t>Program, mesleki bilgi ve becerilerimi geliştirmişti.</w:t>
            </w:r>
          </w:p>
        </w:tc>
        <w:tc>
          <w:tcPr>
            <w:tcW w:w="3135" w:type="dxa"/>
            <w:tcBorders>
              <w:top w:val="single" w:sz="6" w:space="0" w:color="000000"/>
              <w:left w:val="single" w:sz="6" w:space="0" w:color="000000"/>
              <w:bottom w:val="single" w:sz="6" w:space="0" w:color="000000"/>
              <w:right w:val="single" w:sz="6" w:space="0" w:color="000000"/>
            </w:tcBorders>
            <w:vAlign w:val="center"/>
          </w:tcPr>
          <w:p w14:paraId="0DC4E1FA" w14:textId="77777777" w:rsidR="008D22FA" w:rsidRDefault="00000000">
            <w:pPr>
              <w:spacing w:after="0"/>
            </w:pPr>
            <w:r>
              <w:rPr>
                <w:sz w:val="18"/>
              </w:rPr>
              <w:t>3,27</w:t>
            </w:r>
          </w:p>
        </w:tc>
      </w:tr>
      <w:tr w:rsidR="008D22FA" w14:paraId="4D1087A9"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78199673" w14:textId="77777777" w:rsidR="008D22FA" w:rsidRDefault="00000000">
            <w:pPr>
              <w:spacing w:after="0"/>
            </w:pPr>
            <w:r>
              <w:rPr>
                <w:sz w:val="18"/>
              </w:rPr>
              <w:t>29</w:t>
            </w:r>
          </w:p>
        </w:tc>
        <w:tc>
          <w:tcPr>
            <w:tcW w:w="3135" w:type="dxa"/>
            <w:tcBorders>
              <w:top w:val="single" w:sz="6" w:space="0" w:color="000000"/>
              <w:left w:val="single" w:sz="6" w:space="0" w:color="000000"/>
              <w:bottom w:val="single" w:sz="6" w:space="0" w:color="000000"/>
              <w:right w:val="single" w:sz="6" w:space="0" w:color="000000"/>
            </w:tcBorders>
            <w:vAlign w:val="center"/>
          </w:tcPr>
          <w:p w14:paraId="08ADB33D" w14:textId="77777777" w:rsidR="008D22FA" w:rsidRDefault="00000000">
            <w:pPr>
              <w:spacing w:after="0"/>
            </w:pPr>
            <w:r>
              <w:rPr>
                <w:sz w:val="18"/>
              </w:rPr>
              <w:t>Klinik karar verme ve problem çözme becerim gelişmişti.</w:t>
            </w:r>
          </w:p>
        </w:tc>
        <w:tc>
          <w:tcPr>
            <w:tcW w:w="3135" w:type="dxa"/>
            <w:tcBorders>
              <w:top w:val="single" w:sz="6" w:space="0" w:color="000000"/>
              <w:left w:val="single" w:sz="6" w:space="0" w:color="000000"/>
              <w:bottom w:val="single" w:sz="6" w:space="0" w:color="000000"/>
              <w:right w:val="single" w:sz="6" w:space="0" w:color="000000"/>
            </w:tcBorders>
            <w:vAlign w:val="center"/>
          </w:tcPr>
          <w:p w14:paraId="0AC1EF93" w14:textId="77777777" w:rsidR="008D22FA" w:rsidRDefault="00000000">
            <w:pPr>
              <w:spacing w:after="0"/>
            </w:pPr>
            <w:r>
              <w:rPr>
                <w:sz w:val="18"/>
              </w:rPr>
              <w:t>3,42</w:t>
            </w:r>
          </w:p>
        </w:tc>
      </w:tr>
      <w:tr w:rsidR="008D22FA" w14:paraId="5267D6C3"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0E312D26" w14:textId="77777777" w:rsidR="008D22FA" w:rsidRDefault="00000000">
            <w:pPr>
              <w:spacing w:after="0"/>
            </w:pPr>
            <w:r>
              <w:rPr>
                <w:sz w:val="18"/>
              </w:rPr>
              <w:t>30</w:t>
            </w:r>
          </w:p>
        </w:tc>
        <w:tc>
          <w:tcPr>
            <w:tcW w:w="3135" w:type="dxa"/>
            <w:tcBorders>
              <w:top w:val="single" w:sz="6" w:space="0" w:color="000000"/>
              <w:left w:val="single" w:sz="6" w:space="0" w:color="000000"/>
              <w:bottom w:val="single" w:sz="6" w:space="0" w:color="000000"/>
              <w:right w:val="single" w:sz="6" w:space="0" w:color="000000"/>
            </w:tcBorders>
            <w:vAlign w:val="center"/>
          </w:tcPr>
          <w:p w14:paraId="0F9DBA9D" w14:textId="77777777" w:rsidR="008D22FA" w:rsidRDefault="00000000">
            <w:pPr>
              <w:spacing w:after="0"/>
            </w:pPr>
            <w:r>
              <w:rPr>
                <w:sz w:val="18"/>
              </w:rPr>
              <w:t>Eleştirel düşünme ve bilimsel değerlendirme becerim gelişmişti.</w:t>
            </w:r>
          </w:p>
        </w:tc>
        <w:tc>
          <w:tcPr>
            <w:tcW w:w="3135" w:type="dxa"/>
            <w:tcBorders>
              <w:top w:val="single" w:sz="6" w:space="0" w:color="000000"/>
              <w:left w:val="single" w:sz="6" w:space="0" w:color="000000"/>
              <w:bottom w:val="single" w:sz="6" w:space="0" w:color="000000"/>
              <w:right w:val="single" w:sz="6" w:space="0" w:color="000000"/>
            </w:tcBorders>
            <w:vAlign w:val="center"/>
          </w:tcPr>
          <w:p w14:paraId="310CC82B" w14:textId="77777777" w:rsidR="008D22FA" w:rsidRDefault="00000000">
            <w:pPr>
              <w:spacing w:after="0"/>
            </w:pPr>
            <w:r>
              <w:rPr>
                <w:sz w:val="18"/>
              </w:rPr>
              <w:t>3,25</w:t>
            </w:r>
          </w:p>
        </w:tc>
      </w:tr>
      <w:tr w:rsidR="008D22FA" w14:paraId="094A1574"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74A6D911" w14:textId="77777777" w:rsidR="008D22FA" w:rsidRDefault="00000000">
            <w:pPr>
              <w:spacing w:after="0"/>
            </w:pPr>
            <w:r>
              <w:rPr>
                <w:sz w:val="18"/>
              </w:rPr>
              <w:t>31</w:t>
            </w:r>
          </w:p>
        </w:tc>
        <w:tc>
          <w:tcPr>
            <w:tcW w:w="3135" w:type="dxa"/>
            <w:tcBorders>
              <w:top w:val="single" w:sz="6" w:space="0" w:color="000000"/>
              <w:left w:val="single" w:sz="6" w:space="0" w:color="000000"/>
              <w:bottom w:val="single" w:sz="6" w:space="0" w:color="000000"/>
              <w:right w:val="single" w:sz="6" w:space="0" w:color="000000"/>
            </w:tcBorders>
            <w:vAlign w:val="center"/>
          </w:tcPr>
          <w:p w14:paraId="3FE26666" w14:textId="77777777" w:rsidR="008D22FA" w:rsidRDefault="00000000">
            <w:pPr>
              <w:spacing w:after="0"/>
            </w:pPr>
            <w:r>
              <w:rPr>
                <w:sz w:val="18"/>
              </w:rPr>
              <w:t>Etik değerler ve mesleki sorumluluk bilincim gelişmişti.</w:t>
            </w:r>
          </w:p>
        </w:tc>
        <w:tc>
          <w:tcPr>
            <w:tcW w:w="3135" w:type="dxa"/>
            <w:tcBorders>
              <w:top w:val="single" w:sz="6" w:space="0" w:color="000000"/>
              <w:left w:val="single" w:sz="6" w:space="0" w:color="000000"/>
              <w:bottom w:val="single" w:sz="6" w:space="0" w:color="000000"/>
              <w:right w:val="single" w:sz="6" w:space="0" w:color="000000"/>
            </w:tcBorders>
            <w:vAlign w:val="center"/>
          </w:tcPr>
          <w:p w14:paraId="6B7F2F65" w14:textId="77777777" w:rsidR="008D22FA" w:rsidRDefault="00000000">
            <w:pPr>
              <w:spacing w:after="0"/>
            </w:pPr>
            <w:r>
              <w:rPr>
                <w:sz w:val="18"/>
              </w:rPr>
              <w:t>3,38</w:t>
            </w:r>
          </w:p>
        </w:tc>
      </w:tr>
      <w:tr w:rsidR="008D22FA" w14:paraId="094B8B08"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7A25BC02" w14:textId="77777777" w:rsidR="008D22FA" w:rsidRDefault="00000000">
            <w:pPr>
              <w:spacing w:after="0"/>
            </w:pPr>
            <w:r>
              <w:rPr>
                <w:sz w:val="18"/>
              </w:rPr>
              <w:t>32</w:t>
            </w:r>
          </w:p>
        </w:tc>
        <w:tc>
          <w:tcPr>
            <w:tcW w:w="3135" w:type="dxa"/>
            <w:tcBorders>
              <w:top w:val="single" w:sz="6" w:space="0" w:color="000000"/>
              <w:left w:val="single" w:sz="6" w:space="0" w:color="000000"/>
              <w:bottom w:val="single" w:sz="6" w:space="0" w:color="000000"/>
              <w:right w:val="single" w:sz="6" w:space="0" w:color="000000"/>
            </w:tcBorders>
            <w:vAlign w:val="center"/>
          </w:tcPr>
          <w:p w14:paraId="14AA93C3" w14:textId="77777777" w:rsidR="008D22FA" w:rsidRDefault="00000000">
            <w:pPr>
              <w:spacing w:after="0"/>
            </w:pPr>
            <w:r>
              <w:rPr>
                <w:sz w:val="18"/>
              </w:rPr>
              <w:t>Disiplinler arası çalışma becerim gelişmişti.</w:t>
            </w:r>
          </w:p>
        </w:tc>
        <w:tc>
          <w:tcPr>
            <w:tcW w:w="3135" w:type="dxa"/>
            <w:tcBorders>
              <w:top w:val="single" w:sz="6" w:space="0" w:color="000000"/>
              <w:left w:val="single" w:sz="6" w:space="0" w:color="000000"/>
              <w:bottom w:val="single" w:sz="6" w:space="0" w:color="000000"/>
              <w:right w:val="single" w:sz="6" w:space="0" w:color="000000"/>
            </w:tcBorders>
            <w:vAlign w:val="center"/>
          </w:tcPr>
          <w:p w14:paraId="6EF35D34" w14:textId="77777777" w:rsidR="008D22FA" w:rsidRDefault="00000000">
            <w:pPr>
              <w:spacing w:after="0"/>
            </w:pPr>
            <w:r>
              <w:rPr>
                <w:sz w:val="18"/>
              </w:rPr>
              <w:t>3,35</w:t>
            </w:r>
          </w:p>
        </w:tc>
      </w:tr>
      <w:tr w:rsidR="008D22FA" w14:paraId="5330B30C"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32215E31" w14:textId="77777777" w:rsidR="008D22FA" w:rsidRDefault="00000000">
            <w:pPr>
              <w:spacing w:after="0"/>
            </w:pPr>
            <w:r>
              <w:rPr>
                <w:sz w:val="18"/>
              </w:rPr>
              <w:t>33</w:t>
            </w:r>
          </w:p>
        </w:tc>
        <w:tc>
          <w:tcPr>
            <w:tcW w:w="3135" w:type="dxa"/>
            <w:tcBorders>
              <w:top w:val="single" w:sz="6" w:space="0" w:color="000000"/>
              <w:left w:val="single" w:sz="6" w:space="0" w:color="000000"/>
              <w:bottom w:val="single" w:sz="6" w:space="0" w:color="000000"/>
              <w:right w:val="single" w:sz="6" w:space="0" w:color="000000"/>
            </w:tcBorders>
            <w:vAlign w:val="center"/>
          </w:tcPr>
          <w:p w14:paraId="45273EB0" w14:textId="77777777" w:rsidR="008D22FA" w:rsidRDefault="00000000">
            <w:pPr>
              <w:spacing w:after="0"/>
            </w:pPr>
            <w:r>
              <w:rPr>
                <w:sz w:val="18"/>
              </w:rPr>
              <w:t>Aldığım eğitim, iş bulma sürecimi kolaylaştırmıştı.</w:t>
            </w:r>
          </w:p>
        </w:tc>
        <w:tc>
          <w:tcPr>
            <w:tcW w:w="3135" w:type="dxa"/>
            <w:tcBorders>
              <w:top w:val="single" w:sz="6" w:space="0" w:color="000000"/>
              <w:left w:val="single" w:sz="6" w:space="0" w:color="000000"/>
              <w:bottom w:val="single" w:sz="6" w:space="0" w:color="000000"/>
              <w:right w:val="single" w:sz="6" w:space="0" w:color="000000"/>
            </w:tcBorders>
            <w:vAlign w:val="center"/>
          </w:tcPr>
          <w:p w14:paraId="0D9CCB52" w14:textId="77777777" w:rsidR="008D22FA" w:rsidRDefault="00000000">
            <w:pPr>
              <w:spacing w:after="0"/>
            </w:pPr>
            <w:r>
              <w:rPr>
                <w:sz w:val="18"/>
              </w:rPr>
              <w:t>3,12</w:t>
            </w:r>
          </w:p>
        </w:tc>
      </w:tr>
      <w:tr w:rsidR="008D22FA" w14:paraId="0215E3E8"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0E51BE49" w14:textId="77777777" w:rsidR="008D22FA" w:rsidRDefault="00000000">
            <w:pPr>
              <w:spacing w:after="0"/>
            </w:pPr>
            <w:r>
              <w:rPr>
                <w:sz w:val="18"/>
              </w:rPr>
              <w:t>34</w:t>
            </w:r>
          </w:p>
        </w:tc>
        <w:tc>
          <w:tcPr>
            <w:tcW w:w="3135" w:type="dxa"/>
            <w:tcBorders>
              <w:top w:val="single" w:sz="6" w:space="0" w:color="000000"/>
              <w:left w:val="single" w:sz="6" w:space="0" w:color="000000"/>
              <w:bottom w:val="single" w:sz="6" w:space="0" w:color="000000"/>
              <w:right w:val="single" w:sz="6" w:space="0" w:color="000000"/>
            </w:tcBorders>
            <w:vAlign w:val="center"/>
          </w:tcPr>
          <w:p w14:paraId="70FDB1B6" w14:textId="77777777" w:rsidR="008D22FA" w:rsidRDefault="00000000">
            <w:pPr>
              <w:spacing w:after="0"/>
            </w:pPr>
            <w:r>
              <w:rPr>
                <w:sz w:val="18"/>
              </w:rPr>
              <w:t>Program, kariyer hedeflerime ulaşmamda katkı sağlamıştı.</w:t>
            </w:r>
          </w:p>
        </w:tc>
        <w:tc>
          <w:tcPr>
            <w:tcW w:w="3135" w:type="dxa"/>
            <w:tcBorders>
              <w:top w:val="single" w:sz="6" w:space="0" w:color="000000"/>
              <w:left w:val="single" w:sz="6" w:space="0" w:color="000000"/>
              <w:bottom w:val="single" w:sz="6" w:space="0" w:color="000000"/>
              <w:right w:val="single" w:sz="6" w:space="0" w:color="000000"/>
            </w:tcBorders>
            <w:vAlign w:val="center"/>
          </w:tcPr>
          <w:p w14:paraId="4F977FFD" w14:textId="77777777" w:rsidR="008D22FA" w:rsidRDefault="00000000">
            <w:pPr>
              <w:spacing w:after="0"/>
            </w:pPr>
            <w:r>
              <w:rPr>
                <w:sz w:val="18"/>
              </w:rPr>
              <w:t>3,31</w:t>
            </w:r>
          </w:p>
        </w:tc>
      </w:tr>
      <w:tr w:rsidR="008D22FA" w14:paraId="639F71B9"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1CD4EA57" w14:textId="77777777" w:rsidR="008D22FA" w:rsidRDefault="00000000">
            <w:pPr>
              <w:spacing w:after="0"/>
            </w:pPr>
            <w:r>
              <w:rPr>
                <w:sz w:val="18"/>
              </w:rPr>
              <w:t>35</w:t>
            </w:r>
          </w:p>
        </w:tc>
        <w:tc>
          <w:tcPr>
            <w:tcW w:w="3135" w:type="dxa"/>
            <w:tcBorders>
              <w:top w:val="single" w:sz="6" w:space="0" w:color="000000"/>
              <w:left w:val="single" w:sz="6" w:space="0" w:color="000000"/>
              <w:bottom w:val="single" w:sz="6" w:space="0" w:color="000000"/>
              <w:right w:val="single" w:sz="6" w:space="0" w:color="000000"/>
            </w:tcBorders>
            <w:vAlign w:val="center"/>
          </w:tcPr>
          <w:p w14:paraId="2F2EC1C8" w14:textId="77777777" w:rsidR="008D22FA" w:rsidRDefault="00000000">
            <w:pPr>
              <w:spacing w:after="0"/>
            </w:pPr>
            <w:r>
              <w:rPr>
                <w:sz w:val="18"/>
              </w:rPr>
              <w:t>Fakülte, mesleki ağ oluşturmama katkı sağlamıştı.</w:t>
            </w:r>
          </w:p>
        </w:tc>
        <w:tc>
          <w:tcPr>
            <w:tcW w:w="3135" w:type="dxa"/>
            <w:tcBorders>
              <w:top w:val="single" w:sz="6" w:space="0" w:color="000000"/>
              <w:left w:val="single" w:sz="6" w:space="0" w:color="000000"/>
              <w:bottom w:val="single" w:sz="6" w:space="0" w:color="000000"/>
              <w:right w:val="single" w:sz="6" w:space="0" w:color="000000"/>
            </w:tcBorders>
            <w:vAlign w:val="center"/>
          </w:tcPr>
          <w:p w14:paraId="2FCCECA6" w14:textId="77777777" w:rsidR="008D22FA" w:rsidRDefault="00000000">
            <w:pPr>
              <w:spacing w:after="0"/>
            </w:pPr>
            <w:r>
              <w:rPr>
                <w:sz w:val="18"/>
              </w:rPr>
              <w:t>3,13</w:t>
            </w:r>
          </w:p>
        </w:tc>
      </w:tr>
      <w:tr w:rsidR="008D22FA" w14:paraId="6620C2E0"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76DAA2BE" w14:textId="77777777" w:rsidR="008D22FA" w:rsidRDefault="00000000">
            <w:pPr>
              <w:spacing w:after="0"/>
            </w:pPr>
            <w:r>
              <w:rPr>
                <w:sz w:val="18"/>
              </w:rPr>
              <w:t>36</w:t>
            </w:r>
          </w:p>
        </w:tc>
        <w:tc>
          <w:tcPr>
            <w:tcW w:w="3135" w:type="dxa"/>
            <w:tcBorders>
              <w:top w:val="single" w:sz="6" w:space="0" w:color="000000"/>
              <w:left w:val="single" w:sz="6" w:space="0" w:color="000000"/>
              <w:bottom w:val="single" w:sz="6" w:space="0" w:color="000000"/>
              <w:right w:val="single" w:sz="6" w:space="0" w:color="000000"/>
            </w:tcBorders>
            <w:vAlign w:val="center"/>
          </w:tcPr>
          <w:p w14:paraId="3CA23960" w14:textId="77777777" w:rsidR="008D22FA" w:rsidRDefault="00000000">
            <w:pPr>
              <w:spacing w:after="0"/>
            </w:pPr>
            <w:r>
              <w:rPr>
                <w:sz w:val="18"/>
              </w:rPr>
              <w:t>Eğitim süreci genel olarak mesleki gelişimime katkı sağlamıştır.</w:t>
            </w:r>
          </w:p>
        </w:tc>
        <w:tc>
          <w:tcPr>
            <w:tcW w:w="3135" w:type="dxa"/>
            <w:tcBorders>
              <w:top w:val="single" w:sz="6" w:space="0" w:color="000000"/>
              <w:left w:val="single" w:sz="6" w:space="0" w:color="000000"/>
              <w:bottom w:val="single" w:sz="6" w:space="0" w:color="000000"/>
              <w:right w:val="single" w:sz="6" w:space="0" w:color="000000"/>
            </w:tcBorders>
            <w:vAlign w:val="center"/>
          </w:tcPr>
          <w:p w14:paraId="367FF683" w14:textId="77777777" w:rsidR="008D22FA" w:rsidRDefault="00000000">
            <w:pPr>
              <w:spacing w:after="0"/>
            </w:pPr>
            <w:r>
              <w:rPr>
                <w:sz w:val="18"/>
              </w:rPr>
              <w:t>3,35</w:t>
            </w:r>
          </w:p>
        </w:tc>
      </w:tr>
      <w:tr w:rsidR="008D22FA" w14:paraId="2243D983"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11E0E990" w14:textId="77777777" w:rsidR="008D22FA" w:rsidRDefault="00000000">
            <w:pPr>
              <w:spacing w:after="0"/>
            </w:pPr>
            <w:r>
              <w:rPr>
                <w:sz w:val="18"/>
              </w:rPr>
              <w:t>37</w:t>
            </w:r>
          </w:p>
        </w:tc>
        <w:tc>
          <w:tcPr>
            <w:tcW w:w="3135" w:type="dxa"/>
            <w:tcBorders>
              <w:top w:val="single" w:sz="6" w:space="0" w:color="000000"/>
              <w:left w:val="single" w:sz="6" w:space="0" w:color="000000"/>
              <w:bottom w:val="single" w:sz="6" w:space="0" w:color="000000"/>
              <w:right w:val="single" w:sz="6" w:space="0" w:color="000000"/>
            </w:tcBorders>
            <w:vAlign w:val="center"/>
          </w:tcPr>
          <w:p w14:paraId="7C6CF926" w14:textId="77777777" w:rsidR="008D22FA" w:rsidRDefault="00000000">
            <w:pPr>
              <w:spacing w:after="0"/>
            </w:pPr>
            <w:r>
              <w:rPr>
                <w:sz w:val="18"/>
              </w:rPr>
              <w:t>Programın genelinden memnunum.</w:t>
            </w:r>
          </w:p>
        </w:tc>
        <w:tc>
          <w:tcPr>
            <w:tcW w:w="3135" w:type="dxa"/>
            <w:tcBorders>
              <w:top w:val="single" w:sz="6" w:space="0" w:color="000000"/>
              <w:left w:val="single" w:sz="6" w:space="0" w:color="000000"/>
              <w:bottom w:val="single" w:sz="6" w:space="0" w:color="000000"/>
              <w:right w:val="single" w:sz="6" w:space="0" w:color="000000"/>
            </w:tcBorders>
            <w:vAlign w:val="center"/>
          </w:tcPr>
          <w:p w14:paraId="7B9F1DB6" w14:textId="77777777" w:rsidR="008D22FA" w:rsidRDefault="00000000">
            <w:pPr>
              <w:spacing w:after="0"/>
            </w:pPr>
            <w:r>
              <w:rPr>
                <w:sz w:val="18"/>
              </w:rPr>
              <w:t>3,25</w:t>
            </w:r>
          </w:p>
        </w:tc>
      </w:tr>
      <w:tr w:rsidR="008D22FA" w14:paraId="2E194908" w14:textId="77777777">
        <w:trPr>
          <w:jc w:val="center"/>
        </w:trPr>
        <w:tc>
          <w:tcPr>
            <w:tcW w:w="3135" w:type="dxa"/>
            <w:tcBorders>
              <w:top w:val="single" w:sz="6" w:space="0" w:color="000000"/>
              <w:left w:val="single" w:sz="6" w:space="0" w:color="000000"/>
              <w:bottom w:val="single" w:sz="6" w:space="0" w:color="000000"/>
              <w:right w:val="single" w:sz="6" w:space="0" w:color="000000"/>
            </w:tcBorders>
            <w:vAlign w:val="center"/>
          </w:tcPr>
          <w:p w14:paraId="1FFC3CF3" w14:textId="77777777" w:rsidR="008D22FA" w:rsidRDefault="00000000">
            <w:pPr>
              <w:spacing w:after="0"/>
            </w:pPr>
            <w:r>
              <w:rPr>
                <w:sz w:val="18"/>
              </w:rPr>
              <w:t>38</w:t>
            </w:r>
          </w:p>
        </w:tc>
        <w:tc>
          <w:tcPr>
            <w:tcW w:w="3135" w:type="dxa"/>
            <w:tcBorders>
              <w:top w:val="single" w:sz="6" w:space="0" w:color="000000"/>
              <w:left w:val="single" w:sz="6" w:space="0" w:color="000000"/>
              <w:bottom w:val="single" w:sz="6" w:space="0" w:color="000000"/>
              <w:right w:val="single" w:sz="6" w:space="0" w:color="000000"/>
            </w:tcBorders>
            <w:vAlign w:val="center"/>
          </w:tcPr>
          <w:p w14:paraId="2ABAFF42" w14:textId="77777777" w:rsidR="008D22FA" w:rsidRDefault="00000000">
            <w:pPr>
              <w:spacing w:after="0"/>
            </w:pPr>
            <w:r>
              <w:rPr>
                <w:sz w:val="18"/>
              </w:rPr>
              <w:t>Bu programı başkalarına tavsiye ederim.</w:t>
            </w:r>
          </w:p>
        </w:tc>
        <w:tc>
          <w:tcPr>
            <w:tcW w:w="3135" w:type="dxa"/>
            <w:tcBorders>
              <w:top w:val="single" w:sz="6" w:space="0" w:color="000000"/>
              <w:left w:val="single" w:sz="6" w:space="0" w:color="000000"/>
              <w:bottom w:val="single" w:sz="6" w:space="0" w:color="000000"/>
              <w:right w:val="single" w:sz="6" w:space="0" w:color="000000"/>
            </w:tcBorders>
            <w:vAlign w:val="center"/>
          </w:tcPr>
          <w:p w14:paraId="62DF5DAB" w14:textId="77777777" w:rsidR="008D22FA" w:rsidRDefault="00000000">
            <w:pPr>
              <w:spacing w:after="0"/>
            </w:pPr>
            <w:r>
              <w:rPr>
                <w:sz w:val="18"/>
              </w:rPr>
              <w:t>3,13</w:t>
            </w:r>
          </w:p>
        </w:tc>
      </w:tr>
    </w:tbl>
    <w:p w14:paraId="1B137E91" w14:textId="77777777" w:rsidR="008D22FA" w:rsidRDefault="00000000">
      <w:pPr>
        <w:pStyle w:val="Balk2"/>
        <w:jc w:val="left"/>
      </w:pPr>
      <w:bookmarkStart w:id="53" w:name="_Toc232110447"/>
      <w:r>
        <w:rPr>
          <w:rFonts w:ascii="Times New Roman" w:eastAsia="Times New Roman" w:hAnsi="Times New Roman"/>
        </w:rPr>
        <w:lastRenderedPageBreak/>
        <w:t>Ek 3. Mezun Memnuniyet Anketi</w:t>
      </w:r>
      <w:bookmarkEnd w:id="53"/>
    </w:p>
    <w:p w14:paraId="55EB3F2A" w14:textId="77777777" w:rsidR="008D22FA" w:rsidRDefault="00000000">
      <w:pPr>
        <w:spacing w:after="120"/>
        <w:ind w:firstLine="425"/>
      </w:pPr>
      <w:r>
        <w:t>Değerli Katılımcı, bu anket Veteriner Fakültesi mezunlarının eğitim-öğretim süreci ve program yeterliliklerine ilişkin görüşlerini belirlemek amacıyla hazırlanmıştır. 1 = Kesinlikle Katılmıyorum, 2 = Katılmıyorum, 3 = Kararsızım, 4 = Katılıyorum, 5 = Kesinlikle Katılıyorum.</w:t>
      </w:r>
    </w:p>
    <w:tbl>
      <w:tblPr>
        <w:tblW w:w="0" w:type="auto"/>
        <w:jc w:val="center"/>
        <w:tblLook w:val="04A0" w:firstRow="1" w:lastRow="0" w:firstColumn="1" w:lastColumn="0" w:noHBand="0" w:noVBand="1"/>
      </w:tblPr>
      <w:tblGrid>
        <w:gridCol w:w="4703"/>
        <w:gridCol w:w="4703"/>
      </w:tblGrid>
      <w:tr w:rsidR="008D22FA" w14:paraId="797AC62A" w14:textId="77777777">
        <w:trPr>
          <w:jc w:val="center"/>
        </w:trPr>
        <w:tc>
          <w:tcPr>
            <w:tcW w:w="4703"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3CE31AD4" w14:textId="77777777" w:rsidR="008D22FA" w:rsidRDefault="00000000">
            <w:pPr>
              <w:spacing w:after="0"/>
            </w:pPr>
            <w:r>
              <w:rPr>
                <w:b/>
                <w:sz w:val="18"/>
              </w:rPr>
              <w:t>No</w:t>
            </w:r>
          </w:p>
        </w:tc>
        <w:tc>
          <w:tcPr>
            <w:tcW w:w="4703"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6F89186B" w14:textId="77777777" w:rsidR="008D22FA" w:rsidRDefault="00000000">
            <w:pPr>
              <w:spacing w:after="0"/>
            </w:pPr>
            <w:r>
              <w:rPr>
                <w:b/>
                <w:sz w:val="18"/>
              </w:rPr>
              <w:t>Anket Maddesi</w:t>
            </w:r>
          </w:p>
        </w:tc>
      </w:tr>
      <w:tr w:rsidR="008D22FA" w14:paraId="71A17098"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76113EDA" w14:textId="77777777" w:rsidR="008D22FA" w:rsidRDefault="00000000">
            <w:pPr>
              <w:spacing w:after="0"/>
            </w:pPr>
            <w:r>
              <w:rPr>
                <w:sz w:val="18"/>
              </w:rPr>
              <w:t>1</w:t>
            </w:r>
          </w:p>
        </w:tc>
        <w:tc>
          <w:tcPr>
            <w:tcW w:w="4703" w:type="dxa"/>
            <w:tcBorders>
              <w:top w:val="single" w:sz="6" w:space="0" w:color="000000"/>
              <w:left w:val="single" w:sz="6" w:space="0" w:color="000000"/>
              <w:bottom w:val="single" w:sz="6" w:space="0" w:color="000000"/>
              <w:right w:val="single" w:sz="6" w:space="0" w:color="000000"/>
            </w:tcBorders>
            <w:vAlign w:val="center"/>
          </w:tcPr>
          <w:p w14:paraId="0EA52C4E" w14:textId="77777777" w:rsidR="008D22FA" w:rsidRDefault="00000000">
            <w:pPr>
              <w:spacing w:after="0"/>
            </w:pPr>
            <w:r>
              <w:rPr>
                <w:sz w:val="18"/>
              </w:rPr>
              <w:t>Aldığım dersler, programın amaç ve öğrenme çıktılarıyla uyumluydu.</w:t>
            </w:r>
          </w:p>
        </w:tc>
      </w:tr>
      <w:tr w:rsidR="008D22FA" w14:paraId="3C6A87D3"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59696344" w14:textId="77777777" w:rsidR="008D22FA" w:rsidRDefault="00000000">
            <w:pPr>
              <w:spacing w:after="0"/>
            </w:pPr>
            <w:r>
              <w:rPr>
                <w:sz w:val="18"/>
              </w:rPr>
              <w:t>2</w:t>
            </w:r>
          </w:p>
        </w:tc>
        <w:tc>
          <w:tcPr>
            <w:tcW w:w="4703" w:type="dxa"/>
            <w:tcBorders>
              <w:top w:val="single" w:sz="6" w:space="0" w:color="000000"/>
              <w:left w:val="single" w:sz="6" w:space="0" w:color="000000"/>
              <w:bottom w:val="single" w:sz="6" w:space="0" w:color="000000"/>
              <w:right w:val="single" w:sz="6" w:space="0" w:color="000000"/>
            </w:tcBorders>
            <w:vAlign w:val="center"/>
          </w:tcPr>
          <w:p w14:paraId="3B11FED8" w14:textId="77777777" w:rsidR="008D22FA" w:rsidRDefault="00000000">
            <w:pPr>
              <w:spacing w:after="0"/>
            </w:pPr>
            <w:r>
              <w:rPr>
                <w:sz w:val="18"/>
              </w:rPr>
              <w:t>Dersler eğitim-öğretim dönemlerine dengeli bir şekilde dağıtılmıştı.</w:t>
            </w:r>
          </w:p>
        </w:tc>
      </w:tr>
      <w:tr w:rsidR="008D22FA" w14:paraId="28E834E5"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5DE97DF2" w14:textId="77777777" w:rsidR="008D22FA" w:rsidRDefault="00000000">
            <w:pPr>
              <w:spacing w:after="0"/>
            </w:pPr>
            <w:r>
              <w:rPr>
                <w:sz w:val="18"/>
              </w:rPr>
              <w:t>3</w:t>
            </w:r>
          </w:p>
        </w:tc>
        <w:tc>
          <w:tcPr>
            <w:tcW w:w="4703" w:type="dxa"/>
            <w:tcBorders>
              <w:top w:val="single" w:sz="6" w:space="0" w:color="000000"/>
              <w:left w:val="single" w:sz="6" w:space="0" w:color="000000"/>
              <w:bottom w:val="single" w:sz="6" w:space="0" w:color="000000"/>
              <w:right w:val="single" w:sz="6" w:space="0" w:color="000000"/>
            </w:tcBorders>
            <w:vAlign w:val="center"/>
          </w:tcPr>
          <w:p w14:paraId="61919403" w14:textId="77777777" w:rsidR="008D22FA" w:rsidRDefault="00000000">
            <w:pPr>
              <w:spacing w:after="0"/>
            </w:pPr>
            <w:r>
              <w:rPr>
                <w:sz w:val="18"/>
              </w:rPr>
              <w:t>Alan içi (klinik/temel bilimler) ve alan dışı derslerin dağılımı dengeliydi.</w:t>
            </w:r>
          </w:p>
        </w:tc>
      </w:tr>
      <w:tr w:rsidR="008D22FA" w14:paraId="3B2FE1A7"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6F420E0E" w14:textId="77777777" w:rsidR="008D22FA" w:rsidRDefault="00000000">
            <w:pPr>
              <w:spacing w:after="0"/>
            </w:pPr>
            <w:r>
              <w:rPr>
                <w:sz w:val="18"/>
              </w:rPr>
              <w:t>4</w:t>
            </w:r>
          </w:p>
        </w:tc>
        <w:tc>
          <w:tcPr>
            <w:tcW w:w="4703" w:type="dxa"/>
            <w:tcBorders>
              <w:top w:val="single" w:sz="6" w:space="0" w:color="000000"/>
              <w:left w:val="single" w:sz="6" w:space="0" w:color="000000"/>
              <w:bottom w:val="single" w:sz="6" w:space="0" w:color="000000"/>
              <w:right w:val="single" w:sz="6" w:space="0" w:color="000000"/>
            </w:tcBorders>
            <w:vAlign w:val="center"/>
          </w:tcPr>
          <w:p w14:paraId="54221942" w14:textId="77777777" w:rsidR="008D22FA" w:rsidRDefault="00000000">
            <w:pPr>
              <w:spacing w:after="0"/>
            </w:pPr>
            <w:r>
              <w:rPr>
                <w:sz w:val="18"/>
              </w:rPr>
              <w:t>Seçmeli dersler, ilgi alanlarıma ve mesleki ihtiyaçlarıma katkı sağlamıştı.</w:t>
            </w:r>
          </w:p>
        </w:tc>
      </w:tr>
      <w:tr w:rsidR="008D22FA" w14:paraId="7618A9D4"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36F093FE" w14:textId="77777777" w:rsidR="008D22FA" w:rsidRDefault="00000000">
            <w:pPr>
              <w:spacing w:after="0"/>
            </w:pPr>
            <w:r>
              <w:rPr>
                <w:sz w:val="18"/>
              </w:rPr>
              <w:t>5</w:t>
            </w:r>
          </w:p>
        </w:tc>
        <w:tc>
          <w:tcPr>
            <w:tcW w:w="4703" w:type="dxa"/>
            <w:tcBorders>
              <w:top w:val="single" w:sz="6" w:space="0" w:color="000000"/>
              <w:left w:val="single" w:sz="6" w:space="0" w:color="000000"/>
              <w:bottom w:val="single" w:sz="6" w:space="0" w:color="000000"/>
              <w:right w:val="single" w:sz="6" w:space="0" w:color="000000"/>
            </w:tcBorders>
            <w:vAlign w:val="center"/>
          </w:tcPr>
          <w:p w14:paraId="466A4653" w14:textId="77777777" w:rsidR="008D22FA" w:rsidRDefault="00000000">
            <w:pPr>
              <w:spacing w:after="0"/>
            </w:pPr>
            <w:r>
              <w:rPr>
                <w:sz w:val="18"/>
              </w:rPr>
              <w:t>Ders içerikleri, eğitim aldığım dönemde ulusal ve uluslararası gelişmelerle uyumluydu.</w:t>
            </w:r>
          </w:p>
        </w:tc>
      </w:tr>
      <w:tr w:rsidR="008D22FA" w14:paraId="136CED1D"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2B381564" w14:textId="77777777" w:rsidR="008D22FA" w:rsidRDefault="00000000">
            <w:pPr>
              <w:spacing w:after="0"/>
            </w:pPr>
            <w:r>
              <w:rPr>
                <w:sz w:val="18"/>
              </w:rPr>
              <w:t>6</w:t>
            </w:r>
          </w:p>
        </w:tc>
        <w:tc>
          <w:tcPr>
            <w:tcW w:w="4703" w:type="dxa"/>
            <w:tcBorders>
              <w:top w:val="single" w:sz="6" w:space="0" w:color="000000"/>
              <w:left w:val="single" w:sz="6" w:space="0" w:color="000000"/>
              <w:bottom w:val="single" w:sz="6" w:space="0" w:color="000000"/>
              <w:right w:val="single" w:sz="6" w:space="0" w:color="000000"/>
            </w:tcBorders>
            <w:vAlign w:val="center"/>
          </w:tcPr>
          <w:p w14:paraId="21995C0C" w14:textId="77777777" w:rsidR="008D22FA" w:rsidRDefault="00000000">
            <w:pPr>
              <w:spacing w:after="0"/>
            </w:pPr>
            <w:r>
              <w:rPr>
                <w:sz w:val="18"/>
              </w:rPr>
              <w:t>Program, meslek hayatımda karşılaştığım klinik ve saha problemlerine çözüm üretebilecek şekilde yapılandırılmıştı.</w:t>
            </w:r>
          </w:p>
        </w:tc>
      </w:tr>
      <w:tr w:rsidR="008D22FA" w14:paraId="71005A39"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54D12037" w14:textId="77777777" w:rsidR="008D22FA" w:rsidRDefault="00000000">
            <w:pPr>
              <w:spacing w:after="0"/>
            </w:pPr>
            <w:r>
              <w:rPr>
                <w:sz w:val="18"/>
              </w:rPr>
              <w:t>7</w:t>
            </w:r>
          </w:p>
        </w:tc>
        <w:tc>
          <w:tcPr>
            <w:tcW w:w="4703" w:type="dxa"/>
            <w:tcBorders>
              <w:top w:val="single" w:sz="6" w:space="0" w:color="000000"/>
              <w:left w:val="single" w:sz="6" w:space="0" w:color="000000"/>
              <w:bottom w:val="single" w:sz="6" w:space="0" w:color="000000"/>
              <w:right w:val="single" w:sz="6" w:space="0" w:color="000000"/>
            </w:tcBorders>
            <w:vAlign w:val="center"/>
          </w:tcPr>
          <w:p w14:paraId="75CDBE09" w14:textId="77777777" w:rsidR="008D22FA" w:rsidRDefault="00000000">
            <w:pPr>
              <w:spacing w:after="0"/>
            </w:pPr>
            <w:r>
              <w:rPr>
                <w:sz w:val="18"/>
              </w:rPr>
              <w:t>Aldığım eğitimde teorik ve uygulamalı (klinik/laboratuvar) dengeliydi.</w:t>
            </w:r>
          </w:p>
        </w:tc>
      </w:tr>
      <w:tr w:rsidR="008D22FA" w14:paraId="39EBFC88"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35923FC2" w14:textId="77777777" w:rsidR="008D22FA" w:rsidRDefault="00000000">
            <w:pPr>
              <w:spacing w:after="0"/>
            </w:pPr>
            <w:r>
              <w:rPr>
                <w:sz w:val="18"/>
              </w:rPr>
              <w:t>8</w:t>
            </w:r>
          </w:p>
        </w:tc>
        <w:tc>
          <w:tcPr>
            <w:tcW w:w="4703" w:type="dxa"/>
            <w:tcBorders>
              <w:top w:val="single" w:sz="6" w:space="0" w:color="000000"/>
              <w:left w:val="single" w:sz="6" w:space="0" w:color="000000"/>
              <w:bottom w:val="single" w:sz="6" w:space="0" w:color="000000"/>
              <w:right w:val="single" w:sz="6" w:space="0" w:color="000000"/>
            </w:tcBorders>
            <w:vAlign w:val="center"/>
          </w:tcPr>
          <w:p w14:paraId="46A4C37A" w14:textId="77777777" w:rsidR="008D22FA" w:rsidRDefault="00000000">
            <w:pPr>
              <w:spacing w:after="0"/>
            </w:pPr>
            <w:r>
              <w:rPr>
                <w:sz w:val="18"/>
              </w:rPr>
              <w:t>Derslerin iş yükü (AKTS), öğrenme kazanımlarımı destekleyecek düzeydeydi.</w:t>
            </w:r>
          </w:p>
        </w:tc>
      </w:tr>
      <w:tr w:rsidR="008D22FA" w14:paraId="2FA63A87"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2D43C5C0" w14:textId="77777777" w:rsidR="008D22FA" w:rsidRDefault="00000000">
            <w:pPr>
              <w:spacing w:after="0"/>
            </w:pPr>
            <w:r>
              <w:rPr>
                <w:sz w:val="18"/>
              </w:rPr>
              <w:t>9</w:t>
            </w:r>
          </w:p>
        </w:tc>
        <w:tc>
          <w:tcPr>
            <w:tcW w:w="4703" w:type="dxa"/>
            <w:tcBorders>
              <w:top w:val="single" w:sz="6" w:space="0" w:color="000000"/>
              <w:left w:val="single" w:sz="6" w:space="0" w:color="000000"/>
              <w:bottom w:val="single" w:sz="6" w:space="0" w:color="000000"/>
              <w:right w:val="single" w:sz="6" w:space="0" w:color="000000"/>
            </w:tcBorders>
            <w:vAlign w:val="center"/>
          </w:tcPr>
          <w:p w14:paraId="1C061026" w14:textId="77777777" w:rsidR="008D22FA" w:rsidRDefault="00000000">
            <w:pPr>
              <w:spacing w:after="0"/>
            </w:pPr>
            <w:r>
              <w:rPr>
                <w:sz w:val="18"/>
              </w:rPr>
              <w:t>Haftalık ders programı, öğrenme sürecimi destekleyecek şekilde planlanmıştı.</w:t>
            </w:r>
          </w:p>
        </w:tc>
      </w:tr>
      <w:tr w:rsidR="008D22FA" w14:paraId="4F427433"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172013C7" w14:textId="77777777" w:rsidR="008D22FA" w:rsidRDefault="00000000">
            <w:pPr>
              <w:spacing w:after="0"/>
            </w:pPr>
            <w:r>
              <w:rPr>
                <w:sz w:val="18"/>
              </w:rPr>
              <w:t>10</w:t>
            </w:r>
          </w:p>
        </w:tc>
        <w:tc>
          <w:tcPr>
            <w:tcW w:w="4703" w:type="dxa"/>
            <w:tcBorders>
              <w:top w:val="single" w:sz="6" w:space="0" w:color="000000"/>
              <w:left w:val="single" w:sz="6" w:space="0" w:color="000000"/>
              <w:bottom w:val="single" w:sz="6" w:space="0" w:color="000000"/>
              <w:right w:val="single" w:sz="6" w:space="0" w:color="000000"/>
            </w:tcBorders>
            <w:vAlign w:val="center"/>
          </w:tcPr>
          <w:p w14:paraId="44A37EC0" w14:textId="77777777" w:rsidR="008D22FA" w:rsidRDefault="00000000">
            <w:pPr>
              <w:spacing w:after="0"/>
            </w:pPr>
            <w:r>
              <w:rPr>
                <w:sz w:val="18"/>
              </w:rPr>
              <w:t>Eğitim sürecinde kullanılan öğretim yöntemleri (uygulama, vaka analizi vb.) öğrenmemi desteklemişti.</w:t>
            </w:r>
          </w:p>
        </w:tc>
      </w:tr>
      <w:tr w:rsidR="008D22FA" w14:paraId="146D4717"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4370AA4F" w14:textId="77777777" w:rsidR="008D22FA" w:rsidRDefault="00000000">
            <w:pPr>
              <w:spacing w:after="0"/>
            </w:pPr>
            <w:r>
              <w:rPr>
                <w:sz w:val="18"/>
              </w:rPr>
              <w:t>11</w:t>
            </w:r>
          </w:p>
        </w:tc>
        <w:tc>
          <w:tcPr>
            <w:tcW w:w="4703" w:type="dxa"/>
            <w:tcBorders>
              <w:top w:val="single" w:sz="6" w:space="0" w:color="000000"/>
              <w:left w:val="single" w:sz="6" w:space="0" w:color="000000"/>
              <w:bottom w:val="single" w:sz="6" w:space="0" w:color="000000"/>
              <w:right w:val="single" w:sz="6" w:space="0" w:color="000000"/>
            </w:tcBorders>
            <w:vAlign w:val="center"/>
          </w:tcPr>
          <w:p w14:paraId="5442741C" w14:textId="77777777" w:rsidR="008D22FA" w:rsidRDefault="00000000">
            <w:pPr>
              <w:spacing w:after="0"/>
            </w:pPr>
            <w:r>
              <w:rPr>
                <w:sz w:val="18"/>
              </w:rPr>
              <w:t>Ölçme ve değerlendirme yöntemleri öğrenme düzeyimi doğru yansıtmıştı.</w:t>
            </w:r>
          </w:p>
        </w:tc>
      </w:tr>
      <w:tr w:rsidR="008D22FA" w14:paraId="381B021D"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3F4D0CEE" w14:textId="77777777" w:rsidR="008D22FA" w:rsidRDefault="00000000">
            <w:pPr>
              <w:spacing w:after="0"/>
            </w:pPr>
            <w:r>
              <w:rPr>
                <w:sz w:val="18"/>
              </w:rPr>
              <w:t>12</w:t>
            </w:r>
          </w:p>
        </w:tc>
        <w:tc>
          <w:tcPr>
            <w:tcW w:w="4703" w:type="dxa"/>
            <w:tcBorders>
              <w:top w:val="single" w:sz="6" w:space="0" w:color="000000"/>
              <w:left w:val="single" w:sz="6" w:space="0" w:color="000000"/>
              <w:bottom w:val="single" w:sz="6" w:space="0" w:color="000000"/>
              <w:right w:val="single" w:sz="6" w:space="0" w:color="000000"/>
            </w:tcBorders>
            <w:vAlign w:val="center"/>
          </w:tcPr>
          <w:p w14:paraId="09F5DC8F" w14:textId="77777777" w:rsidR="008D22FA" w:rsidRDefault="00000000">
            <w:pPr>
              <w:spacing w:after="0"/>
            </w:pPr>
            <w:r>
              <w:rPr>
                <w:sz w:val="18"/>
              </w:rPr>
              <w:t>Ders içerikleri, meslek hayatımda karşılaştığım sorunları çözmeme katkı sağlamıştı.</w:t>
            </w:r>
          </w:p>
        </w:tc>
      </w:tr>
      <w:tr w:rsidR="008D22FA" w14:paraId="4C055843"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7F2CD3CB" w14:textId="77777777" w:rsidR="008D22FA" w:rsidRDefault="00000000">
            <w:pPr>
              <w:spacing w:after="0"/>
            </w:pPr>
            <w:r>
              <w:rPr>
                <w:sz w:val="18"/>
              </w:rPr>
              <w:t>13</w:t>
            </w:r>
          </w:p>
        </w:tc>
        <w:tc>
          <w:tcPr>
            <w:tcW w:w="4703" w:type="dxa"/>
            <w:tcBorders>
              <w:top w:val="single" w:sz="6" w:space="0" w:color="000000"/>
              <w:left w:val="single" w:sz="6" w:space="0" w:color="000000"/>
              <w:bottom w:val="single" w:sz="6" w:space="0" w:color="000000"/>
              <w:right w:val="single" w:sz="6" w:space="0" w:color="000000"/>
            </w:tcBorders>
            <w:vAlign w:val="center"/>
          </w:tcPr>
          <w:p w14:paraId="75C61AF6" w14:textId="77777777" w:rsidR="008D22FA" w:rsidRDefault="00000000">
            <w:pPr>
              <w:spacing w:after="0"/>
            </w:pPr>
            <w:r>
              <w:rPr>
                <w:sz w:val="18"/>
              </w:rPr>
              <w:t>Ders saatleri fiziksel ve psikolojik sağlığımı olumsuz etkilememişti.</w:t>
            </w:r>
          </w:p>
        </w:tc>
      </w:tr>
      <w:tr w:rsidR="008D22FA" w14:paraId="52A29ADD"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0417D6CA" w14:textId="77777777" w:rsidR="008D22FA" w:rsidRDefault="00000000">
            <w:pPr>
              <w:spacing w:after="0"/>
            </w:pPr>
            <w:r>
              <w:rPr>
                <w:sz w:val="18"/>
              </w:rPr>
              <w:t>14</w:t>
            </w:r>
          </w:p>
        </w:tc>
        <w:tc>
          <w:tcPr>
            <w:tcW w:w="4703" w:type="dxa"/>
            <w:tcBorders>
              <w:top w:val="single" w:sz="6" w:space="0" w:color="000000"/>
              <w:left w:val="single" w:sz="6" w:space="0" w:color="000000"/>
              <w:bottom w:val="single" w:sz="6" w:space="0" w:color="000000"/>
              <w:right w:val="single" w:sz="6" w:space="0" w:color="000000"/>
            </w:tcBorders>
            <w:vAlign w:val="center"/>
          </w:tcPr>
          <w:p w14:paraId="2197ABB2" w14:textId="77777777" w:rsidR="008D22FA" w:rsidRDefault="00000000">
            <w:pPr>
              <w:spacing w:after="0"/>
            </w:pPr>
            <w:r>
              <w:rPr>
                <w:sz w:val="18"/>
              </w:rPr>
              <w:t>Ders içerikleri, öğrenci ihtiyaçlarına göre yeterli ve çeşitliydi.</w:t>
            </w:r>
          </w:p>
        </w:tc>
      </w:tr>
      <w:tr w:rsidR="008D22FA" w14:paraId="25A5C254"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431BE9E6" w14:textId="77777777" w:rsidR="008D22FA" w:rsidRDefault="00000000">
            <w:pPr>
              <w:spacing w:after="0"/>
            </w:pPr>
            <w:r>
              <w:rPr>
                <w:sz w:val="18"/>
              </w:rPr>
              <w:t>15</w:t>
            </w:r>
          </w:p>
        </w:tc>
        <w:tc>
          <w:tcPr>
            <w:tcW w:w="4703" w:type="dxa"/>
            <w:tcBorders>
              <w:top w:val="single" w:sz="6" w:space="0" w:color="000000"/>
              <w:left w:val="single" w:sz="6" w:space="0" w:color="000000"/>
              <w:bottom w:val="single" w:sz="6" w:space="0" w:color="000000"/>
              <w:right w:val="single" w:sz="6" w:space="0" w:color="000000"/>
            </w:tcBorders>
            <w:vAlign w:val="center"/>
          </w:tcPr>
          <w:p w14:paraId="20E8FFB0" w14:textId="77777777" w:rsidR="008D22FA" w:rsidRDefault="00000000">
            <w:pPr>
              <w:spacing w:after="0"/>
            </w:pPr>
            <w:r>
              <w:rPr>
                <w:sz w:val="18"/>
              </w:rPr>
              <w:t>Klinik uygulama olanakları mesleki becerilerimi geliştirmede yeterliydi.</w:t>
            </w:r>
          </w:p>
        </w:tc>
      </w:tr>
      <w:tr w:rsidR="008D22FA" w14:paraId="66B06BE9"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631CDD9D" w14:textId="77777777" w:rsidR="008D22FA" w:rsidRDefault="00000000">
            <w:pPr>
              <w:spacing w:after="0"/>
            </w:pPr>
            <w:r>
              <w:rPr>
                <w:sz w:val="18"/>
              </w:rPr>
              <w:t>16</w:t>
            </w:r>
          </w:p>
        </w:tc>
        <w:tc>
          <w:tcPr>
            <w:tcW w:w="4703" w:type="dxa"/>
            <w:tcBorders>
              <w:top w:val="single" w:sz="6" w:space="0" w:color="000000"/>
              <w:left w:val="single" w:sz="6" w:space="0" w:color="000000"/>
              <w:bottom w:val="single" w:sz="6" w:space="0" w:color="000000"/>
              <w:right w:val="single" w:sz="6" w:space="0" w:color="000000"/>
            </w:tcBorders>
            <w:vAlign w:val="center"/>
          </w:tcPr>
          <w:p w14:paraId="656ECCB7" w14:textId="77777777" w:rsidR="008D22FA" w:rsidRDefault="00000000">
            <w:pPr>
              <w:spacing w:after="0"/>
            </w:pPr>
            <w:r>
              <w:rPr>
                <w:sz w:val="18"/>
              </w:rPr>
              <w:t>Laboratuvar ve araştırma altyapısı yeterliydi.</w:t>
            </w:r>
          </w:p>
        </w:tc>
      </w:tr>
      <w:tr w:rsidR="008D22FA" w14:paraId="2C2D5128"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1928A4E9" w14:textId="77777777" w:rsidR="008D22FA" w:rsidRDefault="00000000">
            <w:pPr>
              <w:spacing w:after="0"/>
            </w:pPr>
            <w:r>
              <w:rPr>
                <w:sz w:val="18"/>
              </w:rPr>
              <w:t>17</w:t>
            </w:r>
          </w:p>
        </w:tc>
        <w:tc>
          <w:tcPr>
            <w:tcW w:w="4703" w:type="dxa"/>
            <w:tcBorders>
              <w:top w:val="single" w:sz="6" w:space="0" w:color="000000"/>
              <w:left w:val="single" w:sz="6" w:space="0" w:color="000000"/>
              <w:bottom w:val="single" w:sz="6" w:space="0" w:color="000000"/>
              <w:right w:val="single" w:sz="6" w:space="0" w:color="000000"/>
            </w:tcBorders>
            <w:vAlign w:val="center"/>
          </w:tcPr>
          <w:p w14:paraId="474B3B43" w14:textId="77777777" w:rsidR="008D22FA" w:rsidRDefault="00000000">
            <w:pPr>
              <w:spacing w:after="0"/>
            </w:pPr>
            <w:r>
              <w:rPr>
                <w:sz w:val="18"/>
              </w:rPr>
              <w:t>Bilimsel araştırma yapmaya teşvik edilmiştim.</w:t>
            </w:r>
          </w:p>
        </w:tc>
      </w:tr>
      <w:tr w:rsidR="008D22FA" w14:paraId="79E95605"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618F40DF" w14:textId="77777777" w:rsidR="008D22FA" w:rsidRDefault="00000000">
            <w:pPr>
              <w:spacing w:after="0"/>
            </w:pPr>
            <w:r>
              <w:rPr>
                <w:sz w:val="18"/>
              </w:rPr>
              <w:t>18</w:t>
            </w:r>
          </w:p>
        </w:tc>
        <w:tc>
          <w:tcPr>
            <w:tcW w:w="4703" w:type="dxa"/>
            <w:tcBorders>
              <w:top w:val="single" w:sz="6" w:space="0" w:color="000000"/>
              <w:left w:val="single" w:sz="6" w:space="0" w:color="000000"/>
              <w:bottom w:val="single" w:sz="6" w:space="0" w:color="000000"/>
              <w:right w:val="single" w:sz="6" w:space="0" w:color="000000"/>
            </w:tcBorders>
            <w:vAlign w:val="center"/>
          </w:tcPr>
          <w:p w14:paraId="4FB8A6F1" w14:textId="77777777" w:rsidR="008D22FA" w:rsidRDefault="00000000">
            <w:pPr>
              <w:spacing w:after="0"/>
            </w:pPr>
            <w:r>
              <w:rPr>
                <w:sz w:val="18"/>
              </w:rPr>
              <w:t>Kongre, seminer ve bilimsel etkinliklere katılımım desteklenmişti.</w:t>
            </w:r>
          </w:p>
        </w:tc>
      </w:tr>
      <w:tr w:rsidR="008D22FA" w14:paraId="338B4392"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0796024B" w14:textId="77777777" w:rsidR="008D22FA" w:rsidRDefault="00000000">
            <w:pPr>
              <w:spacing w:after="0"/>
            </w:pPr>
            <w:r>
              <w:rPr>
                <w:sz w:val="18"/>
              </w:rPr>
              <w:t>19</w:t>
            </w:r>
          </w:p>
        </w:tc>
        <w:tc>
          <w:tcPr>
            <w:tcW w:w="4703" w:type="dxa"/>
            <w:tcBorders>
              <w:top w:val="single" w:sz="6" w:space="0" w:color="000000"/>
              <w:left w:val="single" w:sz="6" w:space="0" w:color="000000"/>
              <w:bottom w:val="single" w:sz="6" w:space="0" w:color="000000"/>
              <w:right w:val="single" w:sz="6" w:space="0" w:color="000000"/>
            </w:tcBorders>
            <w:vAlign w:val="center"/>
          </w:tcPr>
          <w:p w14:paraId="20E2B01E" w14:textId="77777777" w:rsidR="008D22FA" w:rsidRDefault="00000000">
            <w:pPr>
              <w:spacing w:after="0"/>
            </w:pPr>
            <w:r>
              <w:rPr>
                <w:sz w:val="18"/>
              </w:rPr>
              <w:t>Öğretim elemanlarının alanlarında yetkin ve güncel olduğunu, ders içeriklerinin ise uzmanlık alanlarıyla uyumlu şekilde yürütüldüğünü düşünüyorum.</w:t>
            </w:r>
          </w:p>
        </w:tc>
      </w:tr>
      <w:tr w:rsidR="008D22FA" w14:paraId="14EEB14E"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00ABF542" w14:textId="77777777" w:rsidR="008D22FA" w:rsidRDefault="00000000">
            <w:pPr>
              <w:spacing w:after="0"/>
            </w:pPr>
            <w:r>
              <w:rPr>
                <w:sz w:val="18"/>
              </w:rPr>
              <w:t>20</w:t>
            </w:r>
          </w:p>
        </w:tc>
        <w:tc>
          <w:tcPr>
            <w:tcW w:w="4703" w:type="dxa"/>
            <w:tcBorders>
              <w:top w:val="single" w:sz="6" w:space="0" w:color="000000"/>
              <w:left w:val="single" w:sz="6" w:space="0" w:color="000000"/>
              <w:bottom w:val="single" w:sz="6" w:space="0" w:color="000000"/>
              <w:right w:val="single" w:sz="6" w:space="0" w:color="000000"/>
            </w:tcBorders>
            <w:vAlign w:val="center"/>
          </w:tcPr>
          <w:p w14:paraId="5FECA7D0" w14:textId="77777777" w:rsidR="008D22FA" w:rsidRDefault="00000000">
            <w:pPr>
              <w:spacing w:after="0"/>
            </w:pPr>
            <w:r>
              <w:rPr>
                <w:sz w:val="18"/>
              </w:rPr>
              <w:t>Öğretim elemanlarına erişim ve iletişim yeterliydi.</w:t>
            </w:r>
          </w:p>
        </w:tc>
      </w:tr>
      <w:tr w:rsidR="008D22FA" w14:paraId="01353152"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2414BB01" w14:textId="77777777" w:rsidR="008D22FA" w:rsidRDefault="00000000">
            <w:pPr>
              <w:spacing w:after="0"/>
            </w:pPr>
            <w:r>
              <w:rPr>
                <w:sz w:val="18"/>
              </w:rPr>
              <w:t>21</w:t>
            </w:r>
          </w:p>
        </w:tc>
        <w:tc>
          <w:tcPr>
            <w:tcW w:w="4703" w:type="dxa"/>
            <w:tcBorders>
              <w:top w:val="single" w:sz="6" w:space="0" w:color="000000"/>
              <w:left w:val="single" w:sz="6" w:space="0" w:color="000000"/>
              <w:bottom w:val="single" w:sz="6" w:space="0" w:color="000000"/>
              <w:right w:val="single" w:sz="6" w:space="0" w:color="000000"/>
            </w:tcBorders>
            <w:vAlign w:val="center"/>
          </w:tcPr>
          <w:p w14:paraId="4A56DBA5" w14:textId="77777777" w:rsidR="008D22FA" w:rsidRDefault="00000000">
            <w:pPr>
              <w:spacing w:after="0"/>
            </w:pPr>
            <w:r>
              <w:rPr>
                <w:sz w:val="18"/>
              </w:rPr>
              <w:t>Danışmanlık hizmetleri yeterli ve yönlendiriciydi.</w:t>
            </w:r>
          </w:p>
        </w:tc>
      </w:tr>
      <w:tr w:rsidR="008D22FA" w14:paraId="6A0FFC74"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70B1CB3C" w14:textId="77777777" w:rsidR="008D22FA" w:rsidRDefault="00000000">
            <w:pPr>
              <w:spacing w:after="0"/>
            </w:pPr>
            <w:r>
              <w:rPr>
                <w:sz w:val="18"/>
              </w:rPr>
              <w:t>22</w:t>
            </w:r>
          </w:p>
        </w:tc>
        <w:tc>
          <w:tcPr>
            <w:tcW w:w="4703" w:type="dxa"/>
            <w:tcBorders>
              <w:top w:val="single" w:sz="6" w:space="0" w:color="000000"/>
              <w:left w:val="single" w:sz="6" w:space="0" w:color="000000"/>
              <w:bottom w:val="single" w:sz="6" w:space="0" w:color="000000"/>
              <w:right w:val="single" w:sz="6" w:space="0" w:color="000000"/>
            </w:tcBorders>
            <w:vAlign w:val="center"/>
          </w:tcPr>
          <w:p w14:paraId="6FCEC2B1" w14:textId="77777777" w:rsidR="008D22FA" w:rsidRDefault="00000000">
            <w:pPr>
              <w:spacing w:after="0"/>
            </w:pPr>
            <w:r>
              <w:rPr>
                <w:sz w:val="18"/>
              </w:rPr>
              <w:t>Öğrenci işleri hizmetleri hızlı ve düzenliydi.</w:t>
            </w:r>
          </w:p>
        </w:tc>
      </w:tr>
      <w:tr w:rsidR="008D22FA" w14:paraId="1B628511"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0254ED99" w14:textId="77777777" w:rsidR="008D22FA" w:rsidRDefault="00000000">
            <w:pPr>
              <w:spacing w:after="0"/>
            </w:pPr>
            <w:r>
              <w:rPr>
                <w:sz w:val="18"/>
              </w:rPr>
              <w:t>23</w:t>
            </w:r>
          </w:p>
        </w:tc>
        <w:tc>
          <w:tcPr>
            <w:tcW w:w="4703" w:type="dxa"/>
            <w:tcBorders>
              <w:top w:val="single" w:sz="6" w:space="0" w:color="000000"/>
              <w:left w:val="single" w:sz="6" w:space="0" w:color="000000"/>
              <w:bottom w:val="single" w:sz="6" w:space="0" w:color="000000"/>
              <w:right w:val="single" w:sz="6" w:space="0" w:color="000000"/>
            </w:tcBorders>
            <w:vAlign w:val="center"/>
          </w:tcPr>
          <w:p w14:paraId="0F2BB8F0" w14:textId="77777777" w:rsidR="008D22FA" w:rsidRDefault="00000000">
            <w:pPr>
              <w:spacing w:after="0"/>
            </w:pPr>
            <w:r>
              <w:rPr>
                <w:sz w:val="18"/>
              </w:rPr>
              <w:t>İdari personel ilgili ve çözüm odaklıydı.</w:t>
            </w:r>
          </w:p>
        </w:tc>
      </w:tr>
      <w:tr w:rsidR="008D22FA" w14:paraId="27479BD8"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2D97984C" w14:textId="77777777" w:rsidR="008D22FA" w:rsidRDefault="00000000">
            <w:pPr>
              <w:spacing w:after="0"/>
            </w:pPr>
            <w:r>
              <w:rPr>
                <w:sz w:val="18"/>
              </w:rPr>
              <w:t>24</w:t>
            </w:r>
          </w:p>
        </w:tc>
        <w:tc>
          <w:tcPr>
            <w:tcW w:w="4703" w:type="dxa"/>
            <w:tcBorders>
              <w:top w:val="single" w:sz="6" w:space="0" w:color="000000"/>
              <w:left w:val="single" w:sz="6" w:space="0" w:color="000000"/>
              <w:bottom w:val="single" w:sz="6" w:space="0" w:color="000000"/>
              <w:right w:val="single" w:sz="6" w:space="0" w:color="000000"/>
            </w:tcBorders>
            <w:vAlign w:val="center"/>
          </w:tcPr>
          <w:p w14:paraId="2BBA5B26" w14:textId="77777777" w:rsidR="008D22FA" w:rsidRDefault="00000000">
            <w:pPr>
              <w:spacing w:after="0"/>
            </w:pPr>
            <w:r>
              <w:rPr>
                <w:sz w:val="18"/>
              </w:rPr>
              <w:t>Duyuruların zamanında ve anlaşılır şekilde yapıldığını, web sayfasının ise güncel ve bilgilendirici olduğunu düşünüyorum.</w:t>
            </w:r>
          </w:p>
        </w:tc>
      </w:tr>
      <w:tr w:rsidR="008D22FA" w14:paraId="72282C11"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01327B8C" w14:textId="77777777" w:rsidR="008D22FA" w:rsidRDefault="00000000">
            <w:pPr>
              <w:spacing w:after="0"/>
            </w:pPr>
            <w:r>
              <w:rPr>
                <w:sz w:val="18"/>
              </w:rPr>
              <w:t>25</w:t>
            </w:r>
          </w:p>
        </w:tc>
        <w:tc>
          <w:tcPr>
            <w:tcW w:w="4703" w:type="dxa"/>
            <w:tcBorders>
              <w:top w:val="single" w:sz="6" w:space="0" w:color="000000"/>
              <w:left w:val="single" w:sz="6" w:space="0" w:color="000000"/>
              <w:bottom w:val="single" w:sz="6" w:space="0" w:color="000000"/>
              <w:right w:val="single" w:sz="6" w:space="0" w:color="000000"/>
            </w:tcBorders>
            <w:vAlign w:val="center"/>
          </w:tcPr>
          <w:p w14:paraId="08BA67AE" w14:textId="77777777" w:rsidR="008D22FA" w:rsidRDefault="00000000">
            <w:pPr>
              <w:spacing w:after="0"/>
            </w:pPr>
            <w:r>
              <w:rPr>
                <w:sz w:val="18"/>
              </w:rPr>
              <w:t>Bu soru dikkat kontrolü amacıyla hazırlanmıştır. Lütfen bu maddede “Katılıyorum” seçeneğini işaretleyiniz.</w:t>
            </w:r>
          </w:p>
        </w:tc>
      </w:tr>
      <w:tr w:rsidR="008D22FA" w14:paraId="53B902DA"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0A2F73D0" w14:textId="77777777" w:rsidR="008D22FA" w:rsidRDefault="00000000">
            <w:pPr>
              <w:spacing w:after="0"/>
            </w:pPr>
            <w:r>
              <w:rPr>
                <w:sz w:val="18"/>
              </w:rPr>
              <w:t>26</w:t>
            </w:r>
          </w:p>
        </w:tc>
        <w:tc>
          <w:tcPr>
            <w:tcW w:w="4703" w:type="dxa"/>
            <w:tcBorders>
              <w:top w:val="single" w:sz="6" w:space="0" w:color="000000"/>
              <w:left w:val="single" w:sz="6" w:space="0" w:color="000000"/>
              <w:bottom w:val="single" w:sz="6" w:space="0" w:color="000000"/>
              <w:right w:val="single" w:sz="6" w:space="0" w:color="000000"/>
            </w:tcBorders>
            <w:vAlign w:val="center"/>
          </w:tcPr>
          <w:p w14:paraId="597AB685" w14:textId="77777777" w:rsidR="008D22FA" w:rsidRDefault="00000000">
            <w:pPr>
              <w:spacing w:after="0"/>
            </w:pPr>
            <w:r>
              <w:rPr>
                <w:sz w:val="18"/>
              </w:rPr>
              <w:t>Resmi işlemler sırasında yeterli bilgilendirme yapılmıştır.</w:t>
            </w:r>
          </w:p>
        </w:tc>
      </w:tr>
      <w:tr w:rsidR="008D22FA" w14:paraId="6EBCF80A"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7BAF4CAB" w14:textId="77777777" w:rsidR="008D22FA" w:rsidRDefault="00000000">
            <w:pPr>
              <w:spacing w:after="0"/>
            </w:pPr>
            <w:r>
              <w:rPr>
                <w:sz w:val="18"/>
              </w:rPr>
              <w:lastRenderedPageBreak/>
              <w:t>27</w:t>
            </w:r>
          </w:p>
        </w:tc>
        <w:tc>
          <w:tcPr>
            <w:tcW w:w="4703" w:type="dxa"/>
            <w:tcBorders>
              <w:top w:val="single" w:sz="6" w:space="0" w:color="000000"/>
              <w:left w:val="single" w:sz="6" w:space="0" w:color="000000"/>
              <w:bottom w:val="single" w:sz="6" w:space="0" w:color="000000"/>
              <w:right w:val="single" w:sz="6" w:space="0" w:color="000000"/>
            </w:tcBorders>
            <w:vAlign w:val="center"/>
          </w:tcPr>
          <w:p w14:paraId="0F1D3668" w14:textId="77777777" w:rsidR="008D22FA" w:rsidRDefault="00000000">
            <w:pPr>
              <w:spacing w:after="0"/>
            </w:pPr>
            <w:r>
              <w:rPr>
                <w:sz w:val="18"/>
              </w:rPr>
              <w:t>İdari süreçlerde yaşadığım sorunlar etkin şekilde çözülmüştü.</w:t>
            </w:r>
          </w:p>
        </w:tc>
      </w:tr>
      <w:tr w:rsidR="008D22FA" w14:paraId="2ABB3D0D"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628483AD" w14:textId="77777777" w:rsidR="008D22FA" w:rsidRDefault="00000000">
            <w:pPr>
              <w:spacing w:after="0"/>
            </w:pPr>
            <w:r>
              <w:rPr>
                <w:sz w:val="18"/>
              </w:rPr>
              <w:t>28</w:t>
            </w:r>
          </w:p>
        </w:tc>
        <w:tc>
          <w:tcPr>
            <w:tcW w:w="4703" w:type="dxa"/>
            <w:tcBorders>
              <w:top w:val="single" w:sz="6" w:space="0" w:color="000000"/>
              <w:left w:val="single" w:sz="6" w:space="0" w:color="000000"/>
              <w:bottom w:val="single" w:sz="6" w:space="0" w:color="000000"/>
              <w:right w:val="single" w:sz="6" w:space="0" w:color="000000"/>
            </w:tcBorders>
            <w:vAlign w:val="center"/>
          </w:tcPr>
          <w:p w14:paraId="10BC815B" w14:textId="77777777" w:rsidR="008D22FA" w:rsidRDefault="00000000">
            <w:pPr>
              <w:spacing w:after="0"/>
            </w:pPr>
            <w:r>
              <w:rPr>
                <w:sz w:val="18"/>
              </w:rPr>
              <w:t>Program, mesleki bilgi ve becerilerimi geliştirmişti.</w:t>
            </w:r>
          </w:p>
        </w:tc>
      </w:tr>
      <w:tr w:rsidR="008D22FA" w14:paraId="74DF0F06"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6C21F004" w14:textId="77777777" w:rsidR="008D22FA" w:rsidRDefault="00000000">
            <w:pPr>
              <w:spacing w:after="0"/>
            </w:pPr>
            <w:r>
              <w:rPr>
                <w:sz w:val="18"/>
              </w:rPr>
              <w:t>29</w:t>
            </w:r>
          </w:p>
        </w:tc>
        <w:tc>
          <w:tcPr>
            <w:tcW w:w="4703" w:type="dxa"/>
            <w:tcBorders>
              <w:top w:val="single" w:sz="6" w:space="0" w:color="000000"/>
              <w:left w:val="single" w:sz="6" w:space="0" w:color="000000"/>
              <w:bottom w:val="single" w:sz="6" w:space="0" w:color="000000"/>
              <w:right w:val="single" w:sz="6" w:space="0" w:color="000000"/>
            </w:tcBorders>
            <w:vAlign w:val="center"/>
          </w:tcPr>
          <w:p w14:paraId="6D01B08D" w14:textId="77777777" w:rsidR="008D22FA" w:rsidRDefault="00000000">
            <w:pPr>
              <w:spacing w:after="0"/>
            </w:pPr>
            <w:r>
              <w:rPr>
                <w:sz w:val="18"/>
              </w:rPr>
              <w:t>Klinik karar verme ve problem çözme becerim gelişmişti.</w:t>
            </w:r>
          </w:p>
        </w:tc>
      </w:tr>
      <w:tr w:rsidR="008D22FA" w14:paraId="61BBFE00"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2C50587C" w14:textId="77777777" w:rsidR="008D22FA" w:rsidRDefault="00000000">
            <w:pPr>
              <w:spacing w:after="0"/>
            </w:pPr>
            <w:r>
              <w:rPr>
                <w:sz w:val="18"/>
              </w:rPr>
              <w:t>30</w:t>
            </w:r>
          </w:p>
        </w:tc>
        <w:tc>
          <w:tcPr>
            <w:tcW w:w="4703" w:type="dxa"/>
            <w:tcBorders>
              <w:top w:val="single" w:sz="6" w:space="0" w:color="000000"/>
              <w:left w:val="single" w:sz="6" w:space="0" w:color="000000"/>
              <w:bottom w:val="single" w:sz="6" w:space="0" w:color="000000"/>
              <w:right w:val="single" w:sz="6" w:space="0" w:color="000000"/>
            </w:tcBorders>
            <w:vAlign w:val="center"/>
          </w:tcPr>
          <w:p w14:paraId="215F57E7" w14:textId="77777777" w:rsidR="008D22FA" w:rsidRDefault="00000000">
            <w:pPr>
              <w:spacing w:after="0"/>
            </w:pPr>
            <w:r>
              <w:rPr>
                <w:sz w:val="18"/>
              </w:rPr>
              <w:t>Eleştirel düşünme ve bilimsel değerlendirme becerim gelişmişti.</w:t>
            </w:r>
          </w:p>
        </w:tc>
      </w:tr>
      <w:tr w:rsidR="008D22FA" w14:paraId="29D46139"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040C31FA" w14:textId="77777777" w:rsidR="008D22FA" w:rsidRDefault="00000000">
            <w:pPr>
              <w:spacing w:after="0"/>
            </w:pPr>
            <w:r>
              <w:rPr>
                <w:sz w:val="18"/>
              </w:rPr>
              <w:t>31</w:t>
            </w:r>
          </w:p>
        </w:tc>
        <w:tc>
          <w:tcPr>
            <w:tcW w:w="4703" w:type="dxa"/>
            <w:tcBorders>
              <w:top w:val="single" w:sz="6" w:space="0" w:color="000000"/>
              <w:left w:val="single" w:sz="6" w:space="0" w:color="000000"/>
              <w:bottom w:val="single" w:sz="6" w:space="0" w:color="000000"/>
              <w:right w:val="single" w:sz="6" w:space="0" w:color="000000"/>
            </w:tcBorders>
            <w:vAlign w:val="center"/>
          </w:tcPr>
          <w:p w14:paraId="62E5ED7B" w14:textId="77777777" w:rsidR="008D22FA" w:rsidRDefault="00000000">
            <w:pPr>
              <w:spacing w:after="0"/>
            </w:pPr>
            <w:r>
              <w:rPr>
                <w:sz w:val="18"/>
              </w:rPr>
              <w:t>Etik değerler ve mesleki sorumluluk bilincim gelişmişti.</w:t>
            </w:r>
          </w:p>
        </w:tc>
      </w:tr>
      <w:tr w:rsidR="008D22FA" w14:paraId="2FC49268"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53A2A3DE" w14:textId="77777777" w:rsidR="008D22FA" w:rsidRDefault="00000000">
            <w:pPr>
              <w:spacing w:after="0"/>
            </w:pPr>
            <w:r>
              <w:rPr>
                <w:sz w:val="18"/>
              </w:rPr>
              <w:t>32</w:t>
            </w:r>
          </w:p>
        </w:tc>
        <w:tc>
          <w:tcPr>
            <w:tcW w:w="4703" w:type="dxa"/>
            <w:tcBorders>
              <w:top w:val="single" w:sz="6" w:space="0" w:color="000000"/>
              <w:left w:val="single" w:sz="6" w:space="0" w:color="000000"/>
              <w:bottom w:val="single" w:sz="6" w:space="0" w:color="000000"/>
              <w:right w:val="single" w:sz="6" w:space="0" w:color="000000"/>
            </w:tcBorders>
            <w:vAlign w:val="center"/>
          </w:tcPr>
          <w:p w14:paraId="21756586" w14:textId="77777777" w:rsidR="008D22FA" w:rsidRDefault="00000000">
            <w:pPr>
              <w:spacing w:after="0"/>
            </w:pPr>
            <w:r>
              <w:rPr>
                <w:sz w:val="18"/>
              </w:rPr>
              <w:t>Disiplinler arası çalışma becerim gelişmişti.</w:t>
            </w:r>
          </w:p>
        </w:tc>
      </w:tr>
      <w:tr w:rsidR="008D22FA" w14:paraId="57186DB6"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2331799F" w14:textId="77777777" w:rsidR="008D22FA" w:rsidRDefault="00000000">
            <w:pPr>
              <w:spacing w:after="0"/>
            </w:pPr>
            <w:r>
              <w:rPr>
                <w:sz w:val="18"/>
              </w:rPr>
              <w:t>33</w:t>
            </w:r>
          </w:p>
        </w:tc>
        <w:tc>
          <w:tcPr>
            <w:tcW w:w="4703" w:type="dxa"/>
            <w:tcBorders>
              <w:top w:val="single" w:sz="6" w:space="0" w:color="000000"/>
              <w:left w:val="single" w:sz="6" w:space="0" w:color="000000"/>
              <w:bottom w:val="single" w:sz="6" w:space="0" w:color="000000"/>
              <w:right w:val="single" w:sz="6" w:space="0" w:color="000000"/>
            </w:tcBorders>
            <w:vAlign w:val="center"/>
          </w:tcPr>
          <w:p w14:paraId="3C139A6F" w14:textId="77777777" w:rsidR="008D22FA" w:rsidRDefault="00000000">
            <w:pPr>
              <w:spacing w:after="0"/>
            </w:pPr>
            <w:r>
              <w:rPr>
                <w:sz w:val="18"/>
              </w:rPr>
              <w:t>Aldığım eğitim, iş bulma sürecimi kolaylaştırmıştı.</w:t>
            </w:r>
          </w:p>
        </w:tc>
      </w:tr>
      <w:tr w:rsidR="008D22FA" w14:paraId="508C5134"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5F35D3B4" w14:textId="77777777" w:rsidR="008D22FA" w:rsidRDefault="00000000">
            <w:pPr>
              <w:spacing w:after="0"/>
            </w:pPr>
            <w:r>
              <w:rPr>
                <w:sz w:val="18"/>
              </w:rPr>
              <w:t>34</w:t>
            </w:r>
          </w:p>
        </w:tc>
        <w:tc>
          <w:tcPr>
            <w:tcW w:w="4703" w:type="dxa"/>
            <w:tcBorders>
              <w:top w:val="single" w:sz="6" w:space="0" w:color="000000"/>
              <w:left w:val="single" w:sz="6" w:space="0" w:color="000000"/>
              <w:bottom w:val="single" w:sz="6" w:space="0" w:color="000000"/>
              <w:right w:val="single" w:sz="6" w:space="0" w:color="000000"/>
            </w:tcBorders>
            <w:vAlign w:val="center"/>
          </w:tcPr>
          <w:p w14:paraId="2F079282" w14:textId="77777777" w:rsidR="008D22FA" w:rsidRDefault="00000000">
            <w:pPr>
              <w:spacing w:after="0"/>
            </w:pPr>
            <w:r>
              <w:rPr>
                <w:sz w:val="18"/>
              </w:rPr>
              <w:t>Program, kariyer hedeflerime ulaşmamda katkı sağlamıştı.</w:t>
            </w:r>
          </w:p>
        </w:tc>
      </w:tr>
      <w:tr w:rsidR="008D22FA" w14:paraId="580D696B"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321418C6" w14:textId="77777777" w:rsidR="008D22FA" w:rsidRDefault="00000000">
            <w:pPr>
              <w:spacing w:after="0"/>
            </w:pPr>
            <w:r>
              <w:rPr>
                <w:sz w:val="18"/>
              </w:rPr>
              <w:t>35</w:t>
            </w:r>
          </w:p>
        </w:tc>
        <w:tc>
          <w:tcPr>
            <w:tcW w:w="4703" w:type="dxa"/>
            <w:tcBorders>
              <w:top w:val="single" w:sz="6" w:space="0" w:color="000000"/>
              <w:left w:val="single" w:sz="6" w:space="0" w:color="000000"/>
              <w:bottom w:val="single" w:sz="6" w:space="0" w:color="000000"/>
              <w:right w:val="single" w:sz="6" w:space="0" w:color="000000"/>
            </w:tcBorders>
            <w:vAlign w:val="center"/>
          </w:tcPr>
          <w:p w14:paraId="48073873" w14:textId="77777777" w:rsidR="008D22FA" w:rsidRDefault="00000000">
            <w:pPr>
              <w:spacing w:after="0"/>
            </w:pPr>
            <w:r>
              <w:rPr>
                <w:sz w:val="18"/>
              </w:rPr>
              <w:t>Fakülte, mesleki ağ oluşturmama katkı sağlamıştı.</w:t>
            </w:r>
          </w:p>
        </w:tc>
      </w:tr>
      <w:tr w:rsidR="008D22FA" w14:paraId="149C4456"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15921F51" w14:textId="77777777" w:rsidR="008D22FA" w:rsidRDefault="00000000">
            <w:pPr>
              <w:spacing w:after="0"/>
            </w:pPr>
            <w:r>
              <w:rPr>
                <w:sz w:val="18"/>
              </w:rPr>
              <w:t>36</w:t>
            </w:r>
          </w:p>
        </w:tc>
        <w:tc>
          <w:tcPr>
            <w:tcW w:w="4703" w:type="dxa"/>
            <w:tcBorders>
              <w:top w:val="single" w:sz="6" w:space="0" w:color="000000"/>
              <w:left w:val="single" w:sz="6" w:space="0" w:color="000000"/>
              <w:bottom w:val="single" w:sz="6" w:space="0" w:color="000000"/>
              <w:right w:val="single" w:sz="6" w:space="0" w:color="000000"/>
            </w:tcBorders>
            <w:vAlign w:val="center"/>
          </w:tcPr>
          <w:p w14:paraId="21C81A0E" w14:textId="77777777" w:rsidR="008D22FA" w:rsidRDefault="00000000">
            <w:pPr>
              <w:spacing w:after="0"/>
            </w:pPr>
            <w:r>
              <w:rPr>
                <w:sz w:val="18"/>
              </w:rPr>
              <w:t>Eğitim süreci genel olarak mesleki gelişimime katkı sağlamıştır.</w:t>
            </w:r>
          </w:p>
        </w:tc>
      </w:tr>
      <w:tr w:rsidR="008D22FA" w14:paraId="1CBF1407"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49F64207" w14:textId="77777777" w:rsidR="008D22FA" w:rsidRDefault="00000000">
            <w:pPr>
              <w:spacing w:after="0"/>
            </w:pPr>
            <w:r>
              <w:rPr>
                <w:sz w:val="18"/>
              </w:rPr>
              <w:t>37</w:t>
            </w:r>
          </w:p>
        </w:tc>
        <w:tc>
          <w:tcPr>
            <w:tcW w:w="4703" w:type="dxa"/>
            <w:tcBorders>
              <w:top w:val="single" w:sz="6" w:space="0" w:color="000000"/>
              <w:left w:val="single" w:sz="6" w:space="0" w:color="000000"/>
              <w:bottom w:val="single" w:sz="6" w:space="0" w:color="000000"/>
              <w:right w:val="single" w:sz="6" w:space="0" w:color="000000"/>
            </w:tcBorders>
            <w:vAlign w:val="center"/>
          </w:tcPr>
          <w:p w14:paraId="074FD585" w14:textId="77777777" w:rsidR="008D22FA" w:rsidRDefault="00000000">
            <w:pPr>
              <w:spacing w:after="0"/>
            </w:pPr>
            <w:r>
              <w:rPr>
                <w:sz w:val="18"/>
              </w:rPr>
              <w:t>Programın genelinden memnunum.</w:t>
            </w:r>
          </w:p>
        </w:tc>
      </w:tr>
      <w:tr w:rsidR="008D22FA" w14:paraId="67F7F033"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697019AC" w14:textId="77777777" w:rsidR="008D22FA" w:rsidRDefault="00000000">
            <w:pPr>
              <w:spacing w:after="0"/>
            </w:pPr>
            <w:r>
              <w:rPr>
                <w:sz w:val="18"/>
              </w:rPr>
              <w:t>38</w:t>
            </w:r>
          </w:p>
        </w:tc>
        <w:tc>
          <w:tcPr>
            <w:tcW w:w="4703" w:type="dxa"/>
            <w:tcBorders>
              <w:top w:val="single" w:sz="6" w:space="0" w:color="000000"/>
              <w:left w:val="single" w:sz="6" w:space="0" w:color="000000"/>
              <w:bottom w:val="single" w:sz="6" w:space="0" w:color="000000"/>
              <w:right w:val="single" w:sz="6" w:space="0" w:color="000000"/>
            </w:tcBorders>
            <w:vAlign w:val="center"/>
          </w:tcPr>
          <w:p w14:paraId="0C95C01E" w14:textId="77777777" w:rsidR="008D22FA" w:rsidRDefault="00000000">
            <w:pPr>
              <w:spacing w:after="0"/>
            </w:pPr>
            <w:r>
              <w:rPr>
                <w:sz w:val="18"/>
              </w:rPr>
              <w:t>Bu programı başkalarına tavsiye ederim.</w:t>
            </w:r>
          </w:p>
        </w:tc>
      </w:tr>
      <w:tr w:rsidR="008D22FA" w14:paraId="78DAE197"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2DC6C24C" w14:textId="77777777" w:rsidR="008D22FA" w:rsidRDefault="00000000">
            <w:pPr>
              <w:spacing w:after="0"/>
            </w:pPr>
            <w:r>
              <w:rPr>
                <w:sz w:val="18"/>
              </w:rPr>
              <w:t>39</w:t>
            </w:r>
          </w:p>
        </w:tc>
        <w:tc>
          <w:tcPr>
            <w:tcW w:w="4703" w:type="dxa"/>
            <w:tcBorders>
              <w:top w:val="single" w:sz="6" w:space="0" w:color="000000"/>
              <w:left w:val="single" w:sz="6" w:space="0" w:color="000000"/>
              <w:bottom w:val="single" w:sz="6" w:space="0" w:color="000000"/>
              <w:right w:val="single" w:sz="6" w:space="0" w:color="000000"/>
            </w:tcBorders>
            <w:vAlign w:val="center"/>
          </w:tcPr>
          <w:p w14:paraId="3D18BB6C" w14:textId="77777777" w:rsidR="008D22FA" w:rsidRDefault="00000000">
            <w:pPr>
              <w:spacing w:after="0"/>
            </w:pPr>
            <w:r>
              <w:rPr>
                <w:sz w:val="18"/>
              </w:rPr>
              <w:t>Programın güçlü yönleri nelerdir?</w:t>
            </w:r>
          </w:p>
        </w:tc>
      </w:tr>
      <w:tr w:rsidR="008D22FA" w14:paraId="4283AEE2"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000D6960" w14:textId="77777777" w:rsidR="008D22FA" w:rsidRDefault="00000000">
            <w:pPr>
              <w:spacing w:after="0"/>
            </w:pPr>
            <w:r>
              <w:rPr>
                <w:sz w:val="18"/>
              </w:rPr>
              <w:t>40</w:t>
            </w:r>
          </w:p>
        </w:tc>
        <w:tc>
          <w:tcPr>
            <w:tcW w:w="4703" w:type="dxa"/>
            <w:tcBorders>
              <w:top w:val="single" w:sz="6" w:space="0" w:color="000000"/>
              <w:left w:val="single" w:sz="6" w:space="0" w:color="000000"/>
              <w:bottom w:val="single" w:sz="6" w:space="0" w:color="000000"/>
              <w:right w:val="single" w:sz="6" w:space="0" w:color="000000"/>
            </w:tcBorders>
            <w:vAlign w:val="center"/>
          </w:tcPr>
          <w:p w14:paraId="1D9043BF" w14:textId="77777777" w:rsidR="008D22FA" w:rsidRDefault="00000000">
            <w:pPr>
              <w:spacing w:after="0"/>
            </w:pPr>
            <w:r>
              <w:rPr>
                <w:sz w:val="18"/>
              </w:rPr>
              <w:t>Geliştirilmesi gereken yönler nelerdir?</w:t>
            </w:r>
          </w:p>
        </w:tc>
      </w:tr>
      <w:tr w:rsidR="008D22FA" w14:paraId="1FA37A9B"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50D8F9EE" w14:textId="77777777" w:rsidR="008D22FA" w:rsidRDefault="00000000">
            <w:pPr>
              <w:spacing w:after="0"/>
            </w:pPr>
            <w:r>
              <w:rPr>
                <w:sz w:val="18"/>
              </w:rPr>
              <w:t>41</w:t>
            </w:r>
          </w:p>
        </w:tc>
        <w:tc>
          <w:tcPr>
            <w:tcW w:w="4703" w:type="dxa"/>
            <w:tcBorders>
              <w:top w:val="single" w:sz="6" w:space="0" w:color="000000"/>
              <w:left w:val="single" w:sz="6" w:space="0" w:color="000000"/>
              <w:bottom w:val="single" w:sz="6" w:space="0" w:color="000000"/>
              <w:right w:val="single" w:sz="6" w:space="0" w:color="000000"/>
            </w:tcBorders>
            <w:vAlign w:val="center"/>
          </w:tcPr>
          <w:p w14:paraId="2EF8F388" w14:textId="77777777" w:rsidR="008D22FA" w:rsidRDefault="00000000">
            <w:pPr>
              <w:spacing w:after="0"/>
            </w:pPr>
            <w:r>
              <w:rPr>
                <w:sz w:val="18"/>
              </w:rPr>
              <w:t>Eğitim-öğretim sürecine yönelik önerileriniz nelerdir?</w:t>
            </w:r>
          </w:p>
        </w:tc>
      </w:tr>
      <w:tr w:rsidR="008D22FA" w14:paraId="2FA50A26" w14:textId="77777777">
        <w:trPr>
          <w:jc w:val="center"/>
        </w:trPr>
        <w:tc>
          <w:tcPr>
            <w:tcW w:w="4703" w:type="dxa"/>
            <w:tcBorders>
              <w:top w:val="single" w:sz="6" w:space="0" w:color="000000"/>
              <w:left w:val="single" w:sz="6" w:space="0" w:color="000000"/>
              <w:bottom w:val="single" w:sz="6" w:space="0" w:color="000000"/>
              <w:right w:val="single" w:sz="6" w:space="0" w:color="000000"/>
            </w:tcBorders>
            <w:vAlign w:val="center"/>
          </w:tcPr>
          <w:p w14:paraId="5DA349C0" w14:textId="77777777" w:rsidR="008D22FA" w:rsidRDefault="00000000">
            <w:pPr>
              <w:spacing w:after="0"/>
            </w:pPr>
            <w:r>
              <w:rPr>
                <w:sz w:val="18"/>
              </w:rPr>
              <w:t>42</w:t>
            </w:r>
          </w:p>
        </w:tc>
        <w:tc>
          <w:tcPr>
            <w:tcW w:w="4703" w:type="dxa"/>
            <w:tcBorders>
              <w:top w:val="single" w:sz="6" w:space="0" w:color="000000"/>
              <w:left w:val="single" w:sz="6" w:space="0" w:color="000000"/>
              <w:bottom w:val="single" w:sz="6" w:space="0" w:color="000000"/>
              <w:right w:val="single" w:sz="6" w:space="0" w:color="000000"/>
            </w:tcBorders>
            <w:vAlign w:val="center"/>
          </w:tcPr>
          <w:p w14:paraId="5C51227D" w14:textId="77777777" w:rsidR="008D22FA" w:rsidRDefault="00000000">
            <w:pPr>
              <w:spacing w:after="0"/>
            </w:pPr>
            <w:r>
              <w:rPr>
                <w:sz w:val="18"/>
              </w:rPr>
              <w:t>Klinik/uygulama eğitimine yönelik önerileriniz nelerdir?</w:t>
            </w:r>
          </w:p>
        </w:tc>
      </w:tr>
    </w:tbl>
    <w:p w14:paraId="69832D7E" w14:textId="77777777" w:rsidR="00A61070" w:rsidRDefault="00A61070"/>
    <w:sectPr w:rsidR="00A61070" w:rsidSect="00034616">
      <w:footerReference w:type="default" r:id="rId47"/>
      <w:pgSz w:w="12240" w:h="15840"/>
      <w:pgMar w:top="1417" w:right="1417" w:bottom="124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1D578" w14:textId="77777777" w:rsidR="00A61070" w:rsidRDefault="00A61070">
      <w:pPr>
        <w:spacing w:after="0" w:line="240" w:lineRule="auto"/>
      </w:pPr>
      <w:r>
        <w:separator/>
      </w:r>
    </w:p>
  </w:endnote>
  <w:endnote w:type="continuationSeparator" w:id="0">
    <w:p w14:paraId="5A4D0CC4" w14:textId="77777777" w:rsidR="00A61070" w:rsidRDefault="00A61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01148" w14:textId="77777777" w:rsidR="008D22FA" w:rsidRDefault="00000000">
    <w:pPr>
      <w:pStyle w:val="AltBilgi"/>
      <w:jc w:val="center"/>
    </w:pPr>
    <w:r>
      <w:fldChar w:fldCharType="begin"/>
    </w:r>
    <w:r>
      <w:instrText>PAGE</w:instrText>
    </w:r>
    <w:r w:rsidR="00C77C23">
      <w:fldChar w:fldCharType="separate"/>
    </w:r>
    <w:r w:rsidR="00C77C2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EFC37" w14:textId="77777777" w:rsidR="00A61070" w:rsidRDefault="00A61070">
      <w:pPr>
        <w:spacing w:after="0" w:line="240" w:lineRule="auto"/>
      </w:pPr>
      <w:r>
        <w:separator/>
      </w:r>
    </w:p>
  </w:footnote>
  <w:footnote w:type="continuationSeparator" w:id="0">
    <w:p w14:paraId="3E8AB3D4" w14:textId="77777777" w:rsidR="00A61070" w:rsidRDefault="00A610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28336764">
    <w:abstractNumId w:val="8"/>
  </w:num>
  <w:num w:numId="2" w16cid:durableId="1171064617">
    <w:abstractNumId w:val="6"/>
  </w:num>
  <w:num w:numId="3" w16cid:durableId="1989437260">
    <w:abstractNumId w:val="5"/>
  </w:num>
  <w:num w:numId="4" w16cid:durableId="1631133499">
    <w:abstractNumId w:val="4"/>
  </w:num>
  <w:num w:numId="5" w16cid:durableId="1135104483">
    <w:abstractNumId w:val="7"/>
  </w:num>
  <w:num w:numId="6" w16cid:durableId="332606434">
    <w:abstractNumId w:val="3"/>
  </w:num>
  <w:num w:numId="7" w16cid:durableId="686177152">
    <w:abstractNumId w:val="2"/>
  </w:num>
  <w:num w:numId="8" w16cid:durableId="1253658832">
    <w:abstractNumId w:val="1"/>
  </w:num>
  <w:num w:numId="9" w16cid:durableId="551961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E7FEF"/>
    <w:rsid w:val="008D22FA"/>
    <w:rsid w:val="00A61070"/>
    <w:rsid w:val="00AA1D8D"/>
    <w:rsid w:val="00B47730"/>
    <w:rsid w:val="00C77C23"/>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3758C0"/>
  <w14:defaultImageDpi w14:val="300"/>
  <w15:docId w15:val="{35A94C3B-38DA-420A-8524-448AD9EAF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jc w:val="both"/>
    </w:pPr>
    <w:rPr>
      <w:rFonts w:ascii="Times New Roman" w:eastAsia="Times New Roman" w:hAnsi="Times New Roman"/>
      <w:sz w:val="24"/>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2">
    <w:name w:val="toc 2"/>
    <w:basedOn w:val="Normal"/>
    <w:next w:val="Normal"/>
    <w:autoRedefine/>
    <w:uiPriority w:val="39"/>
    <w:unhideWhenUsed/>
    <w:rsid w:val="00C77C23"/>
    <w:pPr>
      <w:spacing w:after="100" w:line="259" w:lineRule="auto"/>
      <w:ind w:left="220"/>
      <w:jc w:val="left"/>
    </w:pPr>
    <w:rPr>
      <w:rFonts w:asciiTheme="minorHAnsi" w:eastAsiaTheme="minorEastAsia" w:hAnsiTheme="minorHAnsi" w:cs="Times New Roman"/>
      <w:sz w:val="22"/>
      <w:lang w:val="tr-TR" w:eastAsia="tr-TR"/>
    </w:rPr>
  </w:style>
  <w:style w:type="paragraph" w:styleId="T1">
    <w:name w:val="toc 1"/>
    <w:basedOn w:val="Normal"/>
    <w:next w:val="Normal"/>
    <w:autoRedefine/>
    <w:uiPriority w:val="39"/>
    <w:unhideWhenUsed/>
    <w:rsid w:val="00C77C23"/>
    <w:pPr>
      <w:spacing w:after="100" w:line="259" w:lineRule="auto"/>
      <w:jc w:val="left"/>
    </w:pPr>
    <w:rPr>
      <w:rFonts w:asciiTheme="minorHAnsi" w:eastAsiaTheme="minorEastAsia" w:hAnsiTheme="minorHAnsi" w:cs="Times New Roman"/>
      <w:sz w:val="22"/>
      <w:lang w:val="tr-TR" w:eastAsia="tr-TR"/>
    </w:rPr>
  </w:style>
  <w:style w:type="paragraph" w:styleId="T3">
    <w:name w:val="toc 3"/>
    <w:basedOn w:val="Normal"/>
    <w:next w:val="Normal"/>
    <w:autoRedefine/>
    <w:uiPriority w:val="39"/>
    <w:unhideWhenUsed/>
    <w:rsid w:val="00C77C23"/>
    <w:pPr>
      <w:spacing w:after="100" w:line="259" w:lineRule="auto"/>
      <w:ind w:left="440"/>
      <w:jc w:val="left"/>
    </w:pPr>
    <w:rPr>
      <w:rFonts w:asciiTheme="minorHAnsi" w:eastAsiaTheme="minorEastAsia" w:hAnsiTheme="minorHAnsi" w:cs="Times New Roman"/>
      <w:sz w:val="22"/>
      <w:lang w:val="tr-TR" w:eastAsia="tr-TR"/>
    </w:rPr>
  </w:style>
  <w:style w:type="character" w:styleId="Kpr">
    <w:name w:val="Hyperlink"/>
    <w:basedOn w:val="VarsaylanParagrafYazTipi"/>
    <w:uiPriority w:val="99"/>
    <w:unhideWhenUsed/>
    <w:rsid w:val="00C77C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33</Pages>
  <Words>6638</Words>
  <Characters>37838</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44388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a19977</cp:lastModifiedBy>
  <cp:revision>2</cp:revision>
  <dcterms:created xsi:type="dcterms:W3CDTF">2013-12-23T23:15:00Z</dcterms:created>
  <dcterms:modified xsi:type="dcterms:W3CDTF">2026-06-11T19:46:00Z</dcterms:modified>
  <cp:category/>
</cp:coreProperties>
</file>